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Tin học - Câu 1 - NB. Phiên bản Linux 1.0 được công bố chính</w:t>
      </w:r>
    </w:p>
    <w:p>
      <w:pPr>
        <w:jc w:val="center"/>
      </w:pPr>
      <w:r>
        <w:rPr>
          <w:sz w:val="22"/>
        </w:rPr>
        <w:t>Số câu: 34    Thời gian: _____ phút    Họ và tên: _________________________</w:t>
      </w:r>
    </w:p>
    <w:p/>
    <w:p>
      <w:r>
        <w:rPr>
          <w:b/>
          <w:sz w:val="24"/>
        </w:rPr>
        <w:t>Câu 1: Phiên bản Linux 1.0 được công bố chính thức dưới dạng mã nguồn mở vào năm nào?</w:t>
      </w:r>
    </w:p>
    <w:p>
      <w:pPr>
        <w:pStyle w:val="ListParagraph"/>
      </w:pPr>
      <w:r>
        <w:rPr>
          <w:sz w:val="22"/>
        </w:rPr>
        <w:t>A. 1994.</w:t>
      </w:r>
    </w:p>
    <w:p>
      <w:pPr>
        <w:pStyle w:val="ListParagraph"/>
      </w:pPr>
      <w:r>
        <w:rPr>
          <w:sz w:val="22"/>
        </w:rPr>
        <w:t>B. 1991.</w:t>
      </w:r>
    </w:p>
    <w:p>
      <w:pPr>
        <w:pStyle w:val="ListParagraph"/>
      </w:pPr>
      <w:r>
        <w:rPr>
          <w:sz w:val="22"/>
        </w:rPr>
        <w:t>C. 1985.</w:t>
      </w:r>
    </w:p>
    <w:p>
      <w:pPr>
        <w:pStyle w:val="ListParagraph"/>
      </w:pPr>
      <w:r>
        <w:rPr>
          <w:sz w:val="22"/>
        </w:rPr>
        <w:t>D. 1969.</w:t>
      </w:r>
    </w:p>
    <w:p/>
    <w:p>
      <w:r>
        <w:rPr>
          <w:b/>
          <w:sz w:val="24"/>
        </w:rPr>
        <w:t>Câu 2: Chọn phát biểu sai về đặc điểm của hệ điều hành cho thiết bị di động?</w:t>
      </w:r>
    </w:p>
    <w:p>
      <w:pPr>
        <w:pStyle w:val="ListParagraph"/>
      </w:pPr>
      <w:r>
        <w:rPr>
          <w:sz w:val="22"/>
        </w:rPr>
        <w:t>A. Giao diện đồ họa, thân thiện với người dùng.</w:t>
      </w:r>
    </w:p>
    <w:p>
      <w:pPr>
        <w:pStyle w:val="ListParagraph"/>
      </w:pPr>
      <w:r>
        <w:rPr>
          <w:sz w:val="22"/>
        </w:rPr>
        <w:t>B. Thiếu thân thiện do giao tiếp bằng vuốt, chạm, lắc.</w:t>
      </w:r>
    </w:p>
    <w:p>
      <w:pPr>
        <w:pStyle w:val="ListParagraph"/>
      </w:pPr>
      <w:r>
        <w:rPr>
          <w:sz w:val="22"/>
        </w:rPr>
        <w:t>C. Chú trọng khả năng kết nối mạng không dây.</w:t>
      </w:r>
    </w:p>
    <w:p>
      <w:pPr>
        <w:pStyle w:val="ListParagraph"/>
      </w:pPr>
      <w:r>
        <w:rPr>
          <w:sz w:val="22"/>
        </w:rPr>
        <w:t>D. Tích hợp nhiều tiện ích hỗ trợ cá nhân.</w:t>
      </w:r>
    </w:p>
    <w:p/>
    <w:p>
      <w:r>
        <w:rPr>
          <w:b/>
          <w:sz w:val="24"/>
        </w:rPr>
        <w:t>Câu 3: Hệ điều hành Windows phiên bản 1 ra đời vào năm nào?</w:t>
      </w:r>
    </w:p>
    <w:p>
      <w:pPr>
        <w:pStyle w:val="ListParagraph"/>
      </w:pPr>
      <w:r>
        <w:rPr>
          <w:sz w:val="22"/>
        </w:rPr>
        <w:t>A. 1985.</w:t>
      </w:r>
    </w:p>
    <w:p>
      <w:pPr>
        <w:pStyle w:val="ListParagraph"/>
      </w:pPr>
      <w:r>
        <w:rPr>
          <w:sz w:val="22"/>
        </w:rPr>
        <w:t>B. 1988.</w:t>
      </w:r>
    </w:p>
    <w:p>
      <w:pPr>
        <w:pStyle w:val="ListParagraph"/>
      </w:pPr>
      <w:r>
        <w:rPr>
          <w:sz w:val="22"/>
        </w:rPr>
        <w:t>C. 1990.</w:t>
      </w:r>
    </w:p>
    <w:p>
      <w:pPr>
        <w:pStyle w:val="ListParagraph"/>
      </w:pPr>
      <w:r>
        <w:rPr>
          <w:sz w:val="22"/>
        </w:rPr>
        <w:t>D. 1995.</w:t>
      </w:r>
    </w:p>
    <w:p/>
    <w:p>
      <w:r>
        <w:rPr>
          <w:b/>
          <w:sz w:val="24"/>
        </w:rPr>
        <w:t>Câu 4: Hệ điều hành Linux có nguồn gốc từ hệ điều hành nào?</w:t>
      </w:r>
    </w:p>
    <w:p>
      <w:pPr>
        <w:pStyle w:val="ListParagraph"/>
      </w:pPr>
      <w:r>
        <w:rPr>
          <w:sz w:val="22"/>
        </w:rPr>
        <w:t>A. Adroid.</w:t>
      </w:r>
    </w:p>
    <w:p>
      <w:pPr>
        <w:pStyle w:val="ListParagraph"/>
      </w:pPr>
      <w:r>
        <w:rPr>
          <w:sz w:val="22"/>
        </w:rPr>
        <w:t>B. Windows.</w:t>
      </w:r>
    </w:p>
    <w:p>
      <w:pPr>
        <w:pStyle w:val="ListParagraph"/>
      </w:pPr>
      <w:r>
        <w:rPr>
          <w:sz w:val="22"/>
        </w:rPr>
        <w:t>C. MS - Dos.</w:t>
      </w:r>
    </w:p>
    <w:p>
      <w:pPr>
        <w:pStyle w:val="ListParagraph"/>
      </w:pPr>
      <w:r>
        <w:rPr>
          <w:sz w:val="22"/>
        </w:rPr>
        <w:t>D. Unix.</w:t>
      </w:r>
    </w:p>
    <w:p/>
    <w:p>
      <w:r>
        <w:rPr>
          <w:b/>
          <w:sz w:val="24"/>
        </w:rPr>
        <w:t>Câu 5: Phát biểu nào sau đây đúng khi nói về đặc điểm của hệ điều hành cho thiết bị di động?</w:t>
      </w:r>
    </w:p>
    <w:p>
      <w:pPr>
        <w:pStyle w:val="ListParagraph"/>
      </w:pPr>
      <w:r>
        <w:rPr>
          <w:sz w:val="22"/>
        </w:rPr>
        <w:t>A. Giao diện thân thiện nhưng không có nhiều tiện ích hỗ trợ cá nhân.</w:t>
      </w:r>
    </w:p>
    <w:p>
      <w:pPr>
        <w:pStyle w:val="ListParagraph"/>
      </w:pPr>
      <w:r>
        <w:rPr>
          <w:sz w:val="22"/>
        </w:rPr>
        <w:t>B. Giao diện thân thiện, dễ dàng kết nối mạng và có nhiều tiện ích hỗ trợ cá nhân.</w:t>
      </w:r>
    </w:p>
    <w:p>
      <w:pPr>
        <w:pStyle w:val="ListParagraph"/>
      </w:pPr>
      <w:r>
        <w:rPr>
          <w:sz w:val="22"/>
        </w:rPr>
        <w:t>C. Dễ kết nối mạng nhưng giao diện khó sử dụng, ít tính năng mở rộng.</w:t>
      </w:r>
    </w:p>
    <w:p>
      <w:pPr>
        <w:pStyle w:val="ListParagraph"/>
      </w:pPr>
      <w:r>
        <w:rPr>
          <w:sz w:val="22"/>
        </w:rPr>
        <w:t>D. Khó cài đặt, tốn nhiều chi phí và ít tiện ích hỗ trợ người dùng.</w:t>
      </w:r>
    </w:p>
    <w:p/>
    <w:p>
      <w:r>
        <w:rPr>
          <w:b/>
          <w:sz w:val="24"/>
        </w:rPr>
        <w:t>Câu 6: Trong các thành phần của hệ thống máy tính, thành phần nào trực tiếp quản lý các tài nguyên phần cứng?</w:t>
      </w:r>
    </w:p>
    <w:p>
      <w:pPr>
        <w:pStyle w:val="ListParagraph"/>
      </w:pPr>
      <w:r>
        <w:rPr>
          <w:sz w:val="22"/>
        </w:rPr>
        <w:t>A. Hệ điều hành.</w:t>
      </w:r>
    </w:p>
    <w:p>
      <w:pPr>
        <w:pStyle w:val="ListParagraph"/>
      </w:pPr>
      <w:r>
        <w:rPr>
          <w:sz w:val="22"/>
        </w:rPr>
        <w:t>B. Người dùng.</w:t>
      </w:r>
    </w:p>
    <w:p>
      <w:pPr>
        <w:pStyle w:val="ListParagraph"/>
      </w:pPr>
      <w:r>
        <w:rPr>
          <w:sz w:val="22"/>
        </w:rPr>
        <w:t>C. Dữ liệu.</w:t>
      </w:r>
    </w:p>
    <w:p>
      <w:pPr>
        <w:pStyle w:val="ListParagraph"/>
      </w:pPr>
      <w:r>
        <w:rPr>
          <w:sz w:val="22"/>
        </w:rPr>
        <w:t>D. Các phần mềm.</w:t>
      </w:r>
    </w:p>
    <w:p/>
    <w:p>
      <w:r>
        <w:rPr>
          <w:b/>
          <w:sz w:val="24"/>
        </w:rPr>
        <w:t>Câu 7: Mối quan hệ giữa phần cứng, phần mềm và hệ điều hành là:</w:t>
      </w:r>
    </w:p>
    <w:p>
      <w:pPr>
        <w:pStyle w:val="ListParagraph"/>
      </w:pPr>
      <w:r>
        <w:rPr>
          <w:sz w:val="22"/>
        </w:rPr>
        <w:t>A. HĐH hoạt động độc lập, không liên quan đến phần cứng và phần mềm.</w:t>
      </w:r>
    </w:p>
    <w:p>
      <w:pPr>
        <w:pStyle w:val="ListParagraph"/>
      </w:pPr>
      <w:r>
        <w:rPr>
          <w:sz w:val="22"/>
        </w:rPr>
        <w:t>B. HĐH chỉ quản lý các phần mềm, cài đặt trên máy tính cá nhân.</w:t>
      </w:r>
    </w:p>
    <w:p>
      <w:pPr>
        <w:pStyle w:val="ListParagraph"/>
      </w:pPr>
      <w:r>
        <w:rPr>
          <w:sz w:val="22"/>
        </w:rPr>
        <w:t>C. HĐH là môi trường để phần mềm ứng dụng khai thác phần cứng.</w:t>
      </w:r>
    </w:p>
    <w:p>
      <w:pPr>
        <w:pStyle w:val="ListParagraph"/>
      </w:pPr>
      <w:r>
        <w:rPr>
          <w:sz w:val="22"/>
        </w:rPr>
        <w:t>D. Không có HĐH thì phần cứng và phần mềm vẫn hoạt động bình thường.</w:t>
      </w:r>
    </w:p>
    <w:p/>
    <w:p>
      <w:r>
        <w:rPr>
          <w:b/>
          <w:sz w:val="24"/>
        </w:rPr>
        <w:t>Câu 8: Chọn phát biểu đúng về mối quan hệ giữa phần cứng, hệ điều hành và phần mềm ứng dụng?</w:t>
      </w:r>
    </w:p>
    <w:p>
      <w:pPr>
        <w:pStyle w:val="ListParagraph"/>
      </w:pPr>
      <w:r>
        <w:rPr>
          <w:sz w:val="22"/>
        </w:rPr>
        <w:t>A. Phần mềm sử dụng phần cứng để phục vụ người dùng khai thác hệ điều hành.</w:t>
      </w:r>
    </w:p>
    <w:p>
      <w:pPr>
        <w:pStyle w:val="ListParagraph"/>
      </w:pPr>
      <w:r>
        <w:rPr>
          <w:sz w:val="22"/>
        </w:rPr>
        <w:t>B. Hệ điều hành xử lý thông tin, phần mềm sử dụng phần cứng để khai thác hệ điều hành.</w:t>
      </w:r>
    </w:p>
    <w:p>
      <w:pPr>
        <w:pStyle w:val="ListParagraph"/>
      </w:pPr>
      <w:r>
        <w:rPr>
          <w:sz w:val="22"/>
        </w:rPr>
        <w:t>C. Phần cứng xử lý thông tin, hệ điều hành là trung gian giúp phần mềm khai thác phần cứng.</w:t>
      </w:r>
    </w:p>
    <w:p>
      <w:pPr>
        <w:pStyle w:val="ListParagraph"/>
      </w:pPr>
      <w:r>
        <w:rPr>
          <w:sz w:val="22"/>
        </w:rPr>
        <w:t>D. Phần mềm, phần cứng và hệ điều hành là ba thành phần hoạt động độc lập.</w:t>
      </w:r>
    </w:p>
    <w:p/>
    <w:p>
      <w:r>
        <w:rPr>
          <w:b/>
          <w:sz w:val="24"/>
        </w:rPr>
        <w:t>Câu 9: Phát biểu nào dưới đây không đúng về hệ điều hành?</w:t>
      </w:r>
    </w:p>
    <w:p>
      <w:pPr>
        <w:pStyle w:val="ListParagraph"/>
      </w:pPr>
      <w:r>
        <w:rPr>
          <w:sz w:val="22"/>
        </w:rPr>
        <w:t>A. Hệ điều hành quản lí phần mềm.</w:t>
      </w:r>
    </w:p>
    <w:p>
      <w:pPr>
        <w:pStyle w:val="ListParagraph"/>
      </w:pPr>
      <w:r>
        <w:rPr>
          <w:sz w:val="22"/>
        </w:rPr>
        <w:t>B. Hệ điều hành quản lí phần cứng.</w:t>
      </w:r>
    </w:p>
    <w:p>
      <w:pPr>
        <w:pStyle w:val="ListParagraph"/>
      </w:pPr>
      <w:r>
        <w:rPr>
          <w:sz w:val="22"/>
        </w:rPr>
        <w:t>C. Hệ điều hành là một phần cứng dùng để điều hành.</w:t>
      </w:r>
    </w:p>
    <w:p>
      <w:pPr>
        <w:pStyle w:val="ListParagraph"/>
      </w:pPr>
      <w:r>
        <w:rPr>
          <w:sz w:val="22"/>
        </w:rPr>
        <w:t>D. Hệ điều hành là một phần mềm dùng để điều hành.</w:t>
      </w:r>
    </w:p>
    <w:p/>
    <w:p>
      <w:r>
        <w:rPr>
          <w:b/>
          <w:sz w:val="24"/>
        </w:rPr>
        <w:t>Câu 10: Phiên bản 1 của Windows phát hành năm 1985 có giao diện gì?</w:t>
      </w:r>
    </w:p>
    <w:p>
      <w:pPr>
        <w:pStyle w:val="ListParagraph"/>
      </w:pPr>
      <w:r>
        <w:rPr>
          <w:sz w:val="22"/>
        </w:rPr>
        <w:t>A. Giao diện dòng lệnh.</w:t>
      </w:r>
    </w:p>
    <w:p>
      <w:pPr>
        <w:pStyle w:val="ListParagraph"/>
      </w:pPr>
      <w:r>
        <w:rPr>
          <w:sz w:val="22"/>
        </w:rPr>
        <w:t>B. Giao diện đồ họa.</w:t>
      </w:r>
    </w:p>
    <w:p>
      <w:pPr>
        <w:pStyle w:val="ListParagraph"/>
      </w:pPr>
      <w:r>
        <w:rPr>
          <w:sz w:val="22"/>
        </w:rPr>
        <w:t>C. Giao diện biểu tượng.</w:t>
      </w:r>
    </w:p>
    <w:p>
      <w:pPr>
        <w:pStyle w:val="ListParagraph"/>
      </w:pPr>
      <w:r>
        <w:rPr>
          <w:sz w:val="22"/>
        </w:rPr>
        <w:t>D. Hệ điều hành DOS.</w:t>
      </w:r>
    </w:p>
    <w:p/>
    <w:p>
      <w:r>
        <w:rPr>
          <w:b/>
          <w:sz w:val="24"/>
        </w:rPr>
        <w:t>Câu 11: Phát biểu nào không phải là các đặc trưng của hệ điều hành dành cho thiết bị di động?</w:t>
      </w:r>
    </w:p>
    <w:p>
      <w:pPr>
        <w:pStyle w:val="ListParagraph"/>
      </w:pPr>
      <w:r>
        <w:rPr>
          <w:sz w:val="22"/>
        </w:rPr>
        <w:t>A. Giao diện thân thiện, dễ sử dụng.</w:t>
      </w:r>
    </w:p>
    <w:p>
      <w:pPr>
        <w:pStyle w:val="ListParagraph"/>
      </w:pPr>
      <w:r>
        <w:rPr>
          <w:sz w:val="22"/>
        </w:rPr>
        <w:t>B. Dễ dàng kết nối qua mạng không dây.</w:t>
      </w:r>
    </w:p>
    <w:p>
      <w:pPr>
        <w:pStyle w:val="ListParagraph"/>
      </w:pPr>
      <w:r>
        <w:rPr>
          <w:sz w:val="22"/>
        </w:rPr>
        <w:t>C. Nhiều tiện ích hỗ trợ cá nhân.</w:t>
      </w:r>
    </w:p>
    <w:p>
      <w:pPr>
        <w:pStyle w:val="ListParagraph"/>
      </w:pPr>
      <w:r>
        <w:rPr>
          <w:sz w:val="22"/>
        </w:rPr>
        <w:t>D. Khả năng nhận biết các thiết bị ngoại vi.</w:t>
      </w:r>
    </w:p>
    <w:p/>
    <w:p>
      <w:r>
        <w:rPr>
          <w:b/>
          <w:sz w:val="24"/>
        </w:rPr>
        <w:t>Câu 12: Công việc nào sau đây không phải là chức năng của hệ điều hành?</w:t>
      </w:r>
    </w:p>
    <w:p>
      <w:pPr>
        <w:pStyle w:val="ListParagraph"/>
      </w:pPr>
      <w:r>
        <w:rPr>
          <w:sz w:val="22"/>
        </w:rPr>
        <w:t>A. Cung cấp môi trường để người sử dụng chạy các chương trình ứng dụng.</w:t>
      </w:r>
    </w:p>
    <w:p>
      <w:pPr>
        <w:pStyle w:val="ListParagraph"/>
      </w:pPr>
      <w:r>
        <w:rPr>
          <w:sz w:val="22"/>
        </w:rPr>
        <w:t>B. Soạn thảo văn bản, thiết kế tài liệu và trình bày nội dung.</w:t>
      </w:r>
    </w:p>
    <w:p>
      <w:pPr>
        <w:pStyle w:val="ListParagraph"/>
      </w:pPr>
      <w:r>
        <w:rPr>
          <w:sz w:val="22"/>
        </w:rPr>
        <w:t>C. Sao chép, xoá và chuyển các tệp dữ liệu trong hệ thống.</w:t>
      </w:r>
    </w:p>
    <w:p>
      <w:pPr>
        <w:pStyle w:val="ListParagraph"/>
      </w:pPr>
      <w:r>
        <w:rPr>
          <w:sz w:val="22"/>
        </w:rPr>
        <w:t>D. Quản lí các thiết bị của máy tính khi hoạt động đồng thời.</w:t>
      </w:r>
    </w:p>
    <w:p/>
    <w:p>
      <w:r>
        <w:rPr>
          <w:b/>
          <w:sz w:val="24"/>
        </w:rPr>
        <w:t>Câu 13: Phát biểu nào sau đây đúng?</w:t>
      </w:r>
    </w:p>
    <w:p>
      <w:pPr>
        <w:pStyle w:val="ListParagraph"/>
      </w:pPr>
      <w:r>
        <w:rPr>
          <w:sz w:val="22"/>
        </w:rPr>
        <w:t>A. Hệ điều hành là phần mềm quản lí máy tính để thực hiện hiệu quả các phần mềm ứng dụng.</w:t>
      </w:r>
    </w:p>
    <w:p>
      <w:pPr>
        <w:pStyle w:val="ListParagraph"/>
      </w:pPr>
      <w:r>
        <w:rPr>
          <w:sz w:val="22"/>
        </w:rPr>
        <w:t>B. Bất cứ một thiết bị nào điều khiển bằng chương trình đều có hệ điều hành đi kèm.</w:t>
      </w:r>
    </w:p>
    <w:p>
      <w:pPr>
        <w:pStyle w:val="ListParagraph"/>
      </w:pPr>
      <w:r>
        <w:rPr>
          <w:sz w:val="22"/>
        </w:rPr>
        <w:t>C. Hệ điều hành chỉ có ở các máy tính bàn, máy tính xách tay và điện thoại di động.</w:t>
      </w:r>
    </w:p>
    <w:p>
      <w:pPr>
        <w:pStyle w:val="ListParagraph"/>
      </w:pPr>
      <w:r>
        <w:rPr>
          <w:sz w:val="22"/>
        </w:rPr>
        <w:t>D. Hệ điều hành có thể dừng khi máy tính đang hoạt động giống như phần mềm ứng dụng.</w:t>
      </w:r>
    </w:p>
    <w:p/>
    <w:p>
      <w:r>
        <w:rPr>
          <w:b/>
          <w:sz w:val="24"/>
        </w:rPr>
        <w:t>Câu 14: Để tối ưu hóa, hợp mảnh đĩa từ, dùng chức năng nào sau đây?</w:t>
      </w:r>
    </w:p>
    <w:p>
      <w:pPr>
        <w:pStyle w:val="ListParagraph"/>
      </w:pPr>
      <w:r>
        <w:rPr>
          <w:sz w:val="22"/>
        </w:rPr>
        <w:t>A. Check.</w:t>
      </w:r>
    </w:p>
    <w:p>
      <w:pPr>
        <w:pStyle w:val="ListParagraph"/>
      </w:pPr>
      <w:r>
        <w:rPr>
          <w:sz w:val="22"/>
        </w:rPr>
        <w:t>B. Disk Cleanup.</w:t>
      </w:r>
    </w:p>
    <w:p>
      <w:pPr>
        <w:pStyle w:val="ListParagraph"/>
      </w:pPr>
      <w:r>
        <w:rPr>
          <w:sz w:val="22"/>
        </w:rPr>
        <w:t>C. Optimize.</w:t>
      </w:r>
    </w:p>
    <w:p>
      <w:pPr>
        <w:pStyle w:val="ListParagraph"/>
      </w:pPr>
      <w:r>
        <w:rPr>
          <w:sz w:val="22"/>
        </w:rPr>
        <w:t>D. Advanced.</w:t>
      </w:r>
    </w:p>
    <w:p/>
    <w:p>
      <w:r>
        <w:rPr>
          <w:b/>
          <w:sz w:val="24"/>
        </w:rPr>
        <w:t>Câu 15: Hệ điều hành (HĐH) trên máy tính cá nhân có chức năng chính nào sau đây?</w:t>
      </w:r>
    </w:p>
    <w:p>
      <w:pPr>
        <w:pStyle w:val="ListParagraph"/>
      </w:pPr>
      <w:r>
        <w:rPr>
          <w:sz w:val="22"/>
        </w:rPr>
        <w:t>A. Quản lý tài nguyên phần cứng.</w:t>
      </w:r>
    </w:p>
    <w:p>
      <w:pPr>
        <w:pStyle w:val="ListParagraph"/>
      </w:pPr>
      <w:r>
        <w:rPr>
          <w:sz w:val="22"/>
        </w:rPr>
        <w:t>B. Tự động sửa lỗi phần cứng.</w:t>
      </w:r>
    </w:p>
    <w:p>
      <w:pPr>
        <w:pStyle w:val="ListParagraph"/>
      </w:pPr>
      <w:r>
        <w:rPr>
          <w:sz w:val="22"/>
        </w:rPr>
        <w:t>C. Quản lý nguồn điện của máy tính.</w:t>
      </w:r>
    </w:p>
    <w:p>
      <w:pPr>
        <w:pStyle w:val="ListParagraph"/>
      </w:pPr>
      <w:r>
        <w:rPr>
          <w:sz w:val="22"/>
        </w:rPr>
        <w:t>D. Tăng tốc độ xử lý của CPU.</w:t>
      </w:r>
    </w:p>
    <w:p/>
    <w:p>
      <w:r>
        <w:rPr>
          <w:b/>
          <w:sz w:val="24"/>
        </w:rPr>
        <w:t>Câu 16: Tiện ích kiểm tra đĩa (Check) trong cửa sổ Properties dùng để làm gì?</w:t>
      </w:r>
    </w:p>
    <w:p>
      <w:pPr>
        <w:pStyle w:val="ListParagraph"/>
      </w:pPr>
      <w:r>
        <w:rPr>
          <w:sz w:val="22"/>
        </w:rPr>
        <w:t>A. Kiểm tra và khắc phục lỗi ổ đĩa.</w:t>
      </w:r>
    </w:p>
    <w:p>
      <w:pPr>
        <w:pStyle w:val="ListParagraph"/>
      </w:pPr>
      <w:r>
        <w:rPr>
          <w:sz w:val="22"/>
        </w:rPr>
        <w:t>B. Tối ưu hóa và hợp mảnh ổ đĩa.</w:t>
      </w:r>
    </w:p>
    <w:p>
      <w:pPr>
        <w:pStyle w:val="ListParagraph"/>
      </w:pPr>
      <w:r>
        <w:rPr>
          <w:sz w:val="22"/>
        </w:rPr>
        <w:t>C. Bảo mật để bảo vệ dữ liệu trên ổ đĩa.</w:t>
      </w:r>
    </w:p>
    <w:p>
      <w:pPr>
        <w:pStyle w:val="ListParagraph"/>
      </w:pPr>
      <w:r>
        <w:rPr>
          <w:sz w:val="22"/>
        </w:rPr>
        <w:t>D. Xử lý dữ liệu dung lượng lớn.</w:t>
      </w:r>
    </w:p>
    <w:p/>
    <w:p>
      <w:r>
        <w:rPr>
          <w:b/>
          <w:sz w:val="24"/>
        </w:rPr>
        <w:t>Câu 17: Loại công việc nào sau đây không phải là chức năng của hệ điều hành?</w:t>
      </w:r>
    </w:p>
    <w:p>
      <w:pPr>
        <w:pStyle w:val="ListParagraph"/>
      </w:pPr>
      <w:r>
        <w:rPr>
          <w:sz w:val="22"/>
        </w:rPr>
        <w:t>A. Quản lí tệp và thư mục trong máy tính.</w:t>
      </w:r>
    </w:p>
    <w:p>
      <w:pPr>
        <w:pStyle w:val="ListParagraph"/>
      </w:pPr>
      <w:r>
        <w:rPr>
          <w:sz w:val="22"/>
        </w:rPr>
        <w:t>B. Diệt virus và loại bỏ phần mềm độc hại.</w:t>
      </w:r>
    </w:p>
    <w:p>
      <w:pPr>
        <w:pStyle w:val="ListParagraph"/>
      </w:pPr>
      <w:r>
        <w:rPr>
          <w:sz w:val="22"/>
        </w:rPr>
        <w:t>C. Điều phối thiết bị để chạy các chương trình ứng dụng.</w:t>
      </w:r>
    </w:p>
    <w:p>
      <w:pPr>
        <w:pStyle w:val="ListParagraph"/>
      </w:pPr>
      <w:r>
        <w:rPr>
          <w:sz w:val="22"/>
        </w:rPr>
        <w:t>D. Truy cập và duyệt các trang web trên Internet.</w:t>
      </w:r>
    </w:p>
    <w:p/>
    <w:p>
      <w:r>
        <w:rPr>
          <w:b/>
          <w:sz w:val="24"/>
        </w:rPr>
        <w:t>Câu 18: Cơ chế “plug &amp; play” lần đầu tiên được sử dụng ở phiên bản nào của Windows?</w:t>
      </w:r>
    </w:p>
    <w:p>
      <w:pPr>
        <w:pStyle w:val="ListParagraph"/>
      </w:pPr>
      <w:r>
        <w:rPr>
          <w:sz w:val="22"/>
        </w:rPr>
        <w:t>A. Windows 95</w:t>
      </w:r>
    </w:p>
    <w:p>
      <w:pPr>
        <w:pStyle w:val="ListParagraph"/>
      </w:pPr>
      <w:r>
        <w:rPr>
          <w:sz w:val="22"/>
        </w:rPr>
        <w:t>B. Phiên bản 1</w:t>
      </w:r>
    </w:p>
    <w:p>
      <w:pPr>
        <w:pStyle w:val="ListParagraph"/>
      </w:pPr>
      <w:r>
        <w:rPr>
          <w:sz w:val="22"/>
        </w:rPr>
        <w:t>C. Phiên bản 3</w:t>
      </w:r>
    </w:p>
    <w:p>
      <w:pPr>
        <w:pStyle w:val="ListParagraph"/>
      </w:pPr>
      <w:r>
        <w:rPr>
          <w:sz w:val="22"/>
        </w:rPr>
        <w:t>D. Windows XP</w:t>
      </w:r>
    </w:p>
    <w:p/>
    <w:p>
      <w:r>
        <w:rPr>
          <w:b/>
          <w:sz w:val="24"/>
        </w:rPr>
        <w:t>Câu 19: Tiện ích nào trong Window dùng để nâng cao hiệu suất làm việc của máy tính?</w:t>
      </w:r>
    </w:p>
    <w:p>
      <w:pPr>
        <w:pStyle w:val="ListParagraph"/>
      </w:pPr>
      <w:r>
        <w:rPr>
          <w:sz w:val="22"/>
        </w:rPr>
        <w:t>A. File Explorer</w:t>
      </w:r>
    </w:p>
    <w:p>
      <w:pPr>
        <w:pStyle w:val="ListParagraph"/>
      </w:pPr>
      <w:r>
        <w:rPr>
          <w:sz w:val="22"/>
        </w:rPr>
        <w:t>B. Paint</w:t>
      </w:r>
    </w:p>
    <w:p>
      <w:pPr>
        <w:pStyle w:val="ListParagraph"/>
      </w:pPr>
      <w:r>
        <w:rPr>
          <w:sz w:val="22"/>
        </w:rPr>
        <w:t>C. Disk Cleanup</w:t>
      </w:r>
    </w:p>
    <w:p>
      <w:pPr>
        <w:pStyle w:val="ListParagraph"/>
      </w:pPr>
      <w:r>
        <w:rPr>
          <w:sz w:val="22"/>
        </w:rPr>
        <w:t>D. Calculator</w:t>
      </w:r>
    </w:p>
    <w:p/>
    <w:p>
      <w:r>
        <w:rPr>
          <w:b/>
          <w:sz w:val="24"/>
        </w:rPr>
        <w:t>Câu 20: Phần mềm nguồn mở là gì?</w:t>
      </w:r>
    </w:p>
    <w:p>
      <w:pPr>
        <w:pStyle w:val="ListParagraph"/>
      </w:pPr>
      <w:r>
        <w:rPr>
          <w:sz w:val="22"/>
        </w:rPr>
        <w:t>A. Là phần mềm cung cấp mã máy để người dùng chỉnh sửa và phân phối lại.</w:t>
      </w:r>
    </w:p>
    <w:p>
      <w:pPr>
        <w:pStyle w:val="ListParagraph"/>
      </w:pPr>
      <w:r>
        <w:rPr>
          <w:sz w:val="22"/>
        </w:rPr>
        <w:t>B. Là phần mềm chỉ cung cấp mã máy và thường dùng để bán cho người dùng.</w:t>
      </w:r>
    </w:p>
    <w:p>
      <w:pPr>
        <w:pStyle w:val="ListParagraph"/>
      </w:pPr>
      <w:r>
        <w:rPr>
          <w:sz w:val="22"/>
        </w:rPr>
        <w:t>C. Là phần mềm cung cấp cả mã nguồn để người dùng chỉnh sửa và phân phối lại.</w:t>
      </w:r>
    </w:p>
    <w:p>
      <w:pPr>
        <w:pStyle w:val="ListParagraph"/>
      </w:pPr>
      <w:r>
        <w:rPr>
          <w:sz w:val="22"/>
        </w:rPr>
        <w:t>D. Là phần mềm do tổ chức hoặc tập đoàn xây dựng nhằm mục đích kinh doanh.</w:t>
      </w:r>
    </w:p>
    <w:p/>
    <w:p>
      <w:r>
        <w:rPr>
          <w:b/>
          <w:sz w:val="24"/>
        </w:rPr>
        <w:t>Câu 21: Phát biểu nào sau đây sai khi nói về vai trò của phần mềm thương mại?</w:t>
      </w:r>
    </w:p>
    <w:p>
      <w:pPr>
        <w:pStyle w:val="ListParagraph"/>
      </w:pPr>
      <w:r>
        <w:rPr>
          <w:sz w:val="22"/>
        </w:rPr>
        <w:t>A. Góp phần tạo ra thị trường phần mềm phong phú và đa dạng.</w:t>
      </w:r>
    </w:p>
    <w:p>
      <w:pPr>
        <w:pStyle w:val="ListParagraph"/>
      </w:pPr>
      <w:r>
        <w:rPr>
          <w:sz w:val="22"/>
        </w:rPr>
        <w:t>B. Là nguồn thu nhập chính của các tổ chức, cá nhân làm phần mềm chuyên nghiệp.</w:t>
      </w:r>
    </w:p>
    <w:p>
      <w:pPr>
        <w:pStyle w:val="ListParagraph"/>
      </w:pPr>
      <w:r>
        <w:rPr>
          <w:sz w:val="22"/>
        </w:rPr>
        <w:t>C. Đáp ứng nhu cầu riêng của cá nhân, tổ chức và các nhu cầu chung của xã hội.</w:t>
      </w:r>
    </w:p>
    <w:p>
      <w:pPr>
        <w:pStyle w:val="ListParagraph"/>
      </w:pPr>
      <w:r>
        <w:rPr>
          <w:sz w:val="22"/>
        </w:rPr>
        <w:t>D. Là phần mềm ổn định và có chi phí thấp so với phần mềm nguồn mở.</w:t>
      </w:r>
    </w:p>
    <w:p/>
    <w:p>
      <w:r>
        <w:rPr>
          <w:b/>
          <w:sz w:val="24"/>
        </w:rPr>
        <w:t>Câu 22: Phát biểu nào sau đây ĐÚNG khi nói về vai trò của phần mềm nguồn mở?</w:t>
      </w:r>
    </w:p>
    <w:p>
      <w:pPr>
        <w:pStyle w:val="ListParagraph"/>
      </w:pPr>
      <w:r>
        <w:rPr>
          <w:sz w:val="22"/>
        </w:rPr>
        <w:t>A. Giúp người dùng sử dụng phần mềm dùng chung chất lượng tốt, ổn định với chi phí thấp.</w:t>
      </w:r>
    </w:p>
    <w:p>
      <w:pPr>
        <w:pStyle w:val="ListParagraph"/>
      </w:pPr>
      <w:r>
        <w:rPr>
          <w:sz w:val="22"/>
        </w:rPr>
        <w:t>B. Giới hạn số lượng người dùng và không cho phép chỉnh sửa mã nguồn phần mềm.</w:t>
      </w:r>
    </w:p>
    <w:p>
      <w:pPr>
        <w:pStyle w:val="ListParagraph"/>
      </w:pPr>
      <w:r>
        <w:rPr>
          <w:sz w:val="22"/>
        </w:rPr>
        <w:t>C. Là nguồn thu nhập chính của các tổ chức, cá nhân làm phần mềm chuyên nghiệp.</w:t>
      </w:r>
    </w:p>
    <w:p>
      <w:pPr>
        <w:pStyle w:val="ListParagraph"/>
      </w:pPr>
      <w:r>
        <w:rPr>
          <w:sz w:val="22"/>
        </w:rPr>
        <w:t>D. Thị trường của phần mềm nguồn mở rất hạn hẹp vì có chi phí triển khai cao.</w:t>
      </w:r>
    </w:p>
    <w:p/>
    <w:p>
      <w:r>
        <w:rPr>
          <w:b/>
          <w:sz w:val="24"/>
        </w:rPr>
        <w:t>Câu 23: Phần mềm nào sau đây là phần mềm trực tuyến dùng để soạn thảo văn bản?</w:t>
      </w:r>
    </w:p>
    <w:p>
      <w:pPr>
        <w:pStyle w:val="ListParagraph"/>
      </w:pPr>
      <w:r>
        <w:rPr>
          <w:sz w:val="22"/>
        </w:rPr>
        <w:t>A. Google Sheets.</w:t>
      </w:r>
    </w:p>
    <w:p>
      <w:pPr>
        <w:pStyle w:val="ListParagraph"/>
      </w:pPr>
      <w:r>
        <w:rPr>
          <w:sz w:val="22"/>
        </w:rPr>
        <w:t>B. Kahoot.</w:t>
      </w:r>
    </w:p>
    <w:p>
      <w:pPr>
        <w:pStyle w:val="ListParagraph"/>
      </w:pPr>
      <w:r>
        <w:rPr>
          <w:sz w:val="22"/>
        </w:rPr>
        <w:t>C. Google Docs.</w:t>
      </w:r>
    </w:p>
    <w:p>
      <w:pPr>
        <w:pStyle w:val="ListParagraph"/>
      </w:pPr>
      <w:r>
        <w:rPr>
          <w:sz w:val="22"/>
        </w:rPr>
        <w:t>D. Pixlr.</w:t>
      </w:r>
    </w:p>
    <w:p/>
    <w:p>
      <w:r>
        <w:rPr>
          <w:b/>
          <w:sz w:val="24"/>
        </w:rPr>
        <w:t>Câu 24: Chức năng của phần mềm Google Docs là:</w:t>
      </w:r>
    </w:p>
    <w:p>
      <w:pPr>
        <w:pStyle w:val="ListParagraph"/>
      </w:pPr>
      <w:r>
        <w:rPr>
          <w:sz w:val="22"/>
        </w:rPr>
        <w:t>A. Soạn thảo văn bản và lưu trữ trên đám mây.</w:t>
      </w:r>
    </w:p>
    <w:p>
      <w:pPr>
        <w:pStyle w:val="ListParagraph"/>
      </w:pPr>
      <w:r>
        <w:rPr>
          <w:sz w:val="22"/>
        </w:rPr>
        <w:t>B. Soạn thảo văn bản và lưu trữ vào bộ nhớ ngoài.</w:t>
      </w:r>
    </w:p>
    <w:p>
      <w:pPr>
        <w:pStyle w:val="ListParagraph"/>
      </w:pPr>
      <w:r>
        <w:rPr>
          <w:sz w:val="22"/>
        </w:rPr>
        <w:t>C. Tạo lập các bảng tính và lư trữ trên đám mây.</w:t>
      </w:r>
    </w:p>
    <w:p>
      <w:pPr>
        <w:pStyle w:val="ListParagraph"/>
      </w:pPr>
      <w:r>
        <w:rPr>
          <w:sz w:val="22"/>
        </w:rPr>
        <w:t>D. Tạo lập các bảng tính và lư trữ vào bộ nhớ ngoài.</w:t>
      </w:r>
    </w:p>
    <w:p/>
    <w:p>
      <w:r>
        <w:rPr>
          <w:b/>
          <w:sz w:val="24"/>
        </w:rPr>
        <w:t>Câu 25: Phát biểu nào sau đây là vai trò của phần mềm nguồn mở đối với sự phát triển của công nghệ thông tin?</w:t>
      </w:r>
    </w:p>
    <w:p>
      <w:pPr>
        <w:pStyle w:val="ListParagraph"/>
      </w:pPr>
      <w:r>
        <w:rPr>
          <w:sz w:val="22"/>
        </w:rPr>
        <w:t>A. Là nguồn thu nhập chính cho các tổ chức, cá nhân làm phần mềm chuyên nghiệp.</w:t>
      </w:r>
    </w:p>
    <w:p>
      <w:pPr>
        <w:pStyle w:val="ListParagraph"/>
      </w:pPr>
      <w:r>
        <w:rPr>
          <w:sz w:val="22"/>
        </w:rPr>
        <w:t>B. Giúp người dùng được sử dụng phần mềm dùng chung chất lượng tốt, chi phí thấp.</w:t>
      </w:r>
    </w:p>
    <w:p>
      <w:pPr>
        <w:pStyle w:val="ListParagraph"/>
      </w:pPr>
      <w:r>
        <w:rPr>
          <w:sz w:val="22"/>
        </w:rPr>
        <w:t>C. Đáp ứng tốt nhu cầu ứng dụng công nghệ thông tin của cá nhân và tổ chức.</w:t>
      </w:r>
    </w:p>
    <w:p>
      <w:pPr>
        <w:pStyle w:val="ListParagraph"/>
      </w:pPr>
      <w:r>
        <w:rPr>
          <w:sz w:val="22"/>
        </w:rPr>
        <w:t>D. Góp phần tạo ra thị trường phần mềm đa dạng, phong phú, phát triển mạnh mẽ.</w:t>
      </w:r>
    </w:p>
    <w:p/>
    <w:p>
      <w:r>
        <w:rPr>
          <w:b/>
          <w:sz w:val="24"/>
        </w:rPr>
        <w:t>Câu 26: Phát biểu nào không là đặc điểm của phần mềm nguồn mở?</w:t>
      </w:r>
    </w:p>
    <w:p>
      <w:pPr>
        <w:pStyle w:val="ListParagraph"/>
      </w:pPr>
      <w:r>
        <w:rPr>
          <w:sz w:val="22"/>
        </w:rPr>
        <w:t>A. Mã nguồn được công khai và cho phép người dùng chỉnh sửa.</w:t>
      </w:r>
    </w:p>
    <w:p>
      <w:pPr>
        <w:pStyle w:val="ListParagraph"/>
      </w:pPr>
      <w:r>
        <w:rPr>
          <w:sz w:val="22"/>
        </w:rPr>
        <w:t>B. Được dùng miễn phí mã nguồn nhưng phải xin phép tác giả.</w:t>
      </w:r>
    </w:p>
    <w:p>
      <w:pPr>
        <w:pStyle w:val="ListParagraph"/>
      </w:pPr>
      <w:r>
        <w:rPr>
          <w:sz w:val="22"/>
        </w:rPr>
        <w:t>C. Được phép dùng, chỉnh sửa và phân phối lại không cần xin phép.</w:t>
      </w:r>
    </w:p>
    <w:p>
      <w:pPr>
        <w:pStyle w:val="ListParagraph"/>
      </w:pPr>
      <w:r>
        <w:rPr>
          <w:sz w:val="22"/>
        </w:rPr>
        <w:t>D. Được chuyển giao mã nguồn cho người khác nhằm mục đích học tập.</w:t>
      </w:r>
    </w:p>
    <w:p/>
    <w:p>
      <w:r>
        <w:rPr>
          <w:b/>
          <w:sz w:val="24"/>
        </w:rPr>
        <w:t>Câu 27: Điều nào sau đây là không đúng khi nói về ích lợi của phần mềm nguồn mở?</w:t>
      </w:r>
    </w:p>
    <w:p>
      <w:pPr>
        <w:pStyle w:val="ListParagraph"/>
      </w:pPr>
      <w:r>
        <w:rPr>
          <w:sz w:val="22"/>
        </w:rPr>
        <w:t>A. Tiết kiệm chi phí sử dụng và triển khai trong nhiều lĩnh vực khác nhau.</w:t>
      </w:r>
    </w:p>
    <w:p>
      <w:pPr>
        <w:pStyle w:val="ListParagraph"/>
      </w:pPr>
      <w:r>
        <w:rPr>
          <w:sz w:val="22"/>
        </w:rPr>
        <w:t>B. Minh bạch, kiểm soát và ngăn chặn tình trạng cài mã độc hại.</w:t>
      </w:r>
    </w:p>
    <w:p>
      <w:pPr>
        <w:pStyle w:val="ListParagraph"/>
      </w:pPr>
      <w:r>
        <w:rPr>
          <w:sz w:val="22"/>
        </w:rPr>
        <w:t>C. Được sử dụng hoàn toàn tự do, không cần tuân thủ điều kiện nào.</w:t>
      </w:r>
    </w:p>
    <w:p>
      <w:pPr>
        <w:pStyle w:val="ListParagraph"/>
      </w:pPr>
      <w:r>
        <w:rPr>
          <w:sz w:val="22"/>
        </w:rPr>
        <w:t>D. Không bị lệ thuộc vào nhà cung cấp, người dùng chủ động chỉnh sửa.</w:t>
      </w:r>
    </w:p>
    <w:p/>
    <w:p>
      <w:r>
        <w:rPr>
          <w:b/>
          <w:sz w:val="24"/>
        </w:rPr>
        <w:t>Câu 28: Điều nào sau đây là sai trong các tuyên bố về phần mềm chạy trên Internet?</w:t>
      </w:r>
    </w:p>
    <w:p>
      <w:pPr>
        <w:pStyle w:val="ListParagraph"/>
      </w:pPr>
      <w:r>
        <w:rPr>
          <w:sz w:val="22"/>
        </w:rPr>
        <w:t>A. Hiệu quả cao vì có thể phục vụ cùng lúc cho rất nhiều người dùng.</w:t>
      </w:r>
    </w:p>
    <w:p>
      <w:pPr>
        <w:pStyle w:val="ListParagraph"/>
      </w:pPr>
      <w:r>
        <w:rPr>
          <w:sz w:val="22"/>
        </w:rPr>
        <w:t>B. Có thể sử dụng ở bất cứ đâu, không phụ thuộc vào điều kiện kĩ thuật.</w:t>
      </w:r>
    </w:p>
    <w:p>
      <w:pPr>
        <w:pStyle w:val="ListParagraph"/>
      </w:pPr>
      <w:r>
        <w:rPr>
          <w:sz w:val="22"/>
        </w:rPr>
        <w:t>C. Có thể sử dụng bất cứ lúc nào miễn là có kết nối Internet ổn định.</w:t>
      </w:r>
    </w:p>
    <w:p>
      <w:pPr>
        <w:pStyle w:val="ListParagraph"/>
      </w:pPr>
      <w:r>
        <w:rPr>
          <w:sz w:val="22"/>
        </w:rPr>
        <w:t>D. Thường chạy qua trình duyệt web nên thân thiện, dễ sử dụng.</w:t>
      </w:r>
    </w:p>
    <w:p/>
    <w:p>
      <w:r>
        <w:rPr>
          <w:b/>
          <w:sz w:val="24"/>
        </w:rPr>
        <w:t>Câu 29: Ứng dụng nào dưới đây là phần mềm thương mại trong lĩnh vực xử lí ảnh?</w:t>
      </w:r>
    </w:p>
    <w:p>
      <w:pPr>
        <w:pStyle w:val="ListParagraph"/>
      </w:pPr>
      <w:r>
        <w:rPr>
          <w:sz w:val="22"/>
        </w:rPr>
        <w:t>A. Inkscape.</w:t>
      </w:r>
    </w:p>
    <w:p>
      <w:pPr>
        <w:pStyle w:val="ListParagraph"/>
      </w:pPr>
      <w:r>
        <w:rPr>
          <w:sz w:val="22"/>
        </w:rPr>
        <w:t>B. Gimp.</w:t>
      </w:r>
    </w:p>
    <w:p>
      <w:pPr>
        <w:pStyle w:val="ListParagraph"/>
      </w:pPr>
      <w:r>
        <w:rPr>
          <w:sz w:val="22"/>
        </w:rPr>
        <w:t>C. Paint.</w:t>
      </w:r>
    </w:p>
    <w:p>
      <w:pPr>
        <w:pStyle w:val="ListParagraph"/>
      </w:pPr>
      <w:r>
        <w:rPr>
          <w:sz w:val="22"/>
        </w:rPr>
        <w:t>D. Photoshop.</w:t>
      </w:r>
    </w:p>
    <w:p/>
    <w:p>
      <w:r>
        <w:rPr>
          <w:b/>
          <w:sz w:val="24"/>
        </w:rPr>
        <w:t>Câu 30: Phần mềm nào sau đây không phải là phần mềm trực tuyến?</w:t>
      </w:r>
    </w:p>
    <w:p>
      <w:pPr>
        <w:pStyle w:val="ListParagraph"/>
      </w:pPr>
      <w:r>
        <w:rPr>
          <w:sz w:val="22"/>
        </w:rPr>
        <w:t>A. Teams Microsoft.</w:t>
      </w:r>
    </w:p>
    <w:p>
      <w:pPr>
        <w:pStyle w:val="ListParagraph"/>
      </w:pPr>
      <w:r>
        <w:rPr>
          <w:sz w:val="22"/>
        </w:rPr>
        <w:t>B. Google Docs.</w:t>
      </w:r>
    </w:p>
    <w:p>
      <w:pPr>
        <w:pStyle w:val="ListParagraph"/>
      </w:pPr>
      <w:r>
        <w:rPr>
          <w:sz w:val="22"/>
        </w:rPr>
        <w:t>C. File Explorer.</w:t>
      </w:r>
    </w:p>
    <w:p>
      <w:pPr>
        <w:pStyle w:val="ListParagraph"/>
      </w:pPr>
      <w:r>
        <w:rPr>
          <w:sz w:val="22"/>
        </w:rPr>
        <w:t>D. Zoom meeting.</w:t>
      </w:r>
    </w:p>
    <w:p/>
    <w:p>
      <w:r>
        <w:rPr>
          <w:b/>
          <w:sz w:val="24"/>
        </w:rPr>
        <w:t>Câu 31: Trong các phần mềm sau, đâu không phải là phần mềm trực tuyến?</w:t>
      </w:r>
    </w:p>
    <w:p>
      <w:pPr>
        <w:pStyle w:val="ListParagraph"/>
      </w:pPr>
      <w:r>
        <w:rPr>
          <w:sz w:val="22"/>
        </w:rPr>
        <w:t>A. Google Form.</w:t>
      </w:r>
    </w:p>
    <w:p>
      <w:pPr>
        <w:pStyle w:val="ListParagraph"/>
      </w:pPr>
      <w:r>
        <w:rPr>
          <w:sz w:val="22"/>
        </w:rPr>
        <w:t>B. Microsoft Excel.</w:t>
      </w:r>
    </w:p>
    <w:p>
      <w:pPr>
        <w:pStyle w:val="ListParagraph"/>
      </w:pPr>
      <w:r>
        <w:rPr>
          <w:sz w:val="22"/>
        </w:rPr>
        <w:t>C. Nightcafe.</w:t>
      </w:r>
    </w:p>
    <w:p>
      <w:pPr>
        <w:pStyle w:val="ListParagraph"/>
      </w:pPr>
      <w:r>
        <w:rPr>
          <w:sz w:val="22"/>
        </w:rPr>
        <w:t>D. Dropbox.</w:t>
      </w:r>
    </w:p>
    <w:p/>
    <w:p>
      <w:r>
        <w:rPr>
          <w:b/>
          <w:sz w:val="24"/>
        </w:rPr>
        <w:t>Câu 32: Phần mềm nào dưới đây cần phải có Internet mới sử dụng được?</w:t>
      </w:r>
    </w:p>
    <w:p>
      <w:pPr>
        <w:pStyle w:val="ListParagraph"/>
      </w:pPr>
      <w:r>
        <w:rPr>
          <w:sz w:val="22"/>
        </w:rPr>
        <w:t>A. Google Docs, Facebook, Zalo.</w:t>
      </w:r>
    </w:p>
    <w:p>
      <w:pPr>
        <w:pStyle w:val="ListParagraph"/>
      </w:pPr>
      <w:r>
        <w:rPr>
          <w:sz w:val="22"/>
        </w:rPr>
        <w:t>B. Facebook, Paint, Excel.</w:t>
      </w:r>
    </w:p>
    <w:p>
      <w:pPr>
        <w:pStyle w:val="ListParagraph"/>
      </w:pPr>
      <w:r>
        <w:rPr>
          <w:sz w:val="22"/>
        </w:rPr>
        <w:t>C. Google Sheets, Cốc cốc, Unikey.</w:t>
      </w:r>
    </w:p>
    <w:p>
      <w:pPr>
        <w:pStyle w:val="ListParagraph"/>
      </w:pPr>
      <w:r>
        <w:rPr>
          <w:sz w:val="22"/>
        </w:rPr>
        <w:t>D. PowerPoint, Paint, Inkscape, Zalo.</w:t>
      </w:r>
    </w:p>
    <w:p/>
    <w:p>
      <w:r>
        <w:rPr>
          <w:b/>
          <w:sz w:val="24"/>
        </w:rPr>
        <w:t>Câu 33: Trong các phương án sau, phương án nào không phải ưu điểm của phần mềm thương mại?</w:t>
      </w:r>
    </w:p>
    <w:p>
      <w:pPr>
        <w:pStyle w:val="ListParagraph"/>
      </w:pPr>
      <w:r>
        <w:rPr>
          <w:sz w:val="22"/>
        </w:rPr>
        <w:t>A. Có tính hoàn chỉnh cao và độ ổn định tốt</w:t>
      </w:r>
    </w:p>
    <w:p>
      <w:pPr>
        <w:pStyle w:val="ListParagraph"/>
      </w:pPr>
      <w:r>
        <w:rPr>
          <w:sz w:val="22"/>
        </w:rPr>
        <w:t>B. Dễ dàng chia sẻ cho nhiều người dùng khác</w:t>
      </w:r>
    </w:p>
    <w:p>
      <w:pPr>
        <w:pStyle w:val="ListParagraph"/>
      </w:pPr>
      <w:r>
        <w:rPr>
          <w:sz w:val="22"/>
        </w:rPr>
        <w:t>C. Đáp ứng nhu cầu riêng và được hỗ trợ kỹ thuật</w:t>
      </w:r>
    </w:p>
    <w:p>
      <w:pPr>
        <w:pStyle w:val="ListParagraph"/>
      </w:pPr>
      <w:r>
        <w:rPr>
          <w:sz w:val="22"/>
        </w:rPr>
        <w:t>D. Đáp ứng nhu cầu chung của nhiều người dùng</w:t>
      </w:r>
    </w:p>
    <w:p/>
    <w:p>
      <w:r>
        <w:rPr>
          <w:b/>
          <w:sz w:val="24"/>
        </w:rPr>
        <w:t>Câu 34: iCloud là công cụ trực tuyến để lưu trữ và chia sẻ tệp tin của nhà cung cấp nào?</w:t>
      </w:r>
    </w:p>
    <w:p>
      <w:pPr>
        <w:pStyle w:val="ListParagraph"/>
      </w:pPr>
      <w:r>
        <w:rPr>
          <w:sz w:val="22"/>
        </w:rPr>
        <w:t>A. Google</w:t>
      </w:r>
    </w:p>
    <w:p>
      <w:pPr>
        <w:pStyle w:val="ListParagraph"/>
      </w:pPr>
      <w:r>
        <w:rPr>
          <w:sz w:val="22"/>
        </w:rPr>
        <w:t>B. Apple</w:t>
      </w:r>
    </w:p>
    <w:p>
      <w:pPr>
        <w:pStyle w:val="ListParagraph"/>
      </w:pPr>
      <w:r>
        <w:rPr>
          <w:sz w:val="22"/>
        </w:rPr>
        <w:t>C. Microsoft</w:t>
      </w:r>
    </w:p>
    <w:p>
      <w:pPr>
        <w:pStyle w:val="ListParagraph"/>
      </w:pPr>
      <w:r>
        <w:rPr>
          <w:sz w:val="22"/>
        </w:rPr>
        <w:t>D. Dropbox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