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Khi làm bài tập về nhà, bộ phận nào giúp em x...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Khi làm bài tập về nhà, bộ phận nào giúp em xử lí thông tin?</w:t>
      </w:r>
    </w:p>
    <w:p>
      <w:pPr>
        <w:pStyle w:val="ListParagraph"/>
      </w:pPr>
      <w:r>
        <w:rPr>
          <w:sz w:val="22"/>
        </w:rPr>
        <w:t>A. Tay</w:t>
      </w:r>
    </w:p>
    <w:p>
      <w:pPr>
        <w:pStyle w:val="ListParagraph"/>
      </w:pPr>
      <w:r>
        <w:rPr>
          <w:sz w:val="22"/>
        </w:rPr>
        <w:t>B. Mắt</w:t>
      </w:r>
    </w:p>
    <w:p>
      <w:pPr>
        <w:pStyle w:val="ListParagraph"/>
      </w:pPr>
      <w:r>
        <w:rPr>
          <w:sz w:val="22"/>
        </w:rPr>
        <w:t>C. Bộ não</w:t>
      </w:r>
    </w:p>
    <w:p>
      <w:pPr>
        <w:pStyle w:val="ListParagraph"/>
      </w:pPr>
      <w:r>
        <w:rPr>
          <w:sz w:val="22"/>
        </w:rPr>
        <w:t>D. Mũi</w:t>
      </w:r>
    </w:p>
    <w:p/>
    <w:p>
      <w:r>
        <w:rPr>
          <w:b/>
          <w:sz w:val="24"/>
        </w:rPr>
        <w:t>Câu 2: Thông tin xung quanh chúng ta thường tồn tại ở mấy dạng chính?</w:t>
      </w:r>
    </w:p>
    <w:p>
      <w:pPr>
        <w:pStyle w:val="ListParagraph"/>
      </w:pPr>
      <w:r>
        <w:rPr>
          <w:sz w:val="22"/>
        </w:rPr>
        <w:t>A. 1 dạng</w:t>
      </w:r>
    </w:p>
    <w:p>
      <w:pPr>
        <w:pStyle w:val="ListParagraph"/>
      </w:pPr>
      <w:r>
        <w:rPr>
          <w:sz w:val="22"/>
        </w:rPr>
        <w:t>B. 2 dạng</w:t>
      </w:r>
    </w:p>
    <w:p>
      <w:pPr>
        <w:pStyle w:val="ListParagraph"/>
      </w:pPr>
      <w:r>
        <w:rPr>
          <w:sz w:val="22"/>
        </w:rPr>
        <w:t>C. 3 dạng</w:t>
      </w:r>
    </w:p>
    <w:p>
      <w:pPr>
        <w:pStyle w:val="ListParagraph"/>
      </w:pPr>
      <w:r>
        <w:rPr>
          <w:sz w:val="22"/>
        </w:rPr>
        <w:t>D. 4 dạng</w:t>
      </w:r>
    </w:p>
    <w:p/>
    <w:p>
      <w:r>
        <w:rPr>
          <w:b/>
          <w:sz w:val="24"/>
        </w:rPr>
        <w:t>Câu 3: Ba dạng thông tin thường gặp trong cuộc sống là gì?</w:t>
      </w:r>
    </w:p>
    <w:p>
      <w:pPr>
        <w:pStyle w:val="ListParagraph"/>
      </w:pPr>
      <w:r>
        <w:rPr>
          <w:sz w:val="22"/>
        </w:rPr>
        <w:t>A. Dạng chữ, dạng số, dạng hình vẽ</w:t>
      </w:r>
    </w:p>
    <w:p>
      <w:pPr>
        <w:pStyle w:val="ListParagraph"/>
      </w:pPr>
      <w:r>
        <w:rPr>
          <w:sz w:val="22"/>
        </w:rPr>
        <w:t>B. Dạng chữ, dạng hình ảnh, dạng âm thanh</w:t>
      </w:r>
    </w:p>
    <w:p>
      <w:pPr>
        <w:pStyle w:val="ListParagraph"/>
      </w:pPr>
      <w:r>
        <w:rPr>
          <w:sz w:val="22"/>
        </w:rPr>
        <w:t>C. Dạng âm thanh, dạng chữ, dạng màu sắc</w:t>
      </w:r>
    </w:p>
    <w:p>
      <w:pPr>
        <w:pStyle w:val="ListParagraph"/>
      </w:pPr>
      <w:r>
        <w:rPr>
          <w:sz w:val="22"/>
        </w:rPr>
        <w:t>D. Dạng hình ảnh, dạng cử chỉ, dạng tiếng động</w:t>
      </w:r>
    </w:p>
    <w:p/>
    <w:p>
      <w:r>
        <w:rPr>
          <w:b/>
          <w:sz w:val="24"/>
        </w:rPr>
        <w:t>Câu 4: Tiếng trống trường báo giờ vào học thuộc dạng thông tin nào?</w:t>
      </w:r>
    </w:p>
    <w:p>
      <w:pPr>
        <w:pStyle w:val="ListParagraph"/>
      </w:pPr>
      <w:r>
        <w:rPr>
          <w:sz w:val="22"/>
        </w:rPr>
        <w:t>A. Dạng chữ</w:t>
      </w:r>
    </w:p>
    <w:p>
      <w:pPr>
        <w:pStyle w:val="ListParagraph"/>
      </w:pPr>
      <w:r>
        <w:rPr>
          <w:sz w:val="22"/>
        </w:rPr>
        <w:t>B. Dạng hình ảnh</w:t>
      </w:r>
    </w:p>
    <w:p>
      <w:pPr>
        <w:pStyle w:val="ListParagraph"/>
      </w:pPr>
      <w:r>
        <w:rPr>
          <w:sz w:val="22"/>
        </w:rPr>
        <w:t>C. Dạng âm thanh</w:t>
      </w:r>
    </w:p>
    <w:p>
      <w:pPr>
        <w:pStyle w:val="ListParagraph"/>
      </w:pPr>
      <w:r>
        <w:rPr>
          <w:sz w:val="22"/>
        </w:rPr>
        <w:t>D. Cả ba dạng trên</w:t>
      </w:r>
    </w:p>
    <w:p/>
    <w:p>
      <w:r>
        <w:rPr>
          <w:b/>
          <w:sz w:val="24"/>
        </w:rPr>
        <w:t>Câu 5: Biển báo giao thông hình tròn, viền đỏ, nền trắng có vẽ hình người đi bộ thuộc dạng thông tin gì?</w:t>
      </w:r>
    </w:p>
    <w:p>
      <w:pPr>
        <w:pStyle w:val="ListParagraph"/>
      </w:pPr>
      <w:r>
        <w:rPr>
          <w:sz w:val="22"/>
        </w:rPr>
        <w:t>A. Dạng chữ</w:t>
      </w:r>
    </w:p>
    <w:p>
      <w:pPr>
        <w:pStyle w:val="ListParagraph"/>
      </w:pPr>
      <w:r>
        <w:rPr>
          <w:sz w:val="22"/>
        </w:rPr>
        <w:t>B. Dạng hình ảnh</w:t>
      </w:r>
    </w:p>
    <w:p>
      <w:pPr>
        <w:pStyle w:val="ListParagraph"/>
      </w:pPr>
      <w:r>
        <w:rPr>
          <w:sz w:val="22"/>
        </w:rPr>
        <w:t>C. Dạng âm thanh</w:t>
      </w:r>
    </w:p>
    <w:p>
      <w:pPr>
        <w:pStyle w:val="ListParagraph"/>
      </w:pPr>
      <w:r>
        <w:rPr>
          <w:sz w:val="22"/>
        </w:rPr>
        <w:t>D. Cả dạng chữ và âm thanh</w:t>
      </w:r>
    </w:p>
    <w:p/>
    <w:p>
      <w:r>
        <w:rPr>
          <w:b/>
          <w:sz w:val="24"/>
        </w:rPr>
        <w:t>Câu 6: Em nghe bản tin dự báo thời tiết thấy trời sắp mưa, em quyết định mang theo áo mưa. Đâu là thông tin trong tình huống này?</w:t>
      </w:r>
    </w:p>
    <w:p>
      <w:pPr>
        <w:pStyle w:val="ListParagraph"/>
      </w:pPr>
      <w:r>
        <w:rPr>
          <w:sz w:val="22"/>
        </w:rPr>
        <w:t>A. Em quyết định mang áo mưa</w:t>
      </w:r>
    </w:p>
    <w:p>
      <w:pPr>
        <w:pStyle w:val="ListParagraph"/>
      </w:pPr>
      <w:r>
        <w:rPr>
          <w:sz w:val="22"/>
        </w:rPr>
        <w:t>B. Bản tin dự báo trời sắp mưa</w:t>
      </w:r>
    </w:p>
    <w:p>
      <w:pPr>
        <w:pStyle w:val="ListParagraph"/>
      </w:pPr>
      <w:r>
        <w:rPr>
          <w:sz w:val="22"/>
        </w:rPr>
        <w:t>C. Em mặc quần áo đi học</w:t>
      </w:r>
    </w:p>
    <w:p>
      <w:pPr>
        <w:pStyle w:val="ListParagraph"/>
      </w:pPr>
      <w:r>
        <w:rPr>
          <w:sz w:val="22"/>
        </w:rPr>
        <w:t>D. Trời nắng hay mưa</w:t>
      </w:r>
    </w:p>
    <w:p/>
    <w:p>
      <w:r>
        <w:rPr>
          <w:b/>
          <w:sz w:val="24"/>
        </w:rPr>
        <w:t>Câu 7: Trong tình huống ở Câu 5, đâu là quyết định của em?</w:t>
      </w:r>
    </w:p>
    <w:p>
      <w:pPr>
        <w:pStyle w:val="ListParagraph"/>
      </w:pPr>
      <w:r>
        <w:rPr>
          <w:sz w:val="22"/>
        </w:rPr>
        <w:t>A. Mang theo áo mưa</w:t>
      </w:r>
    </w:p>
    <w:p>
      <w:pPr>
        <w:pStyle w:val="ListParagraph"/>
      </w:pPr>
      <w:r>
        <w:rPr>
          <w:sz w:val="22"/>
        </w:rPr>
        <w:t>B. Nghe bản tin dự báo thời tiết</w:t>
      </w:r>
    </w:p>
    <w:p>
      <w:pPr>
        <w:pStyle w:val="ListParagraph"/>
      </w:pPr>
      <w:r>
        <w:rPr>
          <w:sz w:val="22"/>
        </w:rPr>
        <w:t>C. Trời sắp mưa</w:t>
      </w:r>
    </w:p>
    <w:p>
      <w:pPr>
        <w:pStyle w:val="ListParagraph"/>
      </w:pPr>
      <w:r>
        <w:rPr>
          <w:sz w:val="22"/>
        </w:rPr>
        <w:t>D. Nhìn thấy mây đến giờ</w:t>
      </w:r>
    </w:p>
    <w:p/>
    <w:p>
      <w:r>
        <w:rPr>
          <w:b/>
          <w:sz w:val="24"/>
        </w:rPr>
        <w:t>Câu 8: Trong hoạt động nghe nhạc và hát theo lời bài hát, tai và mắt của em làm nhiệm vụ gì trước khi em cất giọng hát?</w:t>
      </w:r>
    </w:p>
    <w:p>
      <w:pPr>
        <w:pStyle w:val="ListParagraph"/>
      </w:pPr>
      <w:r>
        <w:rPr>
          <w:sz w:val="22"/>
        </w:rPr>
        <w:t>A. Không làm gì cả</w:t>
      </w:r>
    </w:p>
    <w:p>
      <w:pPr>
        <w:pStyle w:val="ListParagraph"/>
      </w:pPr>
      <w:r>
        <w:rPr>
          <w:sz w:val="22"/>
        </w:rPr>
        <w:t>B. Thu nhận thông tin (âm thanh và hình ảnh/chữ)</w:t>
      </w:r>
    </w:p>
    <w:p>
      <w:pPr>
        <w:pStyle w:val="ListParagraph"/>
      </w:pPr>
      <w:r>
        <w:rPr>
          <w:sz w:val="22"/>
        </w:rPr>
        <w:t>C. Lưu trữ thông tin mãi mãi</w:t>
      </w:r>
    </w:p>
    <w:p>
      <w:pPr>
        <w:pStyle w:val="ListParagraph"/>
      </w:pPr>
      <w:r>
        <w:rPr>
          <w:sz w:val="22"/>
        </w:rPr>
        <w:t>D. Tạo ra điện thoại</w:t>
      </w:r>
    </w:p>
    <w:p/>
    <w:p>
      <w:r>
        <w:rPr>
          <w:b/>
          <w:sz w:val="24"/>
        </w:rPr>
        <w:t>Câu 9: Bộ phận nào của con người thực hiện việc xử lí thông tin để đưa ra quyết định và điều khiển suy nghĩ, hành động?</w:t>
      </w:r>
    </w:p>
    <w:p>
      <w:pPr>
        <w:pStyle w:val="ListParagraph"/>
      </w:pPr>
      <w:r>
        <w:rPr>
          <w:sz w:val="22"/>
        </w:rPr>
        <w:t>A. Tay chân</w:t>
      </w:r>
    </w:p>
    <w:p>
      <w:pPr>
        <w:pStyle w:val="ListParagraph"/>
      </w:pPr>
      <w:r>
        <w:rPr>
          <w:sz w:val="22"/>
        </w:rPr>
        <w:t>B. Bộ não</w:t>
      </w:r>
    </w:p>
    <w:p>
      <w:pPr>
        <w:pStyle w:val="ListParagraph"/>
      </w:pPr>
      <w:r>
        <w:rPr>
          <w:sz w:val="22"/>
        </w:rPr>
        <w:t>C. Mắt</w:t>
      </w:r>
    </w:p>
    <w:p>
      <w:pPr>
        <w:pStyle w:val="ListParagraph"/>
      </w:pPr>
      <w:r>
        <w:rPr>
          <w:sz w:val="22"/>
        </w:rPr>
        <w:t>D. Tai</w:t>
      </w:r>
    </w:p>
    <w:p/>
    <w:p>
      <w:r>
        <w:rPr>
          <w:b/>
          <w:sz w:val="24"/>
        </w:rPr>
        <w:t>Câu 10: Thứ 2 hàng tuần giờ chào cờ em được nghe cô hiệu trưởng thông báo về những việc cần làm trong tuần. Thông tin em tiếp nhận ở dạng:</w:t>
      </w:r>
    </w:p>
    <w:p>
      <w:pPr>
        <w:pStyle w:val="ListParagraph"/>
      </w:pPr>
      <w:r>
        <w:rPr>
          <w:sz w:val="22"/>
        </w:rPr>
        <w:t>A. Chữ</w:t>
      </w:r>
    </w:p>
    <w:p>
      <w:pPr>
        <w:pStyle w:val="ListParagraph"/>
      </w:pPr>
      <w:r>
        <w:rPr>
          <w:sz w:val="22"/>
        </w:rPr>
        <w:t>B. Âm thanh</w:t>
      </w:r>
    </w:p>
    <w:p>
      <w:pPr>
        <w:pStyle w:val="ListParagraph"/>
      </w:pPr>
      <w:r>
        <w:rPr>
          <w:sz w:val="22"/>
        </w:rPr>
        <w:t>C. Hình ảnh</w:t>
      </w:r>
    </w:p>
    <w:p>
      <w:pPr>
        <w:pStyle w:val="ListParagraph"/>
      </w:pPr>
      <w:r>
        <w:rPr>
          <w:sz w:val="22"/>
        </w:rPr>
        <w:t>D. Âm thanh và hình ảnh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