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Toán - ĐỀ CƯƠNG ÔN TẬP GIỮA HỌC KÌ I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Trong các câu dưới đây, câu nào là mệnh đề toán học?</w:t>
      </w:r>
    </w:p>
    <w:p>
      <w:pPr>
        <w:pStyle w:val="ListParagraph"/>
      </w:pPr>
      <w:r>
        <w:rPr>
          <w:sz w:val="22"/>
        </w:rPr>
        <w:t>A. 3 là một số nguyên tố.</w:t>
      </w:r>
    </w:p>
    <w:p>
      <w:pPr>
        <w:pStyle w:val="ListParagraph"/>
      </w:pPr>
      <w:r>
        <w:rPr>
          <w:sz w:val="22"/>
        </w:rPr>
        <w:t>B. Bạn có thích học toán không?</w:t>
      </w:r>
    </w:p>
    <w:p>
      <w:pPr>
        <w:pStyle w:val="ListParagraph"/>
      </w:pPr>
      <w:r>
        <w:rPr>
          <w:sz w:val="22"/>
        </w:rPr>
        <w:t>C. Bài tập này khó quá!</w:t>
      </w:r>
    </w:p>
    <w:p>
      <w:pPr>
        <w:pStyle w:val="ListParagraph"/>
      </w:pPr>
      <w:r>
        <w:rPr>
          <w:sz w:val="22"/>
        </w:rPr>
        <w:t>D. Hôm nay trời nóng quá!</w:t>
      </w:r>
    </w:p>
    <w:p/>
    <w:p>
      <w:r>
        <w:rPr>
          <w:b/>
          <w:sz w:val="24"/>
        </w:rPr>
        <w:t>Câu 2: Cho A = {0; 1; 2; a; b}, B = {a; 2; 3; 4; 5}. Tìm A ∪ B.</w:t>
      </w:r>
    </w:p>
    <w:p>
      <w:pPr>
        <w:pStyle w:val="ListParagraph"/>
      </w:pPr>
      <w:r>
        <w:rPr>
          <w:sz w:val="22"/>
        </w:rPr>
        <w:t>A. {0; 1; 2; 3; 4; 5; a; b}.</w:t>
      </w:r>
    </w:p>
    <w:p>
      <w:pPr>
        <w:pStyle w:val="ListParagraph"/>
      </w:pPr>
      <w:r>
        <w:rPr>
          <w:sz w:val="22"/>
        </w:rPr>
        <w:t>B. {3; 4; 5}.</w:t>
      </w:r>
    </w:p>
    <w:p>
      <w:pPr>
        <w:pStyle w:val="ListParagraph"/>
      </w:pPr>
      <w:r>
        <w:rPr>
          <w:sz w:val="22"/>
        </w:rPr>
        <w:t>C. {a; 2}.</w:t>
      </w:r>
    </w:p>
    <w:p>
      <w:pPr>
        <w:pStyle w:val="ListParagraph"/>
      </w:pPr>
      <w:r>
        <w:rPr>
          <w:sz w:val="22"/>
        </w:rPr>
        <w:t>D. {0; 1; b}.</w:t>
      </w:r>
    </w:p>
    <w:p/>
    <w:p>
      <w:r>
        <w:rPr>
          <w:b/>
          <w:sz w:val="24"/>
        </w:rPr>
        <w:t>Câu 3: Cho hai tập hợp A = {1; 5} và B = {1; 3; 5}. Tập hợp A ∩ B là</w:t>
      </w:r>
    </w:p>
    <w:p>
      <w:pPr>
        <w:pStyle w:val="ListParagraph"/>
      </w:pPr>
      <w:r>
        <w:rPr>
          <w:sz w:val="22"/>
        </w:rPr>
        <w:t>A. A ∩ B = {1}.</w:t>
      </w:r>
    </w:p>
    <w:p>
      <w:pPr>
        <w:pStyle w:val="ListParagraph"/>
      </w:pPr>
      <w:r>
        <w:rPr>
          <w:sz w:val="22"/>
        </w:rPr>
        <w:t>B. A ∩ B = {1; 3}.</w:t>
      </w:r>
    </w:p>
    <w:p>
      <w:pPr>
        <w:pStyle w:val="ListParagraph"/>
      </w:pPr>
      <w:r>
        <w:rPr>
          <w:sz w:val="22"/>
        </w:rPr>
        <w:t>C. A ∩ B = {1; 3; 5}.</w:t>
      </w:r>
    </w:p>
    <w:p>
      <w:pPr>
        <w:pStyle w:val="ListParagraph"/>
      </w:pPr>
      <w:r>
        <w:rPr>
          <w:sz w:val="22"/>
        </w:rPr>
        <w:t>D. A ∩ B = {1; 5}.</w:t>
      </w:r>
    </w:p>
    <w:p/>
    <w:p>
      <w:r>
        <w:rPr>
          <w:b/>
          <w:sz w:val="24"/>
        </w:rPr>
        <w:t>Câu 4: Cặp số (1; −2) là nghiệm của bất phương trình nào sau đây?</w:t>
      </w:r>
    </w:p>
    <w:p>
      <w:pPr>
        <w:pStyle w:val="ListParagraph"/>
      </w:pPr>
      <w:r>
        <w:rPr>
          <w:sz w:val="22"/>
        </w:rPr>
        <w:t>A. x − y &lt; 0.</w:t>
      </w:r>
    </w:p>
    <w:p>
      <w:pPr>
        <w:pStyle w:val="ListParagraph"/>
      </w:pPr>
      <w:r>
        <w:rPr>
          <w:sz w:val="22"/>
        </w:rPr>
        <w:t>B. x + y + 1 &lt; 0.</w:t>
      </w:r>
    </w:p>
    <w:p>
      <w:pPr>
        <w:pStyle w:val="ListParagraph"/>
      </w:pPr>
      <w:r>
        <w:rPr>
          <w:sz w:val="22"/>
        </w:rPr>
        <w:t>C. −x − 3y − 2 &gt; 0.</w:t>
      </w:r>
    </w:p>
    <w:p>
      <w:pPr>
        <w:pStyle w:val="ListParagraph"/>
      </w:pPr>
      <w:r>
        <w:rPr>
          <w:sz w:val="22"/>
        </w:rPr>
        <w:t>D. x + y − 5 &gt; 0.</w:t>
      </w:r>
    </w:p>
    <w:p/>
    <w:p>
      <w:r>
        <w:rPr>
          <w:b/>
          <w:sz w:val="24"/>
        </w:rPr>
        <w:t>Câu 5: Viết mệnh đề sau, sử dụng kí hiệu ∀ hoặc ∃: “Có một số nguyên bằng bình phương của chính nó”.</w:t>
      </w:r>
    </w:p>
    <w:p>
      <w:pPr>
        <w:pStyle w:val="ListParagraph"/>
      </w:pPr>
      <w:r>
        <w:rPr>
          <w:sz w:val="22"/>
        </w:rPr>
        <w:t>A. ∃x ∈ ℝ, x = x².</w:t>
      </w:r>
    </w:p>
    <w:p>
      <w:pPr>
        <w:pStyle w:val="ListParagraph"/>
      </w:pPr>
      <w:r>
        <w:rPr>
          <w:sz w:val="22"/>
        </w:rPr>
        <w:t>B. ∃x ∈ ℝ, x² − x = 0.</w:t>
      </w:r>
    </w:p>
    <w:p>
      <w:pPr>
        <w:pStyle w:val="ListParagraph"/>
      </w:pPr>
      <w:r>
        <w:rPr>
          <w:sz w:val="22"/>
        </w:rPr>
        <w:t>C. ∀x ∈ ℤ, x² = x.</w:t>
      </w:r>
    </w:p>
    <w:p>
      <w:pPr>
        <w:pStyle w:val="ListParagraph"/>
      </w:pPr>
      <w:r>
        <w:rPr>
          <w:sz w:val="22"/>
        </w:rPr>
        <w:t>D. ∃x ∈ ℤ, x = x².</w:t>
      </w:r>
    </w:p>
    <w:p/>
    <w:p>
      <w:r>
        <w:rPr>
          <w:b/>
          <w:sz w:val="24"/>
        </w:rPr>
        <w:t>Câu 6: Bất phương trình nào sau đây là bất phương trình bậc nhất hai ẩn?</w:t>
      </w:r>
    </w:p>
    <w:p>
      <w:pPr>
        <w:pStyle w:val="ListParagraph"/>
      </w:pPr>
      <w:r>
        <w:rPr>
          <w:sz w:val="22"/>
        </w:rPr>
        <w:t>A. 2x² + 5y² &gt; 3.</w:t>
      </w:r>
    </w:p>
    <w:p>
      <w:pPr>
        <w:pStyle w:val="ListParagraph"/>
      </w:pPr>
      <w:r>
        <w:rPr>
          <w:sz w:val="22"/>
        </w:rPr>
        <w:t>B. 2x² + 3x + 1 &gt; 0.</w:t>
      </w:r>
    </w:p>
    <w:p>
      <w:pPr>
        <w:pStyle w:val="ListParagraph"/>
      </w:pPr>
      <w:r>
        <w:rPr>
          <w:sz w:val="22"/>
        </w:rPr>
        <w:t>C. 2x + 5y − 3z &gt; 0.</w:t>
      </w:r>
    </w:p>
    <w:p>
      <w:pPr>
        <w:pStyle w:val="ListParagraph"/>
      </w:pPr>
      <w:r>
        <w:rPr>
          <w:sz w:val="22"/>
        </w:rPr>
        <w:t>D. 2x + y &gt; 5.</w:t>
      </w:r>
    </w:p>
    <w:p/>
    <w:p>
      <w:r>
        <w:rPr>
          <w:b/>
          <w:sz w:val="24"/>
        </w:rPr>
        <w:t>Câu 7: Cho hai mệnh đề P và Q. Cách phát biểu nào sau đây không thể dùng để phát biểu mệnh đề P ⇔ Q?</w:t>
      </w:r>
    </w:p>
    <w:p>
      <w:pPr>
        <w:pStyle w:val="ListParagraph"/>
      </w:pPr>
      <w:r>
        <w:rPr>
          <w:sz w:val="22"/>
        </w:rPr>
        <w:t>A. P là điều kiện cần và đủ để có Q.</w:t>
      </w:r>
    </w:p>
    <w:p>
      <w:pPr>
        <w:pStyle w:val="ListParagraph"/>
      </w:pPr>
      <w:r>
        <w:rPr>
          <w:sz w:val="22"/>
        </w:rPr>
        <w:t>B. P là điều kiện đủ để có Q.</w:t>
      </w:r>
    </w:p>
    <w:p>
      <w:pPr>
        <w:pStyle w:val="ListParagraph"/>
      </w:pPr>
      <w:r>
        <w:rPr>
          <w:sz w:val="22"/>
        </w:rPr>
        <w:t>C. P nếu và chỉ nếu Q.</w:t>
      </w:r>
    </w:p>
    <w:p>
      <w:pPr>
        <w:pStyle w:val="ListParagraph"/>
      </w:pPr>
      <w:r>
        <w:rPr>
          <w:sz w:val="22"/>
        </w:rPr>
        <w:t>D. P khi và chỉ khi Q.</w:t>
      </w:r>
    </w:p>
    <w:p/>
    <w:p>
      <w:r>
        <w:rPr>
          <w:b/>
          <w:sz w:val="24"/>
        </w:rPr>
        <w:t>Câu 8: Cho tam giác ABC có các cạnh BC = a, AC = b, AB = c và S là diện tích tam giác ABC. Trong các khẳng định sau, khẳng định nào đúng?</w:t>
      </w:r>
    </w:p>
    <w:p>
      <w:pPr>
        <w:pStyle w:val="ListParagraph"/>
      </w:pPr>
      <w:r>
        <w:rPr>
          <w:sz w:val="22"/>
        </w:rPr>
        <w:t>A. sin C = 2S/(cb).</w:t>
      </w:r>
    </w:p>
    <w:p>
      <w:pPr>
        <w:pStyle w:val="ListParagraph"/>
      </w:pPr>
      <w:r>
        <w:rPr>
          <w:sz w:val="22"/>
        </w:rPr>
        <w:t>B. sin C = S/(2bc).</w:t>
      </w:r>
    </w:p>
    <w:p>
      <w:pPr>
        <w:pStyle w:val="ListParagraph"/>
      </w:pPr>
      <w:r>
        <w:rPr>
          <w:sz w:val="22"/>
        </w:rPr>
        <w:t>C. sin C = 2S/(ab).</w:t>
      </w:r>
    </w:p>
    <w:p>
      <w:pPr>
        <w:pStyle w:val="ListParagraph"/>
      </w:pPr>
      <w:r>
        <w:rPr>
          <w:sz w:val="22"/>
        </w:rPr>
        <w:t>D. sin C = 2S/(ac).</w:t>
      </w:r>
    </w:p>
    <w:p/>
    <w:p>
      <w:r>
        <w:rPr>
          <w:b/>
          <w:sz w:val="24"/>
        </w:rPr>
        <w:t>Câu 9: Mệnh đề phủ định của mệnh đề: “2022 là một số chẵn” là:</w:t>
      </w:r>
    </w:p>
    <w:p>
      <w:pPr>
        <w:pStyle w:val="ListParagraph"/>
      </w:pPr>
      <w:r>
        <w:rPr>
          <w:sz w:val="22"/>
        </w:rPr>
        <w:t>A. −2022 là một số chẵn.</w:t>
      </w:r>
    </w:p>
    <w:p>
      <w:pPr>
        <w:pStyle w:val="ListParagraph"/>
      </w:pPr>
      <w:r>
        <w:rPr>
          <w:sz w:val="22"/>
        </w:rPr>
        <w:t>B. 2022 không là một số lẻ.</w:t>
      </w:r>
    </w:p>
    <w:p>
      <w:pPr>
        <w:pStyle w:val="ListParagraph"/>
      </w:pPr>
      <w:r>
        <w:rPr>
          <w:sz w:val="22"/>
        </w:rPr>
        <w:t>C. 2022 không là một số chẵn.</w:t>
      </w:r>
    </w:p>
    <w:p>
      <w:pPr>
        <w:pStyle w:val="ListParagraph"/>
      </w:pPr>
      <w:r>
        <w:rPr>
          <w:sz w:val="22"/>
        </w:rPr>
        <w:t>D. −2022 là một số lẻ.</w:t>
      </w:r>
    </w:p>
    <w:p/>
    <w:p>
      <w:r>
        <w:rPr>
          <w:b/>
          <w:sz w:val="24"/>
        </w:rPr>
        <w:t>Câu 10: Cho tam giác ABC có bán kính đường tròn ngoại tiếp là R. Đẳng thức nào dưới đây đúng?</w:t>
      </w:r>
    </w:p>
    <w:p>
      <w:pPr>
        <w:pStyle w:val="ListParagraph"/>
      </w:pPr>
      <w:r>
        <w:rPr>
          <w:sz w:val="22"/>
        </w:rPr>
        <w:t>A. a/sin A = R.</w:t>
      </w:r>
    </w:p>
    <w:p>
      <w:pPr>
        <w:pStyle w:val="ListParagraph"/>
      </w:pPr>
      <w:r>
        <w:rPr>
          <w:sz w:val="22"/>
        </w:rPr>
        <w:t>B. a/sin A = 3R.</w:t>
      </w:r>
    </w:p>
    <w:p>
      <w:pPr>
        <w:pStyle w:val="ListParagraph"/>
      </w:pPr>
      <w:r>
        <w:rPr>
          <w:sz w:val="22"/>
        </w:rPr>
        <w:t>C. a/sin A = 2R.</w:t>
      </w:r>
    </w:p>
    <w:p>
      <w:pPr>
        <w:pStyle w:val="ListParagraph"/>
      </w:pPr>
      <w:r>
        <w:rPr>
          <w:sz w:val="22"/>
        </w:rPr>
        <w:t>D. a/sin A = 4R.</w:t>
      </w:r>
    </w:p>
    <w:p/>
    <w:p>
      <w:r>
        <w:rPr>
          <w:b/>
          <w:sz w:val="24"/>
        </w:rPr>
        <w:t>Câu 11: Trong các đẳng thức sau đây, đẳng thức nào đúng?</w:t>
      </w:r>
    </w:p>
    <w:p>
      <w:pPr>
        <w:pStyle w:val="ListParagraph"/>
      </w:pPr>
      <w:r>
        <w:rPr>
          <w:sz w:val="22"/>
        </w:rPr>
        <w:t>A. cot(180° − α) = −cot α.</w:t>
      </w:r>
    </w:p>
    <w:p>
      <w:pPr>
        <w:pStyle w:val="ListParagraph"/>
      </w:pPr>
      <w:r>
        <w:rPr>
          <w:sz w:val="22"/>
        </w:rPr>
        <w:t>B. cos(180° − α) = cos α.</w:t>
      </w:r>
    </w:p>
    <w:p>
      <w:pPr>
        <w:pStyle w:val="ListParagraph"/>
      </w:pPr>
      <w:r>
        <w:rPr>
          <w:sz w:val="22"/>
        </w:rPr>
        <w:t>C. tan(180° − α) = tan α.</w:t>
      </w:r>
    </w:p>
    <w:p>
      <w:pPr>
        <w:pStyle w:val="ListParagraph"/>
      </w:pPr>
      <w:r>
        <w:rPr>
          <w:sz w:val="22"/>
        </w:rPr>
        <w:t>D. sin(180° − α) = −sin α.</w:t>
      </w:r>
    </w:p>
    <w:p/>
    <w:p>
      <w:r>
        <w:rPr>
          <w:b/>
          <w:sz w:val="24"/>
        </w:rPr>
        <w:t>Câu 12: Phần gạch chéo trong hình vẽ dưới đây (không bao gồm đường thẳng d) là miền nghiệm của bất phương trình bậc nhất hai ẩn nào dưới đây?</w:t>
      </w:r>
    </w:p>
    <w:p>
      <w:pPr>
        <w:pStyle w:val="ListParagraph"/>
      </w:pPr>
      <w:r>
        <w:rPr>
          <w:sz w:val="22"/>
        </w:rPr>
        <w:t>A. x − 2y &gt; 1.</w:t>
      </w:r>
    </w:p>
    <w:p>
      <w:pPr>
        <w:pStyle w:val="ListParagraph"/>
      </w:pPr>
      <w:r>
        <w:rPr>
          <w:sz w:val="22"/>
        </w:rPr>
        <w:t>B. 2x − y &lt; 0.</w:t>
      </w:r>
    </w:p>
    <w:p>
      <w:pPr>
        <w:pStyle w:val="ListParagraph"/>
      </w:pPr>
      <w:r>
        <w:rPr>
          <w:sz w:val="22"/>
        </w:rPr>
        <w:t>C. x − 2y ≤ 3.</w:t>
      </w:r>
    </w:p>
    <w:p>
      <w:pPr>
        <w:pStyle w:val="ListParagraph"/>
      </w:pPr>
      <w:r>
        <w:rPr>
          <w:sz w:val="22"/>
        </w:rPr>
        <w:t>D. x − 2y &lt; 2.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