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Hóa học - NGÂN HÀNG ĐỀ ÔN THI HỌC SINH GIỎI HÓA HỌC LỚP 11</w:t>
      </w:r>
    </w:p>
    <w:p>
      <w:pPr>
        <w:jc w:val="center"/>
      </w:pPr>
      <w:r>
        <w:rPr>
          <w:sz w:val="22"/>
        </w:rPr>
        <w:t>Số câu: 60    Thời gian: _____ phút    Họ và tên: _________________________</w:t>
      </w:r>
    </w:p>
    <w:p/>
    <w:p>
      <w:r>
        <w:rPr>
          <w:b/>
          <w:sz w:val="24"/>
        </w:rPr>
        <w:t>Câu 1: Nguyên tố có cấu hình lớp ngoài cùng ns²np⁵ thuộc nhóm</w:t>
      </w:r>
    </w:p>
    <w:p>
      <w:pPr>
        <w:pStyle w:val="ListParagraph"/>
      </w:pPr>
      <w:r>
        <w:rPr>
          <w:sz w:val="22"/>
        </w:rPr>
        <w:t>A. VIIIA (18)</w:t>
      </w:r>
    </w:p>
    <w:p>
      <w:pPr>
        <w:pStyle w:val="ListParagraph"/>
      </w:pPr>
      <w:r>
        <w:rPr>
          <w:sz w:val="22"/>
        </w:rPr>
        <w:t>B. IIA (2)</w:t>
      </w:r>
    </w:p>
    <w:p>
      <w:pPr>
        <w:pStyle w:val="ListParagraph"/>
      </w:pPr>
      <w:r>
        <w:rPr>
          <w:sz w:val="22"/>
        </w:rPr>
        <w:t>C. IA (1)</w:t>
      </w:r>
    </w:p>
    <w:p>
      <w:pPr>
        <w:pStyle w:val="ListParagraph"/>
      </w:pPr>
      <w:r>
        <w:rPr>
          <w:sz w:val="22"/>
        </w:rPr>
        <w:t>D. VIIA (17)</w:t>
      </w:r>
    </w:p>
    <w:p/>
    <w:p>
      <w:r>
        <w:rPr>
          <w:b/>
          <w:sz w:val="24"/>
        </w:rPr>
        <w:t>Câu 2: Trong một nhóm A, từ trên xuống dưới, tính kim loại nhìn chung</w:t>
      </w:r>
    </w:p>
    <w:p>
      <w:pPr>
        <w:pStyle w:val="ListParagraph"/>
      </w:pPr>
      <w:r>
        <w:rPr>
          <w:sz w:val="22"/>
        </w:rPr>
        <w:t>A. không đổi</w:t>
      </w:r>
    </w:p>
    <w:p>
      <w:pPr>
        <w:pStyle w:val="ListParagraph"/>
      </w:pPr>
      <w:r>
        <w:rPr>
          <w:sz w:val="22"/>
        </w:rPr>
        <w:t>B. tăng</w:t>
      </w:r>
    </w:p>
    <w:p>
      <w:pPr>
        <w:pStyle w:val="ListParagraph"/>
      </w:pPr>
      <w:r>
        <w:rPr>
          <w:sz w:val="22"/>
        </w:rPr>
        <w:t>C. giảm</w:t>
      </w:r>
    </w:p>
    <w:p>
      <w:pPr>
        <w:pStyle w:val="ListParagraph"/>
      </w:pPr>
      <w:r>
        <w:rPr>
          <w:sz w:val="22"/>
        </w:rPr>
        <w:t>D. biến đổi không quy luật</w:t>
      </w:r>
    </w:p>
    <w:p/>
    <w:p>
      <w:r>
        <w:rPr>
          <w:b/>
          <w:sz w:val="24"/>
        </w:rPr>
        <w:t>Câu 3: Độ âm điện đặc trưng cho khả năng</w:t>
      </w:r>
    </w:p>
    <w:p>
      <w:pPr>
        <w:pStyle w:val="ListParagraph"/>
      </w:pPr>
      <w:r>
        <w:rPr>
          <w:sz w:val="22"/>
        </w:rPr>
        <w:t>A. hút electron liên kết</w:t>
      </w:r>
    </w:p>
    <w:p>
      <w:pPr>
        <w:pStyle w:val="ListParagraph"/>
      </w:pPr>
      <w:r>
        <w:rPr>
          <w:sz w:val="22"/>
        </w:rPr>
        <w:t>B. hòa tan trong nước</w:t>
      </w:r>
    </w:p>
    <w:p>
      <w:pPr>
        <w:pStyle w:val="ListParagraph"/>
      </w:pPr>
      <w:r>
        <w:rPr>
          <w:sz w:val="22"/>
        </w:rPr>
        <w:t>C. nhường proton</w:t>
      </w:r>
    </w:p>
    <w:p>
      <w:pPr>
        <w:pStyle w:val="ListParagraph"/>
      </w:pPr>
      <w:r>
        <w:rPr>
          <w:sz w:val="22"/>
        </w:rPr>
        <w:t>D. tạo neutron</w:t>
      </w:r>
    </w:p>
    <w:p/>
    <w:p>
      <w:r>
        <w:rPr>
          <w:b/>
          <w:sz w:val="24"/>
        </w:rPr>
        <w:t>Câu 4: Ion Na+ được tạo thành khi nguyên tử Na</w:t>
      </w:r>
    </w:p>
    <w:p>
      <w:pPr>
        <w:pStyle w:val="ListParagraph"/>
      </w:pPr>
      <w:r>
        <w:rPr>
          <w:sz w:val="22"/>
        </w:rPr>
        <w:t>A. nhận 1 proton</w:t>
      </w:r>
    </w:p>
    <w:p>
      <w:pPr>
        <w:pStyle w:val="ListParagraph"/>
      </w:pPr>
      <w:r>
        <w:rPr>
          <w:sz w:val="22"/>
        </w:rPr>
        <w:t>B. nhường 1 electron</w:t>
      </w:r>
    </w:p>
    <w:p>
      <w:pPr>
        <w:pStyle w:val="ListParagraph"/>
      </w:pPr>
      <w:r>
        <w:rPr>
          <w:sz w:val="22"/>
        </w:rPr>
        <w:t>C. nhận 1 electron</w:t>
      </w:r>
    </w:p>
    <w:p>
      <w:pPr>
        <w:pStyle w:val="ListParagraph"/>
      </w:pPr>
      <w:r>
        <w:rPr>
          <w:sz w:val="22"/>
        </w:rPr>
        <w:t>D. nhường 1 proton</w:t>
      </w:r>
    </w:p>
    <w:p/>
    <w:p>
      <w:r>
        <w:rPr>
          <w:b/>
          <w:sz w:val="24"/>
        </w:rPr>
        <w:t>Câu 5: Trong một chu kì, từ trái sang phải, bán kính nguyên tử nhìn chung</w:t>
      </w:r>
    </w:p>
    <w:p>
      <w:pPr>
        <w:pStyle w:val="ListParagraph"/>
      </w:pPr>
      <w:r>
        <w:rPr>
          <w:sz w:val="22"/>
        </w:rPr>
        <w:t>A. tăng</w:t>
      </w:r>
    </w:p>
    <w:p>
      <w:pPr>
        <w:pStyle w:val="ListParagraph"/>
      </w:pPr>
      <w:r>
        <w:rPr>
          <w:sz w:val="22"/>
        </w:rPr>
        <w:t>B. giảm</w:t>
      </w:r>
    </w:p>
    <w:p>
      <w:pPr>
        <w:pStyle w:val="ListParagraph"/>
      </w:pPr>
      <w:r>
        <w:rPr>
          <w:sz w:val="22"/>
        </w:rPr>
        <w:t>C. không đổi</w:t>
      </w:r>
    </w:p>
    <w:p>
      <w:pPr>
        <w:pStyle w:val="ListParagraph"/>
      </w:pPr>
      <w:r>
        <w:rPr>
          <w:sz w:val="22"/>
        </w:rPr>
        <w:t>D. tăng rồi không đổi</w:t>
      </w:r>
    </w:p>
    <w:p/>
    <w:p>
      <w:r>
        <w:rPr>
          <w:b/>
          <w:sz w:val="24"/>
        </w:rPr>
        <w:t>Câu 6: Hạt mang điện tích âm trong nguyên tử là</w:t>
      </w:r>
    </w:p>
    <w:p>
      <w:pPr>
        <w:pStyle w:val="ListParagraph"/>
      </w:pPr>
      <w:r>
        <w:rPr>
          <w:sz w:val="22"/>
        </w:rPr>
        <w:t>A. neutron</w:t>
      </w:r>
    </w:p>
    <w:p>
      <w:pPr>
        <w:pStyle w:val="ListParagraph"/>
      </w:pPr>
      <w:r>
        <w:rPr>
          <w:sz w:val="22"/>
        </w:rPr>
        <w:t>B. electron</w:t>
      </w:r>
    </w:p>
    <w:p>
      <w:pPr>
        <w:pStyle w:val="ListParagraph"/>
      </w:pPr>
      <w:r>
        <w:rPr>
          <w:sz w:val="22"/>
        </w:rPr>
        <w:t>C. nucleon</w:t>
      </w:r>
    </w:p>
    <w:p>
      <w:pPr>
        <w:pStyle w:val="ListParagraph"/>
      </w:pPr>
      <w:r>
        <w:rPr>
          <w:sz w:val="22"/>
        </w:rPr>
        <w:t>D. proton</w:t>
      </w:r>
    </w:p>
    <w:p/>
    <w:p>
      <w:r>
        <w:rPr>
          <w:b/>
          <w:sz w:val="24"/>
        </w:rPr>
        <w:t>Câu 7: Các đồng vị của cùng nguyên tố có cùng</w:t>
      </w:r>
    </w:p>
    <w:p>
      <w:pPr>
        <w:pStyle w:val="ListParagraph"/>
      </w:pPr>
      <w:r>
        <w:rPr>
          <w:sz w:val="22"/>
        </w:rPr>
        <w:t>A. số proton</w:t>
      </w:r>
    </w:p>
    <w:p>
      <w:pPr>
        <w:pStyle w:val="ListParagraph"/>
      </w:pPr>
      <w:r>
        <w:rPr>
          <w:sz w:val="22"/>
        </w:rPr>
        <w:t>B. khối lượng nguyên tử</w:t>
      </w:r>
    </w:p>
    <w:p>
      <w:pPr>
        <w:pStyle w:val="ListParagraph"/>
      </w:pPr>
      <w:r>
        <w:rPr>
          <w:sz w:val="22"/>
        </w:rPr>
        <w:t>C. số khối</w:t>
      </w:r>
    </w:p>
    <w:p>
      <w:pPr>
        <w:pStyle w:val="ListParagraph"/>
      </w:pPr>
      <w:r>
        <w:rPr>
          <w:sz w:val="22"/>
        </w:rPr>
        <w:t>D. số neutron</w:t>
      </w:r>
    </w:p>
    <w:p/>
    <w:p>
      <w:r>
        <w:rPr>
          <w:b/>
          <w:sz w:val="24"/>
        </w:rPr>
        <w:t>Câu 8: Nguyên tử trung hòa có số electron bằng số</w:t>
      </w:r>
    </w:p>
    <w:p>
      <w:pPr>
        <w:pStyle w:val="ListParagraph"/>
      </w:pPr>
      <w:r>
        <w:rPr>
          <w:sz w:val="22"/>
        </w:rPr>
        <w:t>A. proton</w:t>
      </w:r>
    </w:p>
    <w:p>
      <w:pPr>
        <w:pStyle w:val="ListParagraph"/>
      </w:pPr>
      <w:r>
        <w:rPr>
          <w:sz w:val="22"/>
        </w:rPr>
        <w:t>B. neutron</w:t>
      </w:r>
    </w:p>
    <w:p>
      <w:pPr>
        <w:pStyle w:val="ListParagraph"/>
      </w:pPr>
      <w:r>
        <w:rPr>
          <w:sz w:val="22"/>
        </w:rPr>
        <w:t>C. nucleon</w:t>
      </w:r>
    </w:p>
    <w:p>
      <w:pPr>
        <w:pStyle w:val="ListParagraph"/>
      </w:pPr>
      <w:r>
        <w:rPr>
          <w:sz w:val="22"/>
        </w:rPr>
        <w:t>D. đồng vị</w:t>
      </w:r>
    </w:p>
    <w:p/>
    <w:p>
      <w:r>
        <w:rPr>
          <w:b/>
          <w:sz w:val="24"/>
        </w:rPr>
        <w:t>Câu 9: Số hiệu nguyên tử Z bằng số</w:t>
      </w:r>
    </w:p>
    <w:p>
      <w:pPr>
        <w:pStyle w:val="ListParagraph"/>
      </w:pPr>
      <w:r>
        <w:rPr>
          <w:sz w:val="22"/>
        </w:rPr>
        <w:t>A. proton trong hạt nhân</w:t>
      </w:r>
    </w:p>
    <w:p>
      <w:pPr>
        <w:pStyle w:val="ListParagraph"/>
      </w:pPr>
      <w:r>
        <w:rPr>
          <w:sz w:val="22"/>
        </w:rPr>
        <w:t>B. neutron trong hạt nhân</w:t>
      </w:r>
    </w:p>
    <w:p>
      <w:pPr>
        <w:pStyle w:val="ListParagraph"/>
      </w:pPr>
      <w:r>
        <w:rPr>
          <w:sz w:val="22"/>
        </w:rPr>
        <w:t>C. lớp electron</w:t>
      </w:r>
    </w:p>
    <w:p>
      <w:pPr>
        <w:pStyle w:val="ListParagraph"/>
      </w:pPr>
      <w:r>
        <w:rPr>
          <w:sz w:val="22"/>
        </w:rPr>
        <w:t>D. nucleon</w:t>
      </w:r>
    </w:p>
    <w:p/>
    <w:p>
      <w:r>
        <w:rPr>
          <w:b/>
          <w:sz w:val="24"/>
        </w:rPr>
        <w:t>Câu 10: Nguyên tố khí hiếm có lớp electron ngoài cùng bền vững, thường có</w:t>
      </w:r>
    </w:p>
    <w:p>
      <w:pPr>
        <w:pStyle w:val="ListParagraph"/>
      </w:pPr>
      <w:r>
        <w:rPr>
          <w:sz w:val="22"/>
        </w:rPr>
        <w:t>A. 2 electron ở mọi trường hợp</w:t>
      </w:r>
    </w:p>
    <w:p>
      <w:pPr>
        <w:pStyle w:val="ListParagraph"/>
      </w:pPr>
      <w:r>
        <w:rPr>
          <w:sz w:val="22"/>
        </w:rPr>
        <w:t>B. 7 electron</w:t>
      </w:r>
    </w:p>
    <w:p>
      <w:pPr>
        <w:pStyle w:val="ListParagraph"/>
      </w:pPr>
      <w:r>
        <w:rPr>
          <w:sz w:val="22"/>
        </w:rPr>
        <w:t>C. 6 electron</w:t>
      </w:r>
    </w:p>
    <w:p>
      <w:pPr>
        <w:pStyle w:val="ListParagraph"/>
      </w:pPr>
      <w:r>
        <w:rPr>
          <w:sz w:val="22"/>
        </w:rPr>
        <w:t>D. 8 electron (trừ He có 2)</w:t>
      </w:r>
    </w:p>
    <w:p/>
    <w:p>
      <w:r>
        <w:rPr>
          <w:b/>
          <w:sz w:val="24"/>
        </w:rPr>
        <w:t>Câu 11: Quy tắc octet nói chung hướng tới cấu hình bền có</w:t>
      </w:r>
    </w:p>
    <w:p>
      <w:pPr>
        <w:pStyle w:val="ListParagraph"/>
      </w:pPr>
      <w:r>
        <w:rPr>
          <w:sz w:val="22"/>
        </w:rPr>
        <w:t>A. 8 electron lớp ngoài cùng</w:t>
      </w:r>
    </w:p>
    <w:p>
      <w:pPr>
        <w:pStyle w:val="ListParagraph"/>
      </w:pPr>
      <w:r>
        <w:rPr>
          <w:sz w:val="22"/>
        </w:rPr>
        <w:t>B. 8 neutron</w:t>
      </w:r>
    </w:p>
    <w:p>
      <w:pPr>
        <w:pStyle w:val="ListParagraph"/>
      </w:pPr>
      <w:r>
        <w:rPr>
          <w:sz w:val="22"/>
        </w:rPr>
        <w:t>C. 8 proton</w:t>
      </w:r>
    </w:p>
    <w:p>
      <w:pPr>
        <w:pStyle w:val="ListParagraph"/>
      </w:pPr>
      <w:r>
        <w:rPr>
          <w:sz w:val="22"/>
        </w:rPr>
        <w:t>D. 8 lớp electron</w:t>
      </w:r>
    </w:p>
    <w:p/>
    <w:p>
      <w:r>
        <w:rPr>
          <w:b/>
          <w:sz w:val="24"/>
        </w:rPr>
        <w:t>Câu 12: Chất có nhiệt độ sôi thường cao hơn khi có liên kết hydrogen liên phân tử là</w:t>
      </w:r>
    </w:p>
    <w:p>
      <w:pPr>
        <w:pStyle w:val="ListParagraph"/>
      </w:pPr>
      <w:r>
        <w:rPr>
          <w:sz w:val="22"/>
        </w:rPr>
        <w:t>A. H2S</w:t>
      </w:r>
    </w:p>
    <w:p>
      <w:pPr>
        <w:pStyle w:val="ListParagraph"/>
      </w:pPr>
      <w:r>
        <w:rPr>
          <w:sz w:val="22"/>
        </w:rPr>
        <w:t>B. H2Se</w:t>
      </w:r>
    </w:p>
    <w:p>
      <w:pPr>
        <w:pStyle w:val="ListParagraph"/>
      </w:pPr>
      <w:r>
        <w:rPr>
          <w:sz w:val="22"/>
        </w:rPr>
        <w:t>C. H2O</w:t>
      </w:r>
    </w:p>
    <w:p>
      <w:pPr>
        <w:pStyle w:val="ListParagraph"/>
      </w:pPr>
      <w:r>
        <w:rPr>
          <w:sz w:val="22"/>
        </w:rPr>
        <w:t>D. H2Te</w:t>
      </w:r>
    </w:p>
    <w:p/>
    <w:p>
      <w:r>
        <w:rPr>
          <w:b/>
          <w:sz w:val="24"/>
        </w:rPr>
        <w:t>Câu 13: Liên kết trong phân tử H2 là</w:t>
      </w:r>
    </w:p>
    <w:p>
      <w:pPr>
        <w:pStyle w:val="ListParagraph"/>
      </w:pPr>
      <w:r>
        <w:rPr>
          <w:sz w:val="22"/>
        </w:rPr>
        <w:t>A. ion</w:t>
      </w:r>
    </w:p>
    <w:p>
      <w:pPr>
        <w:pStyle w:val="ListParagraph"/>
      </w:pPr>
      <w:r>
        <w:rPr>
          <w:sz w:val="22"/>
        </w:rPr>
        <w:t>B. cộng hóa trị không cực</w:t>
      </w:r>
    </w:p>
    <w:p>
      <w:pPr>
        <w:pStyle w:val="ListParagraph"/>
      </w:pPr>
      <w:r>
        <w:rPr>
          <w:sz w:val="22"/>
        </w:rPr>
        <w:t>C. kim loại</w:t>
      </w:r>
    </w:p>
    <w:p>
      <w:pPr>
        <w:pStyle w:val="ListParagraph"/>
      </w:pPr>
      <w:r>
        <w:rPr>
          <w:sz w:val="22"/>
        </w:rPr>
        <w:t>D. hydrogen</w:t>
      </w:r>
    </w:p>
    <w:p/>
    <w:p>
      <w:r>
        <w:rPr>
          <w:b/>
          <w:sz w:val="24"/>
        </w:rPr>
        <w:t>Câu 14: Lực van der Waals tồn tại</w:t>
      </w:r>
    </w:p>
    <w:p>
      <w:pPr>
        <w:pStyle w:val="ListParagraph"/>
      </w:pPr>
      <w:r>
        <w:rPr>
          <w:sz w:val="22"/>
        </w:rPr>
        <w:t>A. chỉ trong hạt nhân</w:t>
      </w:r>
    </w:p>
    <w:p>
      <w:pPr>
        <w:pStyle w:val="ListParagraph"/>
      </w:pPr>
      <w:r>
        <w:rPr>
          <w:sz w:val="22"/>
        </w:rPr>
        <w:t>B. chỉ trong mạng ion</w:t>
      </w:r>
    </w:p>
    <w:p>
      <w:pPr>
        <w:pStyle w:val="ListParagraph"/>
      </w:pPr>
      <w:r>
        <w:rPr>
          <w:sz w:val="22"/>
        </w:rPr>
        <w:t>C. giữa các phân tử/nguyên tử</w:t>
      </w:r>
    </w:p>
    <w:p>
      <w:pPr>
        <w:pStyle w:val="ListParagraph"/>
      </w:pPr>
      <w:r>
        <w:rPr>
          <w:sz w:val="22"/>
        </w:rPr>
        <w:t>D. chỉ trong kim loại</w:t>
      </w:r>
    </w:p>
    <w:p/>
    <w:p>
      <w:r>
        <w:rPr>
          <w:b/>
          <w:sz w:val="24"/>
        </w:rPr>
        <w:t>Câu 15: Trong tinh thể kim loại, liên kết kim loại được mô tả bằng</w:t>
      </w:r>
    </w:p>
    <w:p>
      <w:pPr>
        <w:pStyle w:val="ListParagraph"/>
      </w:pPr>
      <w:r>
        <w:rPr>
          <w:sz w:val="22"/>
        </w:rPr>
        <w:t>A. anion và cation xen kẽ</w:t>
      </w:r>
    </w:p>
    <w:p>
      <w:pPr>
        <w:pStyle w:val="ListParagraph"/>
      </w:pPr>
      <w:r>
        <w:rPr>
          <w:sz w:val="22"/>
        </w:rPr>
        <w:t>B. phân tử riêng biệt</w:t>
      </w:r>
    </w:p>
    <w:p>
      <w:pPr>
        <w:pStyle w:val="ListParagraph"/>
      </w:pPr>
      <w:r>
        <w:rPr>
          <w:sz w:val="22"/>
        </w:rPr>
        <w:t>C. ion dương ở nút mạng và electron hóa trị delocalized</w:t>
      </w:r>
    </w:p>
    <w:p>
      <w:pPr>
        <w:pStyle w:val="ListParagraph"/>
      </w:pPr>
      <w:r>
        <w:rPr>
          <w:sz w:val="22"/>
        </w:rPr>
        <w:t>D. cặp electron định hướng</w:t>
      </w:r>
    </w:p>
    <w:p/>
    <w:p>
      <w:r>
        <w:rPr>
          <w:b/>
          <w:sz w:val="24"/>
        </w:rPr>
        <w:t>Câu 16: Phân tử CO2 không phân cực vì</w:t>
      </w:r>
    </w:p>
    <w:p>
      <w:pPr>
        <w:pStyle w:val="ListParagraph"/>
      </w:pPr>
      <w:r>
        <w:rPr>
          <w:sz w:val="22"/>
        </w:rPr>
        <w:t>A. phân tử có dạng gấp khúc</w:t>
      </w:r>
    </w:p>
    <w:p>
      <w:pPr>
        <w:pStyle w:val="ListParagraph"/>
      </w:pPr>
      <w:r>
        <w:rPr>
          <w:sz w:val="22"/>
        </w:rPr>
        <w:t>B. các moment liên kết triệt tiêu do cấu trúc thẳng</w:t>
      </w:r>
    </w:p>
    <w:p>
      <w:pPr>
        <w:pStyle w:val="ListParagraph"/>
      </w:pPr>
      <w:r>
        <w:rPr>
          <w:sz w:val="22"/>
        </w:rPr>
        <w:t>C. không có liên kết phân cực</w:t>
      </w:r>
    </w:p>
    <w:p>
      <w:pPr>
        <w:pStyle w:val="ListParagraph"/>
      </w:pPr>
      <w:r>
        <w:rPr>
          <w:sz w:val="22"/>
        </w:rPr>
        <w:t>D. nguyên tử C không có electron</w:t>
      </w:r>
    </w:p>
    <w:p/>
    <w:p>
      <w:r>
        <w:rPr>
          <w:b/>
          <w:sz w:val="24"/>
        </w:rPr>
        <w:t>Câu 17: Liên kết hydrogen thường hình thành khi H liên kết với nguyên tử có độ âm điện lớn như</w:t>
      </w:r>
    </w:p>
    <w:p>
      <w:pPr>
        <w:pStyle w:val="ListParagraph"/>
      </w:pPr>
      <w:r>
        <w:rPr>
          <w:sz w:val="22"/>
        </w:rPr>
        <w:t>A. Na, K, Ca</w:t>
      </w:r>
    </w:p>
    <w:p>
      <w:pPr>
        <w:pStyle w:val="ListParagraph"/>
      </w:pPr>
      <w:r>
        <w:rPr>
          <w:sz w:val="22"/>
        </w:rPr>
        <w:t>B. Fe, Cu, Zn</w:t>
      </w:r>
    </w:p>
    <w:p>
      <w:pPr>
        <w:pStyle w:val="ListParagraph"/>
      </w:pPr>
      <w:r>
        <w:rPr>
          <w:sz w:val="22"/>
        </w:rPr>
        <w:t>C. F, O, N</w:t>
      </w:r>
    </w:p>
    <w:p>
      <w:pPr>
        <w:pStyle w:val="ListParagraph"/>
      </w:pPr>
      <w:r>
        <w:rPr>
          <w:sz w:val="22"/>
        </w:rPr>
        <w:t>D. C, Si, P</w:t>
      </w:r>
    </w:p>
    <w:p/>
    <w:p>
      <w:r>
        <w:rPr>
          <w:b/>
          <w:sz w:val="24"/>
        </w:rPr>
        <w:t>Câu 18: Liên kết cộng hóa trị hình thành khi các nguyên tử</w:t>
      </w:r>
    </w:p>
    <w:p>
      <w:pPr>
        <w:pStyle w:val="ListParagraph"/>
      </w:pPr>
      <w:r>
        <w:rPr>
          <w:sz w:val="22"/>
        </w:rPr>
        <w:t>A. chỉ hút tĩnh điện giữa ion</w:t>
      </w:r>
    </w:p>
    <w:p>
      <w:pPr>
        <w:pStyle w:val="ListParagraph"/>
      </w:pPr>
      <w:r>
        <w:rPr>
          <w:sz w:val="22"/>
        </w:rPr>
        <w:t>B. trao đổi neutron</w:t>
      </w:r>
    </w:p>
    <w:p>
      <w:pPr>
        <w:pStyle w:val="ListParagraph"/>
      </w:pPr>
      <w:r>
        <w:rPr>
          <w:sz w:val="22"/>
        </w:rPr>
        <w:t>C. dùng chung một hay nhiều cặp electron</w:t>
      </w:r>
    </w:p>
    <w:p>
      <w:pPr>
        <w:pStyle w:val="ListParagraph"/>
      </w:pPr>
      <w:r>
        <w:rPr>
          <w:sz w:val="22"/>
        </w:rPr>
        <w:t>D. chuyển proton</w:t>
      </w:r>
    </w:p>
    <w:p/>
    <w:p>
      <w:r>
        <w:rPr>
          <w:b/>
          <w:sz w:val="24"/>
        </w:rPr>
        <w:t>Câu 19: Phân tử H2O có dạng hình học</w:t>
      </w:r>
    </w:p>
    <w:p>
      <w:pPr>
        <w:pStyle w:val="ListParagraph"/>
      </w:pPr>
      <w:r>
        <w:rPr>
          <w:sz w:val="22"/>
        </w:rPr>
        <w:t>A. thẳng</w:t>
      </w:r>
    </w:p>
    <w:p>
      <w:pPr>
        <w:pStyle w:val="ListParagraph"/>
      </w:pPr>
      <w:r>
        <w:rPr>
          <w:sz w:val="22"/>
        </w:rPr>
        <w:t>B. tứ diện đều</w:t>
      </w:r>
    </w:p>
    <w:p>
      <w:pPr>
        <w:pStyle w:val="ListParagraph"/>
      </w:pPr>
      <w:r>
        <w:rPr>
          <w:sz w:val="22"/>
        </w:rPr>
        <w:t>C. tam giác phẳng</w:t>
      </w:r>
    </w:p>
    <w:p>
      <w:pPr>
        <w:pStyle w:val="ListParagraph"/>
      </w:pPr>
      <w:r>
        <w:rPr>
          <w:sz w:val="22"/>
        </w:rPr>
        <w:t>D. gấp khúc</w:t>
      </w:r>
    </w:p>
    <w:p/>
    <w:p>
      <w:r>
        <w:rPr>
          <w:b/>
          <w:sz w:val="24"/>
        </w:rPr>
        <w:t>Câu 20: Liên kết ion hình thành chủ yếu do</w:t>
      </w:r>
    </w:p>
    <w:p>
      <w:pPr>
        <w:pStyle w:val="ListParagraph"/>
      </w:pPr>
      <w:r>
        <w:rPr>
          <w:sz w:val="22"/>
        </w:rPr>
        <w:t>A. dùng chung proton</w:t>
      </w:r>
    </w:p>
    <w:p>
      <w:pPr>
        <w:pStyle w:val="ListParagraph"/>
      </w:pPr>
      <w:r>
        <w:rPr>
          <w:sz w:val="22"/>
        </w:rPr>
        <w:t>B. lực hút tĩnh điện giữa các ion trái dấu</w:t>
      </w:r>
    </w:p>
    <w:p>
      <w:pPr>
        <w:pStyle w:val="ListParagraph"/>
      </w:pPr>
      <w:r>
        <w:rPr>
          <w:sz w:val="22"/>
        </w:rPr>
        <w:t>C. lực hút giữa các phân tử không phân cực</w:t>
      </w:r>
    </w:p>
    <w:p>
      <w:pPr>
        <w:pStyle w:val="ListParagraph"/>
      </w:pPr>
      <w:r>
        <w:rPr>
          <w:sz w:val="22"/>
        </w:rPr>
        <w:t>D. dùng chung electron</w:t>
      </w:r>
    </w:p>
    <w:p/>
    <w:p>
      <w:r>
        <w:rPr>
          <w:b/>
          <w:sz w:val="24"/>
        </w:rPr>
        <w:t>Câu 21: Trong phản ứng 2Mg+O2→2MgO, Mg</w:t>
      </w:r>
    </w:p>
    <w:p>
      <w:pPr>
        <w:pStyle w:val="ListParagraph"/>
      </w:pPr>
      <w:r>
        <w:rPr>
          <w:sz w:val="22"/>
        </w:rPr>
        <w:t>A. bị oxi hóa</w:t>
      </w:r>
    </w:p>
    <w:p>
      <w:pPr>
        <w:pStyle w:val="ListParagraph"/>
      </w:pPr>
      <w:r>
        <w:rPr>
          <w:sz w:val="22"/>
        </w:rPr>
        <w:t>B. là chất oxi hóa</w:t>
      </w:r>
    </w:p>
    <w:p>
      <w:pPr>
        <w:pStyle w:val="ListParagraph"/>
      </w:pPr>
      <w:r>
        <w:rPr>
          <w:sz w:val="22"/>
        </w:rPr>
        <w:t>C. không đổi số oxi hóa</w:t>
      </w:r>
    </w:p>
    <w:p>
      <w:pPr>
        <w:pStyle w:val="ListParagraph"/>
      </w:pPr>
      <w:r>
        <w:rPr>
          <w:sz w:val="22"/>
        </w:rPr>
        <w:t>D. bị khử</w:t>
      </w:r>
    </w:p>
    <w:p/>
    <w:p>
      <w:r>
        <w:rPr>
          <w:b/>
          <w:sz w:val="24"/>
        </w:rPr>
        <w:t>Câu 22: Trong phản ứng Zn+CuSO4→ZnSO4+Cu, chất oxi hóa là</w:t>
      </w:r>
    </w:p>
    <w:p>
      <w:pPr>
        <w:pStyle w:val="ListParagraph"/>
      </w:pPr>
      <w:r>
        <w:rPr>
          <w:sz w:val="22"/>
        </w:rPr>
        <w:t>A. Cu2+</w:t>
      </w:r>
    </w:p>
    <w:p>
      <w:pPr>
        <w:pStyle w:val="ListParagraph"/>
      </w:pPr>
      <w:r>
        <w:rPr>
          <w:sz w:val="22"/>
        </w:rPr>
        <w:t>B. Cu</w:t>
      </w:r>
    </w:p>
    <w:p>
      <w:pPr>
        <w:pStyle w:val="ListParagraph"/>
      </w:pPr>
      <w:r>
        <w:rPr>
          <w:sz w:val="22"/>
        </w:rPr>
        <w:t>C. SO4²−</w:t>
      </w:r>
    </w:p>
    <w:p>
      <w:pPr>
        <w:pStyle w:val="ListParagraph"/>
      </w:pPr>
      <w:r>
        <w:rPr>
          <w:sz w:val="22"/>
        </w:rPr>
        <w:t>D. Zn</w:t>
      </w:r>
    </w:p>
    <w:p/>
    <w:p>
      <w:r>
        <w:rPr>
          <w:b/>
          <w:sz w:val="24"/>
        </w:rPr>
        <w:t>Câu 23: Chất khử là chất</w:t>
      </w:r>
    </w:p>
    <w:p>
      <w:pPr>
        <w:pStyle w:val="ListParagraph"/>
      </w:pPr>
      <w:r>
        <w:rPr>
          <w:sz w:val="22"/>
        </w:rPr>
        <w:t>A. nhận electron và bị khử</w:t>
      </w:r>
    </w:p>
    <w:p>
      <w:pPr>
        <w:pStyle w:val="ListParagraph"/>
      </w:pPr>
      <w:r>
        <w:rPr>
          <w:sz w:val="22"/>
        </w:rPr>
        <w:t>B. không đổi số oxi hóa</w:t>
      </w:r>
    </w:p>
    <w:p>
      <w:pPr>
        <w:pStyle w:val="ListParagraph"/>
      </w:pPr>
      <w:r>
        <w:rPr>
          <w:sz w:val="22"/>
        </w:rPr>
        <w:t>C. nhường electron và bị oxi hóa</w:t>
      </w:r>
    </w:p>
    <w:p>
      <w:pPr>
        <w:pStyle w:val="ListParagraph"/>
      </w:pPr>
      <w:r>
        <w:rPr>
          <w:sz w:val="22"/>
        </w:rPr>
        <w:t>D. luôn chứa oxygen</w:t>
      </w:r>
    </w:p>
    <w:p/>
    <w:p>
      <w:r>
        <w:rPr>
          <w:b/>
          <w:sz w:val="24"/>
        </w:rPr>
        <w:t>Câu 24: Tổng số oxi hóa của các nguyên tử trong ion đơn nguyên tử bằng</w:t>
      </w:r>
    </w:p>
    <w:p>
      <w:pPr>
        <w:pStyle w:val="ListParagraph"/>
      </w:pPr>
      <w:r>
        <w:rPr>
          <w:sz w:val="22"/>
        </w:rPr>
        <w:t>A. số proton</w:t>
      </w:r>
    </w:p>
    <w:p>
      <w:pPr>
        <w:pStyle w:val="ListParagraph"/>
      </w:pPr>
      <w:r>
        <w:rPr>
          <w:sz w:val="22"/>
        </w:rPr>
        <w:t>B. số neutron</w:t>
      </w:r>
    </w:p>
    <w:p>
      <w:pPr>
        <w:pStyle w:val="ListParagraph"/>
      </w:pPr>
      <w:r>
        <w:rPr>
          <w:sz w:val="22"/>
        </w:rPr>
        <w:t>C. điện tích ion</w:t>
      </w:r>
    </w:p>
    <w:p>
      <w:pPr>
        <w:pStyle w:val="ListParagraph"/>
      </w:pPr>
      <w:r>
        <w:rPr>
          <w:sz w:val="22"/>
        </w:rPr>
        <w:t>D. 0</w:t>
      </w:r>
    </w:p>
    <w:p/>
    <w:p>
      <w:r>
        <w:rPr>
          <w:b/>
          <w:sz w:val="24"/>
        </w:rPr>
        <w:t>Câu 25: Số oxi hóa của oxygen trong đa số hợp chất là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−2</w:t>
      </w:r>
    </w:p>
    <w:p>
      <w:pPr>
        <w:pStyle w:val="ListParagraph"/>
      </w:pPr>
      <w:r>
        <w:rPr>
          <w:sz w:val="22"/>
        </w:rPr>
        <w:t>C. −1</w:t>
      </w:r>
    </w:p>
    <w:p>
      <w:pPr>
        <w:pStyle w:val="ListParagraph"/>
      </w:pPr>
      <w:r>
        <w:rPr>
          <w:sz w:val="22"/>
        </w:rPr>
        <w:t>D. +2</w:t>
      </w:r>
    </w:p>
    <w:p/>
    <w:p>
      <w:r>
        <w:rPr>
          <w:b/>
          <w:sz w:val="24"/>
        </w:rPr>
        <w:t>Câu 26: Số electron trao đổi trong bán phản ứng Fe2+→Fe3+ + e là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0</w:t>
      </w:r>
    </w:p>
    <w:p/>
    <w:p>
      <w:r>
        <w:rPr>
          <w:b/>
          <w:sz w:val="24"/>
        </w:rPr>
        <w:t>Câu 27: Quá trình oxi hóa là quá trình</w:t>
      </w:r>
    </w:p>
    <w:p>
      <w:pPr>
        <w:pStyle w:val="ListParagraph"/>
      </w:pPr>
      <w:r>
        <w:rPr>
          <w:sz w:val="22"/>
        </w:rPr>
        <w:t>A. nhường electron</w:t>
      </w:r>
    </w:p>
    <w:p>
      <w:pPr>
        <w:pStyle w:val="ListParagraph"/>
      </w:pPr>
      <w:r>
        <w:rPr>
          <w:sz w:val="22"/>
        </w:rPr>
        <w:t>B. nhận electron</w:t>
      </w:r>
    </w:p>
    <w:p>
      <w:pPr>
        <w:pStyle w:val="ListParagraph"/>
      </w:pPr>
      <w:r>
        <w:rPr>
          <w:sz w:val="22"/>
        </w:rPr>
        <w:t>C. nhận proton</w:t>
      </w:r>
    </w:p>
    <w:p>
      <w:pPr>
        <w:pStyle w:val="ListParagraph"/>
      </w:pPr>
      <w:r>
        <w:rPr>
          <w:sz w:val="22"/>
        </w:rPr>
        <w:t>D. giảm số oxi hóa</w:t>
      </w:r>
    </w:p>
    <w:p/>
    <w:p>
      <w:r>
        <w:rPr>
          <w:b/>
          <w:sz w:val="24"/>
        </w:rPr>
        <w:t>Câu 28: Số oxi hóa của hydrogen trong hydride kim loại thường là</w:t>
      </w:r>
    </w:p>
    <w:p>
      <w:pPr>
        <w:pStyle w:val="ListParagraph"/>
      </w:pPr>
      <w:r>
        <w:rPr>
          <w:sz w:val="22"/>
        </w:rPr>
        <w:t>A. +2</w:t>
      </w:r>
    </w:p>
    <w:p>
      <w:pPr>
        <w:pStyle w:val="ListParagraph"/>
      </w:pPr>
      <w:r>
        <w:rPr>
          <w:sz w:val="22"/>
        </w:rPr>
        <w:t>B. +1</w:t>
      </w:r>
    </w:p>
    <w:p>
      <w:pPr>
        <w:pStyle w:val="ListParagraph"/>
      </w:pPr>
      <w:r>
        <w:rPr>
          <w:sz w:val="22"/>
        </w:rPr>
        <w:t>C. 0</w:t>
      </w:r>
    </w:p>
    <w:p>
      <w:pPr>
        <w:pStyle w:val="ListParagraph"/>
      </w:pPr>
      <w:r>
        <w:rPr>
          <w:sz w:val="22"/>
        </w:rPr>
        <w:t>D. −1</w:t>
      </w:r>
    </w:p>
    <w:p/>
    <w:p>
      <w:r>
        <w:rPr>
          <w:b/>
          <w:sz w:val="24"/>
        </w:rPr>
        <w:t>Câu 29: Một phản ứng tự oxi hóa – tự khử là phản ứng trong đó</w:t>
      </w:r>
    </w:p>
    <w:p>
      <w:pPr>
        <w:pStyle w:val="ListParagraph"/>
      </w:pPr>
      <w:r>
        <w:rPr>
          <w:sz w:val="22"/>
        </w:rPr>
        <w:t>A. chỉ có kết tủa</w:t>
      </w:r>
    </w:p>
    <w:p>
      <w:pPr>
        <w:pStyle w:val="ListParagraph"/>
      </w:pPr>
      <w:r>
        <w:rPr>
          <w:sz w:val="22"/>
        </w:rPr>
        <w:t>B. chỉ có trao đổi ion</w:t>
      </w:r>
    </w:p>
    <w:p>
      <w:pPr>
        <w:pStyle w:val="ListParagraph"/>
      </w:pPr>
      <w:r>
        <w:rPr>
          <w:sz w:val="22"/>
        </w:rPr>
        <w:t>C. một nguyên tố vừa tăng vừa giảm số oxi hóa</w:t>
      </w:r>
    </w:p>
    <w:p>
      <w:pPr>
        <w:pStyle w:val="ListParagraph"/>
      </w:pPr>
      <w:r>
        <w:rPr>
          <w:sz w:val="22"/>
        </w:rPr>
        <w:t>D. mọi nguyên tố giữ nguyên số oxi hóa</w:t>
      </w:r>
    </w:p>
    <w:p/>
    <w:p>
      <w:r>
        <w:rPr>
          <w:b/>
          <w:sz w:val="24"/>
        </w:rPr>
        <w:t>Câu 30: Trong môi trường axit, khi cân bằng phản ứng oxi hóa – khử thường dùng</w:t>
      </w:r>
    </w:p>
    <w:p>
      <w:pPr>
        <w:pStyle w:val="ListParagraph"/>
      </w:pPr>
      <w:r>
        <w:rPr>
          <w:sz w:val="22"/>
        </w:rPr>
        <w:t>A. Na+ và Cl−</w:t>
      </w:r>
    </w:p>
    <w:p>
      <w:pPr>
        <w:pStyle w:val="ListParagraph"/>
      </w:pPr>
      <w:r>
        <w:rPr>
          <w:sz w:val="22"/>
        </w:rPr>
        <w:t>B. H+ và H2O</w:t>
      </w:r>
    </w:p>
    <w:p>
      <w:pPr>
        <w:pStyle w:val="ListParagraph"/>
      </w:pPr>
      <w:r>
        <w:rPr>
          <w:sz w:val="22"/>
        </w:rPr>
        <w:t>C. chỉ electron</w:t>
      </w:r>
    </w:p>
    <w:p>
      <w:pPr>
        <w:pStyle w:val="ListParagraph"/>
      </w:pPr>
      <w:r>
        <w:rPr>
          <w:sz w:val="22"/>
        </w:rPr>
        <w:t>D. OH− בלבד</w:t>
      </w:r>
    </w:p>
    <w:p/>
    <w:p>
      <w:r>
        <w:rPr>
          <w:b/>
          <w:sz w:val="24"/>
        </w:rPr>
        <w:t>Câu 31: Phản ứng tỏa nhiệt có</w:t>
      </w:r>
    </w:p>
    <w:p>
      <w:pPr>
        <w:pStyle w:val="ListParagraph"/>
      </w:pPr>
      <w:r>
        <w:rPr>
          <w:sz w:val="22"/>
        </w:rPr>
        <w:t>A. ΔH&gt;0</w:t>
      </w:r>
    </w:p>
    <w:p>
      <w:pPr>
        <w:pStyle w:val="ListParagraph"/>
      </w:pPr>
      <w:r>
        <w:rPr>
          <w:sz w:val="22"/>
        </w:rPr>
        <w:t>B. ΔH&lt;0</w:t>
      </w:r>
    </w:p>
    <w:p>
      <w:pPr>
        <w:pStyle w:val="ListParagraph"/>
      </w:pPr>
      <w:r>
        <w:rPr>
          <w:sz w:val="22"/>
        </w:rPr>
        <w:t>C. ΔH=0</w:t>
      </w:r>
    </w:p>
    <w:p>
      <w:pPr>
        <w:pStyle w:val="ListParagraph"/>
      </w:pPr>
      <w:r>
        <w:rPr>
          <w:sz w:val="22"/>
        </w:rPr>
        <w:t>D. Kc=0</w:t>
      </w:r>
    </w:p>
    <w:p/>
    <w:p>
      <w:r>
        <w:rPr>
          <w:b/>
          <w:sz w:val="24"/>
        </w:rPr>
        <w:t>Câu 32: Với phản ứng tỏa nhiệt, tăng nhiệt độ làm cân bằng chuyển dịch theo chiều</w:t>
      </w:r>
    </w:p>
    <w:p>
      <w:pPr>
        <w:pStyle w:val="ListParagraph"/>
      </w:pPr>
      <w:r>
        <w:rPr>
          <w:sz w:val="22"/>
        </w:rPr>
        <w:t>A. không đổi</w:t>
      </w:r>
    </w:p>
    <w:p>
      <w:pPr>
        <w:pStyle w:val="ListParagraph"/>
      </w:pPr>
      <w:r>
        <w:rPr>
          <w:sz w:val="22"/>
        </w:rPr>
        <w:t>B. thuận</w:t>
      </w:r>
    </w:p>
    <w:p>
      <w:pPr>
        <w:pStyle w:val="ListParagraph"/>
      </w:pPr>
      <w:r>
        <w:rPr>
          <w:sz w:val="22"/>
        </w:rPr>
        <w:t>C. tạo nhiều khí hơn luôn luôn</w:t>
      </w:r>
    </w:p>
    <w:p>
      <w:pPr>
        <w:pStyle w:val="ListParagraph"/>
      </w:pPr>
      <w:r>
        <w:rPr>
          <w:sz w:val="22"/>
        </w:rPr>
        <w:t>D. nghịch</w:t>
      </w:r>
    </w:p>
    <w:p/>
    <w:p>
      <w:r>
        <w:rPr>
          <w:b/>
          <w:sz w:val="24"/>
        </w:rPr>
        <w:t>Câu 33: Chất xúc tác làm thay đổi</w:t>
      </w:r>
    </w:p>
    <w:p>
      <w:pPr>
        <w:pStyle w:val="ListParagraph"/>
      </w:pPr>
      <w:r>
        <w:rPr>
          <w:sz w:val="22"/>
        </w:rPr>
        <w:t>A. nhiệt tạo thành chuẩn</w:t>
      </w:r>
    </w:p>
    <w:p>
      <w:pPr>
        <w:pStyle w:val="ListParagraph"/>
      </w:pPr>
      <w:r>
        <w:rPr>
          <w:sz w:val="22"/>
        </w:rPr>
        <w:t>B. tốc độ phản ứng, không làm đổi hằng số cân bằng</w:t>
      </w:r>
    </w:p>
    <w:p>
      <w:pPr>
        <w:pStyle w:val="ListParagraph"/>
      </w:pPr>
      <w:r>
        <w:rPr>
          <w:sz w:val="22"/>
        </w:rPr>
        <w:t>C. ΔH của phản ứng</w:t>
      </w:r>
    </w:p>
    <w:p>
      <w:pPr>
        <w:pStyle w:val="ListParagraph"/>
      </w:pPr>
      <w:r>
        <w:rPr>
          <w:sz w:val="22"/>
        </w:rPr>
        <w:t>D. vị trí cân bằng cuối cùng</w:t>
      </w:r>
    </w:p>
    <w:p/>
    <w:p>
      <w:r>
        <w:rPr>
          <w:b/>
          <w:sz w:val="24"/>
        </w:rPr>
        <w:t>Câu 34: Ở trạng thái cân bằng hóa học</w:t>
      </w:r>
    </w:p>
    <w:p>
      <w:pPr>
        <w:pStyle w:val="ListParagraph"/>
      </w:pPr>
      <w:r>
        <w:rPr>
          <w:sz w:val="22"/>
        </w:rPr>
        <w:t>A. nồng độ các chất bằng nhau</w:t>
      </w:r>
    </w:p>
    <w:p>
      <w:pPr>
        <w:pStyle w:val="ListParagraph"/>
      </w:pPr>
      <w:r>
        <w:rPr>
          <w:sz w:val="22"/>
        </w:rPr>
        <w:t>B. phản ứng dừng hẳn</w:t>
      </w:r>
    </w:p>
    <w:p>
      <w:pPr>
        <w:pStyle w:val="ListParagraph"/>
      </w:pPr>
      <w:r>
        <w:rPr>
          <w:sz w:val="22"/>
        </w:rPr>
        <w:t>C. tốc độ thuận bằng tốc độ nghịch</w:t>
      </w:r>
    </w:p>
    <w:p>
      <w:pPr>
        <w:pStyle w:val="ListParagraph"/>
      </w:pPr>
      <w:r>
        <w:rPr>
          <w:sz w:val="22"/>
        </w:rPr>
        <w:t>D. Kc luôn bằng 1</w:t>
      </w:r>
    </w:p>
    <w:p/>
    <w:p>
      <w:r>
        <w:rPr>
          <w:b/>
          <w:sz w:val="24"/>
        </w:rPr>
        <w:t>Câu 35: Khi tăng nhiệt độ, tốc độ của đa số phản ứng tăng vì</w:t>
      </w:r>
    </w:p>
    <w:p>
      <w:pPr>
        <w:pStyle w:val="ListParagraph"/>
      </w:pPr>
      <w:r>
        <w:rPr>
          <w:sz w:val="22"/>
        </w:rPr>
        <w:t>A. giảm số va chạm</w:t>
      </w:r>
    </w:p>
    <w:p>
      <w:pPr>
        <w:pStyle w:val="ListParagraph"/>
      </w:pPr>
      <w:r>
        <w:rPr>
          <w:sz w:val="22"/>
        </w:rPr>
        <w:t>B. giảm nồng độ</w:t>
      </w:r>
    </w:p>
    <w:p>
      <w:pPr>
        <w:pStyle w:val="ListParagraph"/>
      </w:pPr>
      <w:r>
        <w:rPr>
          <w:sz w:val="22"/>
        </w:rPr>
        <w:t>C. tăng phần phân tử có năng lượng đủ lớn để phản ứng</w:t>
      </w:r>
    </w:p>
    <w:p>
      <w:pPr>
        <w:pStyle w:val="ListParagraph"/>
      </w:pPr>
      <w:r>
        <w:rPr>
          <w:sz w:val="22"/>
        </w:rPr>
        <w:t>D. giảm năng lượng hoạt hóa</w:t>
      </w:r>
    </w:p>
    <w:p/>
    <w:p>
      <w:r>
        <w:rPr>
          <w:b/>
          <w:sz w:val="24"/>
        </w:rPr>
        <w:t>Câu 36: Tăng nồng độ chất phản ứng thường làm tốc độ phản ứng</w:t>
      </w:r>
    </w:p>
    <w:p>
      <w:pPr>
        <w:pStyle w:val="ListParagraph"/>
      </w:pPr>
      <w:r>
        <w:rPr>
          <w:sz w:val="22"/>
        </w:rPr>
        <w:t>A. không đổi trong mọi trường hợp</w:t>
      </w:r>
    </w:p>
    <w:p>
      <w:pPr>
        <w:pStyle w:val="ListParagraph"/>
      </w:pPr>
      <w:r>
        <w:rPr>
          <w:sz w:val="22"/>
        </w:rPr>
        <w:t>B. giảm</w:t>
      </w:r>
    </w:p>
    <w:p>
      <w:pPr>
        <w:pStyle w:val="ListParagraph"/>
      </w:pPr>
      <w:r>
        <w:rPr>
          <w:sz w:val="22"/>
        </w:rPr>
        <w:t>C. tăng</w:t>
      </w:r>
    </w:p>
    <w:p>
      <w:pPr>
        <w:pStyle w:val="ListParagraph"/>
      </w:pPr>
      <w:r>
        <w:rPr>
          <w:sz w:val="22"/>
        </w:rPr>
        <w:t>D. bằng 0</w:t>
      </w:r>
    </w:p>
    <w:p/>
    <w:p>
      <w:r>
        <w:rPr>
          <w:b/>
          <w:sz w:val="24"/>
        </w:rPr>
        <w:t>Câu 37: Enthalpy tạo thành chuẩn của đơn chất bền ở trạng thái chuẩn bằng</w:t>
      </w:r>
    </w:p>
    <w:p>
      <w:pPr>
        <w:pStyle w:val="ListParagraph"/>
      </w:pPr>
      <w:r>
        <w:rPr>
          <w:sz w:val="22"/>
        </w:rPr>
        <w:t>A. không xác định</w:t>
      </w:r>
    </w:p>
    <w:p>
      <w:pPr>
        <w:pStyle w:val="ListParagraph"/>
      </w:pPr>
      <w:r>
        <w:rPr>
          <w:sz w:val="22"/>
        </w:rPr>
        <w:t>B. 0</w:t>
      </w:r>
    </w:p>
    <w:p>
      <w:pPr>
        <w:pStyle w:val="ListParagraph"/>
      </w:pPr>
      <w:r>
        <w:rPr>
          <w:sz w:val="22"/>
        </w:rPr>
        <w:t>C. 1</w:t>
      </w:r>
    </w:p>
    <w:p>
      <w:pPr>
        <w:pStyle w:val="ListParagraph"/>
      </w:pPr>
      <w:r>
        <w:rPr>
          <w:sz w:val="22"/>
        </w:rPr>
        <w:t>D. −1</w:t>
      </w:r>
    </w:p>
    <w:p/>
    <w:p>
      <w:r>
        <w:rPr>
          <w:b/>
          <w:sz w:val="24"/>
        </w:rPr>
        <w:t>Câu 38: Tăng áp suất với cân bằng khí làm cân bằng chuyển dịch về phía</w:t>
      </w:r>
    </w:p>
    <w:p>
      <w:pPr>
        <w:pStyle w:val="ListParagraph"/>
      </w:pPr>
      <w:r>
        <w:rPr>
          <w:sz w:val="22"/>
        </w:rPr>
        <w:t>A. có ΔH âm</w:t>
      </w:r>
    </w:p>
    <w:p>
      <w:pPr>
        <w:pStyle w:val="ListParagraph"/>
      </w:pPr>
      <w:r>
        <w:rPr>
          <w:sz w:val="22"/>
        </w:rPr>
        <w:t>B. có chất rắn</w:t>
      </w:r>
    </w:p>
    <w:p>
      <w:pPr>
        <w:pStyle w:val="ListParagraph"/>
      </w:pPr>
      <w:r>
        <w:rPr>
          <w:sz w:val="22"/>
        </w:rPr>
        <w:t>C. có số mol khí ít hơn</w:t>
      </w:r>
    </w:p>
    <w:p>
      <w:pPr>
        <w:pStyle w:val="ListParagraph"/>
      </w:pPr>
      <w:r>
        <w:rPr>
          <w:sz w:val="22"/>
        </w:rPr>
        <w:t>D. có số mol khí nhiều hơn</w:t>
      </w:r>
    </w:p>
    <w:p/>
    <w:p>
      <w:r>
        <w:rPr>
          <w:b/>
          <w:sz w:val="24"/>
        </w:rPr>
        <w:t>Câu 39: Nếu Qc&lt;Kc, phản ứng diễn biến theo chiều</w:t>
      </w:r>
    </w:p>
    <w:p>
      <w:pPr>
        <w:pStyle w:val="ListParagraph"/>
      </w:pPr>
      <w:r>
        <w:rPr>
          <w:sz w:val="22"/>
        </w:rPr>
        <w:t>A. đạt cân bằng ngay</w:t>
      </w:r>
    </w:p>
    <w:p>
      <w:pPr>
        <w:pStyle w:val="ListParagraph"/>
      </w:pPr>
      <w:r>
        <w:rPr>
          <w:sz w:val="22"/>
        </w:rPr>
        <w:t>B. nghịch</w:t>
      </w:r>
    </w:p>
    <w:p>
      <w:pPr>
        <w:pStyle w:val="ListParagraph"/>
      </w:pPr>
      <w:r>
        <w:rPr>
          <w:sz w:val="22"/>
        </w:rPr>
        <w:t>C. không thể dự đoán</w:t>
      </w:r>
    </w:p>
    <w:p>
      <w:pPr>
        <w:pStyle w:val="ListParagraph"/>
      </w:pPr>
      <w:r>
        <w:rPr>
          <w:sz w:val="22"/>
        </w:rPr>
        <w:t>D. thuận</w:t>
      </w:r>
    </w:p>
    <w:p/>
    <w:p>
      <w:r>
        <w:rPr>
          <w:b/>
          <w:sz w:val="24"/>
        </w:rPr>
        <w:t>Câu 40: Hằng số cân bằng Kc chỉ phụ thuộc vào</w:t>
      </w:r>
    </w:p>
    <w:p>
      <w:pPr>
        <w:pStyle w:val="ListParagraph"/>
      </w:pPr>
      <w:r>
        <w:rPr>
          <w:sz w:val="22"/>
        </w:rPr>
        <w:t>A. nồng độ ban đầu</w:t>
      </w:r>
    </w:p>
    <w:p>
      <w:pPr>
        <w:pStyle w:val="ListParagraph"/>
      </w:pPr>
      <w:r>
        <w:rPr>
          <w:sz w:val="22"/>
        </w:rPr>
        <w:t>B. chất xúc tác</w:t>
      </w:r>
    </w:p>
    <w:p>
      <w:pPr>
        <w:pStyle w:val="ListParagraph"/>
      </w:pPr>
      <w:r>
        <w:rPr>
          <w:sz w:val="22"/>
        </w:rPr>
        <w:t>C. nhiệt độ</w:t>
      </w:r>
    </w:p>
    <w:p>
      <w:pPr>
        <w:pStyle w:val="ListParagraph"/>
      </w:pPr>
      <w:r>
        <w:rPr>
          <w:sz w:val="22"/>
        </w:rPr>
        <w:t>D. áp suất</w:t>
      </w:r>
    </w:p>
    <w:p/>
    <w:p>
      <w:r>
        <w:rPr>
          <w:b/>
          <w:sz w:val="24"/>
        </w:rPr>
        <w:t>Câu 41: H2SO4 đặc, nóng có thể thể hiện tính</w:t>
      </w:r>
    </w:p>
    <w:p>
      <w:pPr>
        <w:pStyle w:val="ListParagraph"/>
      </w:pPr>
      <w:r>
        <w:rPr>
          <w:sz w:val="22"/>
        </w:rPr>
        <w:t>A. oxi hóa mạnh</w:t>
      </w:r>
    </w:p>
    <w:p>
      <w:pPr>
        <w:pStyle w:val="ListParagraph"/>
      </w:pPr>
      <w:r>
        <w:rPr>
          <w:sz w:val="22"/>
        </w:rPr>
        <w:t>B. chỉ là axit yếu</w:t>
      </w:r>
    </w:p>
    <w:p>
      <w:pPr>
        <w:pStyle w:val="ListParagraph"/>
      </w:pPr>
      <w:r>
        <w:rPr>
          <w:sz w:val="22"/>
        </w:rPr>
        <w:t>C. bazơ</w:t>
      </w:r>
    </w:p>
    <w:p>
      <w:pPr>
        <w:pStyle w:val="ListParagraph"/>
      </w:pPr>
      <w:r>
        <w:rPr>
          <w:sz w:val="22"/>
        </w:rPr>
        <w:t>D. khử mạnh duy nhất</w:t>
      </w:r>
    </w:p>
    <w:p/>
    <w:p>
      <w:r>
        <w:rPr>
          <w:b/>
          <w:sz w:val="24"/>
        </w:rPr>
        <w:t>Câu 42: Ion halide có thể nhận biết bằng AgNO3 tạo kết tủa đặc trưng; AgCl có màu</w:t>
      </w:r>
    </w:p>
    <w:p>
      <w:pPr>
        <w:pStyle w:val="ListParagraph"/>
      </w:pPr>
      <w:r>
        <w:rPr>
          <w:sz w:val="22"/>
        </w:rPr>
        <w:t>A. vàng</w:t>
      </w:r>
    </w:p>
    <w:p>
      <w:pPr>
        <w:pStyle w:val="ListParagraph"/>
      </w:pPr>
      <w:r>
        <w:rPr>
          <w:sz w:val="22"/>
        </w:rPr>
        <w:t>B. đỏ</w:t>
      </w:r>
    </w:p>
    <w:p>
      <w:pPr>
        <w:pStyle w:val="ListParagraph"/>
      </w:pPr>
      <w:r>
        <w:rPr>
          <w:sz w:val="22"/>
        </w:rPr>
        <w:t>C. đen</w:t>
      </w:r>
    </w:p>
    <w:p>
      <w:pPr>
        <w:pStyle w:val="ListParagraph"/>
      </w:pPr>
      <w:r>
        <w:rPr>
          <w:sz w:val="22"/>
        </w:rPr>
        <w:t>D. trắng</w:t>
      </w:r>
    </w:p>
    <w:p/>
    <w:p>
      <w:r>
        <w:rPr>
          <w:b/>
          <w:sz w:val="24"/>
        </w:rPr>
        <w:t>Câu 43: Khí gây mưa acid phổ biến có nguồn gốc từ đốt nhiên liệu chứa sulfur là</w:t>
      </w:r>
    </w:p>
    <w:p>
      <w:pPr>
        <w:pStyle w:val="ListParagraph"/>
      </w:pPr>
      <w:r>
        <w:rPr>
          <w:sz w:val="22"/>
        </w:rPr>
        <w:t>A. H2</w:t>
      </w:r>
    </w:p>
    <w:p>
      <w:pPr>
        <w:pStyle w:val="ListParagraph"/>
      </w:pPr>
      <w:r>
        <w:rPr>
          <w:sz w:val="22"/>
        </w:rPr>
        <w:t>B. SO2</w:t>
      </w:r>
    </w:p>
    <w:p>
      <w:pPr>
        <w:pStyle w:val="ListParagraph"/>
      </w:pPr>
      <w:r>
        <w:rPr>
          <w:sz w:val="22"/>
        </w:rPr>
        <w:t>C. N2</w:t>
      </w:r>
    </w:p>
    <w:p>
      <w:pPr>
        <w:pStyle w:val="ListParagraph"/>
      </w:pPr>
      <w:r>
        <w:rPr>
          <w:sz w:val="22"/>
        </w:rPr>
        <w:t>D. O2</w:t>
      </w:r>
    </w:p>
    <w:p/>
    <w:p>
      <w:r>
        <w:rPr>
          <w:b/>
          <w:sz w:val="24"/>
        </w:rPr>
        <w:t>Câu 44: Phân tử nitrogen N2 khá trơ ở điều kiện thường do</w:t>
      </w:r>
    </w:p>
    <w:p>
      <w:pPr>
        <w:pStyle w:val="ListParagraph"/>
      </w:pPr>
      <w:r>
        <w:rPr>
          <w:sz w:val="22"/>
        </w:rPr>
        <w:t>A. liên kết ion</w:t>
      </w:r>
    </w:p>
    <w:p>
      <w:pPr>
        <w:pStyle w:val="ListParagraph"/>
      </w:pPr>
      <w:r>
        <w:rPr>
          <w:sz w:val="22"/>
        </w:rPr>
        <w:t>B. liên kết ba rất bền</w:t>
      </w:r>
    </w:p>
    <w:p>
      <w:pPr>
        <w:pStyle w:val="ListParagraph"/>
      </w:pPr>
      <w:r>
        <w:rPr>
          <w:sz w:val="22"/>
        </w:rPr>
        <w:t>C. phân tử phân cực mạnh</w:t>
      </w:r>
    </w:p>
    <w:p>
      <w:pPr>
        <w:pStyle w:val="ListParagraph"/>
      </w:pPr>
      <w:r>
        <w:rPr>
          <w:sz w:val="22"/>
        </w:rPr>
        <w:t>D. N có số oxi hóa +5</w:t>
      </w:r>
    </w:p>
    <w:p/>
    <w:p>
      <w:r>
        <w:rPr>
          <w:b/>
          <w:sz w:val="24"/>
        </w:rPr>
        <w:t>Câu 45: Dung dịch NH3 có môi trường</w:t>
      </w:r>
    </w:p>
    <w:p>
      <w:pPr>
        <w:pStyle w:val="ListParagraph"/>
      </w:pPr>
      <w:r>
        <w:rPr>
          <w:sz w:val="22"/>
        </w:rPr>
        <w:t>A. trung tính tuyệt đối</w:t>
      </w:r>
    </w:p>
    <w:p>
      <w:pPr>
        <w:pStyle w:val="ListParagraph"/>
      </w:pPr>
      <w:r>
        <w:rPr>
          <w:sz w:val="22"/>
        </w:rPr>
        <w:t>B. oxi hóa mạnh</w:t>
      </w:r>
    </w:p>
    <w:p>
      <w:pPr>
        <w:pStyle w:val="ListParagraph"/>
      </w:pPr>
      <w:r>
        <w:rPr>
          <w:sz w:val="22"/>
        </w:rPr>
        <w:t>C. axit mạnh</w:t>
      </w:r>
    </w:p>
    <w:p>
      <w:pPr>
        <w:pStyle w:val="ListParagraph"/>
      </w:pPr>
      <w:r>
        <w:rPr>
          <w:sz w:val="22"/>
        </w:rPr>
        <w:t>D. bazơ yếu</w:t>
      </w:r>
    </w:p>
    <w:p/>
    <w:p>
      <w:r>
        <w:rPr>
          <w:b/>
          <w:sz w:val="24"/>
        </w:rPr>
        <w:t>Câu 46: Cl2 tác dụng với nước tạo hỗn hợp có tính tẩy màu do</w:t>
      </w:r>
    </w:p>
    <w:p>
      <w:pPr>
        <w:pStyle w:val="ListParagraph"/>
      </w:pPr>
      <w:r>
        <w:rPr>
          <w:sz w:val="22"/>
        </w:rPr>
        <w:t>A. HCl בלבד</w:t>
      </w:r>
    </w:p>
    <w:p>
      <w:pPr>
        <w:pStyle w:val="ListParagraph"/>
      </w:pPr>
      <w:r>
        <w:rPr>
          <w:sz w:val="22"/>
        </w:rPr>
        <w:t>B. NaCl</w:t>
      </w:r>
    </w:p>
    <w:p>
      <w:pPr>
        <w:pStyle w:val="ListParagraph"/>
      </w:pPr>
      <w:r>
        <w:rPr>
          <w:sz w:val="22"/>
        </w:rPr>
        <w:t>C. H2</w:t>
      </w:r>
    </w:p>
    <w:p>
      <w:pPr>
        <w:pStyle w:val="ListParagraph"/>
      </w:pPr>
      <w:r>
        <w:rPr>
          <w:sz w:val="22"/>
        </w:rPr>
        <w:t>D. HClO</w:t>
      </w:r>
    </w:p>
    <w:p/>
    <w:p>
      <w:r>
        <w:rPr>
          <w:b/>
          <w:sz w:val="24"/>
        </w:rPr>
        <w:t>Câu 47: Muối ammonium tác dụng với kiềm mạnh khi đun nóng thường giải phóng</w:t>
      </w:r>
    </w:p>
    <w:p>
      <w:pPr>
        <w:pStyle w:val="ListParagraph"/>
      </w:pPr>
      <w:r>
        <w:rPr>
          <w:sz w:val="22"/>
        </w:rPr>
        <w:t>A. NO2</w:t>
      </w:r>
    </w:p>
    <w:p>
      <w:pPr>
        <w:pStyle w:val="ListParagraph"/>
      </w:pPr>
      <w:r>
        <w:rPr>
          <w:sz w:val="22"/>
        </w:rPr>
        <w:t>B. N2</w:t>
      </w:r>
    </w:p>
    <w:p>
      <w:pPr>
        <w:pStyle w:val="ListParagraph"/>
      </w:pPr>
      <w:r>
        <w:rPr>
          <w:sz w:val="22"/>
        </w:rPr>
        <w:t>C. NH3</w:t>
      </w:r>
    </w:p>
    <w:p>
      <w:pPr>
        <w:pStyle w:val="ListParagraph"/>
      </w:pPr>
      <w:r>
        <w:rPr>
          <w:sz w:val="22"/>
        </w:rPr>
        <w:t>D. H2S</w:t>
      </w:r>
    </w:p>
    <w:p/>
    <w:p>
      <w:r>
        <w:rPr>
          <w:b/>
          <w:sz w:val="24"/>
        </w:rPr>
        <w:t>Câu 48: HNO3 đặc, nóng thường thể hiện tính</w:t>
      </w:r>
    </w:p>
    <w:p>
      <w:pPr>
        <w:pStyle w:val="ListParagraph"/>
      </w:pPr>
      <w:r>
        <w:rPr>
          <w:sz w:val="22"/>
        </w:rPr>
        <w:t>A. oxi hóa mạnh</w:t>
      </w:r>
    </w:p>
    <w:p>
      <w:pPr>
        <w:pStyle w:val="ListParagraph"/>
      </w:pPr>
      <w:r>
        <w:rPr>
          <w:sz w:val="22"/>
        </w:rPr>
        <w:t>B. khử mạnh</w:t>
      </w:r>
    </w:p>
    <w:p>
      <w:pPr>
        <w:pStyle w:val="ListParagraph"/>
      </w:pPr>
      <w:r>
        <w:rPr>
          <w:sz w:val="22"/>
        </w:rPr>
        <w:t>C. trơ</w:t>
      </w:r>
    </w:p>
    <w:p>
      <w:pPr>
        <w:pStyle w:val="ListParagraph"/>
      </w:pPr>
      <w:r>
        <w:rPr>
          <w:sz w:val="22"/>
        </w:rPr>
        <w:t>D. bazơ mạnh</w:t>
      </w:r>
    </w:p>
    <w:p/>
    <w:p>
      <w:r>
        <w:rPr>
          <w:b/>
          <w:sz w:val="24"/>
        </w:rPr>
        <w:t>Câu 49: Trong NH3, nitrogen có số oxi hóa</w:t>
      </w:r>
    </w:p>
    <w:p>
      <w:pPr>
        <w:pStyle w:val="ListParagraph"/>
      </w:pPr>
      <w:r>
        <w:rPr>
          <w:sz w:val="22"/>
        </w:rPr>
        <w:t>A. +3</w:t>
      </w:r>
    </w:p>
    <w:p>
      <w:pPr>
        <w:pStyle w:val="ListParagraph"/>
      </w:pPr>
      <w:r>
        <w:rPr>
          <w:sz w:val="22"/>
        </w:rPr>
        <w:t>B. −3</w:t>
      </w:r>
    </w:p>
    <w:p>
      <w:pPr>
        <w:pStyle w:val="ListParagraph"/>
      </w:pPr>
      <w:r>
        <w:rPr>
          <w:sz w:val="22"/>
        </w:rPr>
        <w:t>C. 0</w:t>
      </w:r>
    </w:p>
    <w:p>
      <w:pPr>
        <w:pStyle w:val="ListParagraph"/>
      </w:pPr>
      <w:r>
        <w:rPr>
          <w:sz w:val="22"/>
        </w:rPr>
        <w:t>D. +5</w:t>
      </w:r>
    </w:p>
    <w:p/>
    <w:p>
      <w:r>
        <w:rPr>
          <w:b/>
          <w:sz w:val="24"/>
        </w:rPr>
        <w:t>Câu 50: Halogen có tính oxi hóa mạnh nhất trong nhóm là</w:t>
      </w:r>
    </w:p>
    <w:p>
      <w:pPr>
        <w:pStyle w:val="ListParagraph"/>
      </w:pPr>
      <w:r>
        <w:rPr>
          <w:sz w:val="22"/>
        </w:rPr>
        <w:t>A. F2</w:t>
      </w:r>
    </w:p>
    <w:p>
      <w:pPr>
        <w:pStyle w:val="ListParagraph"/>
      </w:pPr>
      <w:r>
        <w:rPr>
          <w:sz w:val="22"/>
        </w:rPr>
        <w:t>B. Cl2</w:t>
      </w:r>
    </w:p>
    <w:p>
      <w:pPr>
        <w:pStyle w:val="ListParagraph"/>
      </w:pPr>
      <w:r>
        <w:rPr>
          <w:sz w:val="22"/>
        </w:rPr>
        <w:t>C. I2</w:t>
      </w:r>
    </w:p>
    <w:p>
      <w:pPr>
        <w:pStyle w:val="ListParagraph"/>
      </w:pPr>
      <w:r>
        <w:rPr>
          <w:sz w:val="22"/>
        </w:rPr>
        <w:t>D. Br2</w:t>
      </w:r>
    </w:p>
    <w:p/>
    <w:p>
      <w:r>
        <w:rPr>
          <w:b/>
          <w:sz w:val="24"/>
        </w:rPr>
        <w:t>Câu 51: Công thức phân tử cho biết</w:t>
      </w:r>
    </w:p>
    <w:p>
      <w:pPr>
        <w:pStyle w:val="ListParagraph"/>
      </w:pPr>
      <w:r>
        <w:rPr>
          <w:sz w:val="22"/>
        </w:rPr>
        <w:t>A. thứ tự liên kết giữa nguyên tử</w:t>
      </w:r>
    </w:p>
    <w:p>
      <w:pPr>
        <w:pStyle w:val="ListParagraph"/>
      </w:pPr>
      <w:r>
        <w:rPr>
          <w:sz w:val="22"/>
        </w:rPr>
        <w:t>B. cơ chế phản ứng</w:t>
      </w:r>
    </w:p>
    <w:p>
      <w:pPr>
        <w:pStyle w:val="ListParagraph"/>
      </w:pPr>
      <w:r>
        <w:rPr>
          <w:sz w:val="22"/>
        </w:rPr>
        <w:t>C. số nguyên tử mỗi nguyên tố trong phân tử</w:t>
      </w:r>
    </w:p>
    <w:p>
      <w:pPr>
        <w:pStyle w:val="ListParagraph"/>
      </w:pPr>
      <w:r>
        <w:rPr>
          <w:sz w:val="22"/>
        </w:rPr>
        <w:t>D. hình dạng phân tử</w:t>
      </w:r>
    </w:p>
    <w:p/>
    <w:p>
      <w:r>
        <w:rPr>
          <w:b/>
          <w:sz w:val="24"/>
        </w:rPr>
        <w:t>Câu 52: Nguyên tố bắt buộc có trong hợp chất hữu cơ theo định nghĩa phổ thông là</w:t>
      </w:r>
    </w:p>
    <w:p>
      <w:pPr>
        <w:pStyle w:val="ListParagraph"/>
      </w:pPr>
      <w:r>
        <w:rPr>
          <w:sz w:val="22"/>
        </w:rPr>
        <w:t>A. sulfur</w:t>
      </w:r>
    </w:p>
    <w:p>
      <w:pPr>
        <w:pStyle w:val="ListParagraph"/>
      </w:pPr>
      <w:r>
        <w:rPr>
          <w:sz w:val="22"/>
        </w:rPr>
        <w:t>B. carbon</w:t>
      </w:r>
    </w:p>
    <w:p>
      <w:pPr>
        <w:pStyle w:val="ListParagraph"/>
      </w:pPr>
      <w:r>
        <w:rPr>
          <w:sz w:val="22"/>
        </w:rPr>
        <w:t>C. nitrogen</w:t>
      </w:r>
    </w:p>
    <w:p>
      <w:pPr>
        <w:pStyle w:val="ListParagraph"/>
      </w:pPr>
      <w:r>
        <w:rPr>
          <w:sz w:val="22"/>
        </w:rPr>
        <w:t>D. oxygen</w:t>
      </w:r>
    </w:p>
    <w:p/>
    <w:p>
      <w:r>
        <w:rPr>
          <w:b/>
          <w:sz w:val="24"/>
        </w:rPr>
        <w:t>Câu 53: Alkane mạch hở có công thức chung</w:t>
      </w:r>
    </w:p>
    <w:p>
      <w:pPr>
        <w:pStyle w:val="ListParagraph"/>
      </w:pPr>
      <w:r>
        <w:rPr>
          <w:sz w:val="22"/>
        </w:rPr>
        <w:t>A. CnH2n+2</w:t>
      </w:r>
    </w:p>
    <w:p>
      <w:pPr>
        <w:pStyle w:val="ListParagraph"/>
      </w:pPr>
      <w:r>
        <w:rPr>
          <w:sz w:val="22"/>
        </w:rPr>
        <w:t>B. CnH2n</w:t>
      </w:r>
    </w:p>
    <w:p>
      <w:pPr>
        <w:pStyle w:val="ListParagraph"/>
      </w:pPr>
      <w:r>
        <w:rPr>
          <w:sz w:val="22"/>
        </w:rPr>
        <w:t>C. CnH2n−2</w:t>
      </w:r>
    </w:p>
    <w:p>
      <w:pPr>
        <w:pStyle w:val="ListParagraph"/>
      </w:pPr>
      <w:r>
        <w:rPr>
          <w:sz w:val="22"/>
        </w:rPr>
        <w:t>D. CnHn</w:t>
      </w:r>
    </w:p>
    <w:p/>
    <w:p>
      <w:r>
        <w:rPr>
          <w:b/>
          <w:sz w:val="24"/>
        </w:rPr>
        <w:t>Câu 54: Aldehyde có nhóm chức</w:t>
      </w:r>
    </w:p>
    <w:p>
      <w:pPr>
        <w:pStyle w:val="ListParagraph"/>
      </w:pPr>
      <w:r>
        <w:rPr>
          <w:sz w:val="22"/>
        </w:rPr>
        <w:t>A. −NH2</w:t>
      </w:r>
    </w:p>
    <w:p>
      <w:pPr>
        <w:pStyle w:val="ListParagraph"/>
      </w:pPr>
      <w:r>
        <w:rPr>
          <w:sz w:val="22"/>
        </w:rPr>
        <w:t>B. −OH</w:t>
      </w:r>
    </w:p>
    <w:p>
      <w:pPr>
        <w:pStyle w:val="ListParagraph"/>
      </w:pPr>
      <w:r>
        <w:rPr>
          <w:sz w:val="22"/>
        </w:rPr>
        <w:t>C. −CHO</w:t>
      </w:r>
    </w:p>
    <w:p>
      <w:pPr>
        <w:pStyle w:val="ListParagraph"/>
      </w:pPr>
      <w:r>
        <w:rPr>
          <w:sz w:val="22"/>
        </w:rPr>
        <w:t>D. −COOH</w:t>
      </w:r>
    </w:p>
    <w:p/>
    <w:p>
      <w:r>
        <w:rPr>
          <w:b/>
          <w:sz w:val="24"/>
        </w:rPr>
        <w:t>Câu 55: Các chất có cùng công thức phân tử nhưng cấu tạo khác nhau là</w:t>
      </w:r>
    </w:p>
    <w:p>
      <w:pPr>
        <w:pStyle w:val="ListParagraph"/>
      </w:pPr>
      <w:r>
        <w:rPr>
          <w:sz w:val="22"/>
        </w:rPr>
        <w:t>A. đồng phân</w:t>
      </w:r>
    </w:p>
    <w:p>
      <w:pPr>
        <w:pStyle w:val="ListParagraph"/>
      </w:pPr>
      <w:r>
        <w:rPr>
          <w:sz w:val="22"/>
        </w:rPr>
        <w:t>B. đồng vị</w:t>
      </w:r>
    </w:p>
    <w:p>
      <w:pPr>
        <w:pStyle w:val="ListParagraph"/>
      </w:pPr>
      <w:r>
        <w:rPr>
          <w:sz w:val="22"/>
        </w:rPr>
        <w:t>C. đồng khối</w:t>
      </w:r>
    </w:p>
    <w:p>
      <w:pPr>
        <w:pStyle w:val="ListParagraph"/>
      </w:pPr>
      <w:r>
        <w:rPr>
          <w:sz w:val="22"/>
        </w:rPr>
        <w:t>D. đồng lượng</w:t>
      </w:r>
    </w:p>
    <w:p/>
    <w:p>
      <w:r>
        <w:rPr>
          <w:b/>
          <w:sz w:val="24"/>
        </w:rPr>
        <w:t>Câu 56: Benzene thuộc loại hydrocarbon</w:t>
      </w:r>
    </w:p>
    <w:p>
      <w:pPr>
        <w:pStyle w:val="ListParagraph"/>
      </w:pPr>
      <w:r>
        <w:rPr>
          <w:sz w:val="22"/>
        </w:rPr>
        <w:t>A. dẫn xuất halogen</w:t>
      </w:r>
    </w:p>
    <w:p>
      <w:pPr>
        <w:pStyle w:val="ListParagraph"/>
      </w:pPr>
      <w:r>
        <w:rPr>
          <w:sz w:val="22"/>
        </w:rPr>
        <w:t>B. alkyne</w:t>
      </w:r>
    </w:p>
    <w:p>
      <w:pPr>
        <w:pStyle w:val="ListParagraph"/>
      </w:pPr>
      <w:r>
        <w:rPr>
          <w:sz w:val="22"/>
        </w:rPr>
        <w:t>C. thơm</w:t>
      </w:r>
    </w:p>
    <w:p>
      <w:pPr>
        <w:pStyle w:val="ListParagraph"/>
      </w:pPr>
      <w:r>
        <w:rPr>
          <w:sz w:val="22"/>
        </w:rPr>
        <w:t>D. no mạch hở</w:t>
      </w:r>
    </w:p>
    <w:p/>
    <w:p>
      <w:r>
        <w:rPr>
          <w:b/>
          <w:sz w:val="24"/>
        </w:rPr>
        <w:t>Câu 57: Alkene mạch hở có một liên kết đôi có công thức chung</w:t>
      </w:r>
    </w:p>
    <w:p>
      <w:pPr>
        <w:pStyle w:val="ListParagraph"/>
      </w:pPr>
      <w:r>
        <w:rPr>
          <w:sz w:val="22"/>
        </w:rPr>
        <w:t>A. CnH2n−6</w:t>
      </w:r>
    </w:p>
    <w:p>
      <w:pPr>
        <w:pStyle w:val="ListParagraph"/>
      </w:pPr>
      <w:r>
        <w:rPr>
          <w:sz w:val="22"/>
        </w:rPr>
        <w:t>B. CnH2n+2</w:t>
      </w:r>
    </w:p>
    <w:p>
      <w:pPr>
        <w:pStyle w:val="ListParagraph"/>
      </w:pPr>
      <w:r>
        <w:rPr>
          <w:sz w:val="22"/>
        </w:rPr>
        <w:t>C. CnH2n−2</w:t>
      </w:r>
    </w:p>
    <w:p>
      <w:pPr>
        <w:pStyle w:val="ListParagraph"/>
      </w:pPr>
      <w:r>
        <w:rPr>
          <w:sz w:val="22"/>
        </w:rPr>
        <w:t>D. CnH2n</w:t>
      </w:r>
    </w:p>
    <w:p/>
    <w:p>
      <w:r>
        <w:rPr>
          <w:b/>
          <w:sz w:val="24"/>
        </w:rPr>
        <w:t>Câu 58: Phenol khác alcohol ở điểm nhóm −OH</w:t>
      </w:r>
    </w:p>
    <w:p>
      <w:pPr>
        <w:pStyle w:val="ListParagraph"/>
      </w:pPr>
      <w:r>
        <w:rPr>
          <w:sz w:val="22"/>
        </w:rPr>
        <w:t>A. liên kết với carbonyl</w:t>
      </w:r>
    </w:p>
    <w:p>
      <w:pPr>
        <w:pStyle w:val="ListParagraph"/>
      </w:pPr>
      <w:r>
        <w:rPr>
          <w:sz w:val="22"/>
        </w:rPr>
        <w:t>B. luôn ở đầu mạch</w:t>
      </w:r>
    </w:p>
    <w:p>
      <w:pPr>
        <w:pStyle w:val="ListParagraph"/>
      </w:pPr>
      <w:r>
        <w:rPr>
          <w:sz w:val="22"/>
        </w:rPr>
        <w:t>C. liên kết trực tiếp với C của vòng thơm</w:t>
      </w:r>
    </w:p>
    <w:p>
      <w:pPr>
        <w:pStyle w:val="ListParagraph"/>
      </w:pPr>
      <w:r>
        <w:rPr>
          <w:sz w:val="22"/>
        </w:rPr>
        <w:t>D. không có H</w:t>
      </w:r>
    </w:p>
    <w:p/>
    <w:p>
      <w:r>
        <w:rPr>
          <w:b/>
          <w:sz w:val="24"/>
        </w:rPr>
        <w:t>Câu 59: Phản ứng đặc trưng của alkene là</w:t>
      </w:r>
    </w:p>
    <w:p>
      <w:pPr>
        <w:pStyle w:val="ListParagraph"/>
      </w:pPr>
      <w:r>
        <w:rPr>
          <w:sz w:val="22"/>
        </w:rPr>
        <w:t>A. thủy phân</w:t>
      </w:r>
    </w:p>
    <w:p>
      <w:pPr>
        <w:pStyle w:val="ListParagraph"/>
      </w:pPr>
      <w:r>
        <w:rPr>
          <w:sz w:val="22"/>
        </w:rPr>
        <w:t>B. cộng</w:t>
      </w:r>
    </w:p>
    <w:p>
      <w:pPr>
        <w:pStyle w:val="ListParagraph"/>
      </w:pPr>
      <w:r>
        <w:rPr>
          <w:sz w:val="22"/>
        </w:rPr>
        <w:t>C. trùng ngưng</w:t>
      </w:r>
    </w:p>
    <w:p>
      <w:pPr>
        <w:pStyle w:val="ListParagraph"/>
      </w:pPr>
      <w:r>
        <w:rPr>
          <w:sz w:val="22"/>
        </w:rPr>
        <w:t>D. thế electrophile vào vòng thơm là duy nhất</w:t>
      </w:r>
    </w:p>
    <w:p/>
    <w:p>
      <w:r>
        <w:rPr>
          <w:b/>
          <w:sz w:val="24"/>
        </w:rPr>
        <w:t>Câu 60: Alcohol có nhóm chức</w:t>
      </w:r>
    </w:p>
    <w:p>
      <w:pPr>
        <w:pStyle w:val="ListParagraph"/>
      </w:pPr>
      <w:r>
        <w:rPr>
          <w:sz w:val="22"/>
        </w:rPr>
        <w:t>A. −OH liên kết với C no</w:t>
      </w:r>
    </w:p>
    <w:p>
      <w:pPr>
        <w:pStyle w:val="ListParagraph"/>
      </w:pPr>
      <w:r>
        <w:rPr>
          <w:sz w:val="22"/>
        </w:rPr>
        <w:t>B. −CHO</w:t>
      </w:r>
    </w:p>
    <w:p>
      <w:pPr>
        <w:pStyle w:val="ListParagraph"/>
      </w:pPr>
      <w:r>
        <w:rPr>
          <w:sz w:val="22"/>
        </w:rPr>
        <w:t>C. −COOH</w:t>
      </w:r>
    </w:p>
    <w:p>
      <w:pPr>
        <w:pStyle w:val="ListParagraph"/>
      </w:pPr>
      <w:r>
        <w:rPr>
          <w:sz w:val="22"/>
        </w:rPr>
        <w:t>D. −COO−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C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D</w:t>
      </w:r>
    </w:p>
    <w:p>
      <w:r>
        <w:rPr>
          <w:b/>
        </w:rPr>
        <w:t>Câu 29: Đáp án đúng: C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B</w:t>
      </w:r>
    </w:p>
    <w:p>
      <w:r>
        <w:rPr>
          <w:b/>
        </w:rPr>
        <w:t>Câu 32: Đáp án đúng: D</w:t>
      </w:r>
    </w:p>
    <w:p>
      <w:r>
        <w:rPr>
          <w:b/>
        </w:rPr>
        <w:t>Câu 33: Đáp án đúng: B</w:t>
      </w:r>
    </w:p>
    <w:p>
      <w:r>
        <w:rPr>
          <w:b/>
        </w:rPr>
        <w:t>Câu 34: Đáp án đúng: C</w:t>
      </w:r>
    </w:p>
    <w:p>
      <w:r>
        <w:rPr>
          <w:b/>
        </w:rPr>
        <w:t>Câu 35: Đáp án đúng: C</w:t>
      </w:r>
    </w:p>
    <w:p>
      <w:r>
        <w:rPr>
          <w:b/>
        </w:rPr>
        <w:t>Câu 36: Đáp án đúng: C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C</w:t>
      </w:r>
    </w:p>
    <w:p>
      <w:r>
        <w:rPr>
          <w:b/>
        </w:rPr>
        <w:t>Câu 39: Đáp án đúng: D</w:t>
      </w:r>
    </w:p>
    <w:p>
      <w:r>
        <w:rPr>
          <w:b/>
        </w:rPr>
        <w:t>Câu 40: Đáp án đúng: C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D</w:t>
      </w:r>
    </w:p>
    <w:p>
      <w:r>
        <w:rPr>
          <w:b/>
        </w:rPr>
        <w:t>Câu 43: Đáp án đúng: B</w:t>
      </w:r>
    </w:p>
    <w:p>
      <w:r>
        <w:rPr>
          <w:b/>
        </w:rPr>
        <w:t>Câu 44: Đáp án đúng: B</w:t>
      </w:r>
    </w:p>
    <w:p>
      <w:r>
        <w:rPr>
          <w:b/>
        </w:rPr>
        <w:t>Câu 45: Đáp án đúng: D</w:t>
      </w:r>
    </w:p>
    <w:p>
      <w:r>
        <w:rPr>
          <w:b/>
        </w:rPr>
        <w:t>Câu 46: Đáp án đúng: D</w:t>
      </w:r>
    </w:p>
    <w:p>
      <w:r>
        <w:rPr>
          <w:b/>
        </w:rPr>
        <w:t>Câu 47: Đáp án đúng: C</w:t>
      </w:r>
    </w:p>
    <w:p>
      <w:r>
        <w:rPr>
          <w:b/>
        </w:rPr>
        <w:t>Câu 48: Đáp án đúng: A</w:t>
      </w:r>
    </w:p>
    <w:p>
      <w:r>
        <w:rPr>
          <w:b/>
        </w:rPr>
        <w:t>Câu 49: Đáp án đúng: B</w:t>
      </w:r>
    </w:p>
    <w:p>
      <w:r>
        <w:rPr>
          <w:b/>
        </w:rPr>
        <w:t>Câu 50: Đáp án đúng: A</w:t>
      </w:r>
    </w:p>
    <w:p>
      <w:r>
        <w:rPr>
          <w:b/>
        </w:rPr>
        <w:t>Câu 51: Đáp án đúng: C</w:t>
      </w:r>
    </w:p>
    <w:p>
      <w:r>
        <w:rPr>
          <w:b/>
        </w:rPr>
        <w:t>Câu 52: Đáp án đúng: B</w:t>
      </w:r>
    </w:p>
    <w:p>
      <w:r>
        <w:rPr>
          <w:b/>
        </w:rPr>
        <w:t>Câu 53: Đáp án đúng: A</w:t>
      </w:r>
    </w:p>
    <w:p>
      <w:r>
        <w:rPr>
          <w:b/>
        </w:rPr>
        <w:t>Câu 54: Đáp án đúng: C</w:t>
      </w:r>
    </w:p>
    <w:p>
      <w:r>
        <w:rPr>
          <w:b/>
        </w:rPr>
        <w:t>Câu 55: Đáp án đúng: A</w:t>
      </w:r>
    </w:p>
    <w:p>
      <w:r>
        <w:rPr>
          <w:b/>
        </w:rPr>
        <w:t>Câu 56: Đáp án đúng: C</w:t>
      </w:r>
    </w:p>
    <w:p>
      <w:r>
        <w:rPr>
          <w:b/>
        </w:rPr>
        <w:t>Câu 57: Đáp án đúng: D</w:t>
      </w:r>
    </w:p>
    <w:p>
      <w:r>
        <w:rPr>
          <w:b/>
        </w:rPr>
        <w:t>Câu 58: Đáp án đúng: C</w:t>
      </w:r>
    </w:p>
    <w:p>
      <w:r>
        <w:rPr>
          <w:b/>
        </w:rPr>
        <w:t>Câu 59: Đáp án đúng: B</w:t>
      </w:r>
    </w:p>
    <w:p>
      <w:r>
        <w:rPr>
          <w:b/>
        </w:rPr>
        <w:t>Câu 60: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