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Ktr 45p hoá học - Bài trắc nghiệm Hóa học - Phản ứng thuận nghịch là phản ứng: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Phản ứng thuận nghịch là phản ứng:</w:t>
      </w:r>
    </w:p>
    <w:p>
      <w:pPr>
        <w:pStyle w:val="ListParagraph"/>
      </w:pPr>
      <w:r>
        <w:rPr>
          <w:sz w:val="22"/>
        </w:rPr>
        <w:t>A. Chỉ xảy ra theo chiều thuận.</w:t>
      </w:r>
    </w:p>
    <w:p>
      <w:pPr>
        <w:pStyle w:val="ListParagraph"/>
      </w:pPr>
      <w:r>
        <w:rPr>
          <w:sz w:val="22"/>
        </w:rPr>
        <w:t>B. Chỉ xảy ra theo chiều nghịch.</w:t>
      </w:r>
    </w:p>
    <w:p>
      <w:pPr>
        <w:pStyle w:val="ListParagraph"/>
      </w:pPr>
      <w:r>
        <w:rPr>
          <w:sz w:val="22"/>
        </w:rPr>
        <w:t>C. Xảy ra theo hai chiều ngược nhau trong cùng điều kiện.</w:t>
      </w:r>
    </w:p>
    <w:p>
      <w:pPr>
        <w:pStyle w:val="ListParagraph"/>
      </w:pPr>
      <w:r>
        <w:rPr>
          <w:sz w:val="22"/>
        </w:rPr>
        <w:t>D. Xảy ra hoàn toàn theo một chiều.</w:t>
      </w:r>
    </w:p>
    <w:p/>
    <w:p>
      <w:r>
        <w:rPr>
          <w:b/>
          <w:sz w:val="24"/>
        </w:rPr>
        <w:t>Câu 2: Trạng thái cân bằng hóa học là trạng thái:</w:t>
      </w:r>
    </w:p>
    <w:p>
      <w:pPr>
        <w:pStyle w:val="ListParagraph"/>
      </w:pPr>
      <w:r>
        <w:rPr>
          <w:sz w:val="22"/>
        </w:rPr>
        <w:t>A. Phản ứng đã kết thúc.</w:t>
      </w:r>
    </w:p>
    <w:p>
      <w:pPr>
        <w:pStyle w:val="ListParagraph"/>
      </w:pPr>
      <w:r>
        <w:rPr>
          <w:sz w:val="22"/>
        </w:rPr>
        <w:t>B. Tốc độ phản ứng thuận bằng tốc độ phản ứng nghịch.</w:t>
      </w:r>
    </w:p>
    <w:p>
      <w:pPr>
        <w:pStyle w:val="ListParagraph"/>
      </w:pPr>
      <w:r>
        <w:rPr>
          <w:sz w:val="22"/>
        </w:rPr>
        <w:t>C. Nồng độ các chất bằng nhau.</w:t>
      </w:r>
    </w:p>
    <w:p>
      <w:pPr>
        <w:pStyle w:val="ListParagraph"/>
      </w:pPr>
      <w:r>
        <w:rPr>
          <w:sz w:val="22"/>
        </w:rPr>
        <w:t>D. Không còn chất tham gia phản ứng.</w:t>
      </w:r>
    </w:p>
    <w:p/>
    <w:p>
      <w:r>
        <w:rPr>
          <w:b/>
          <w:sz w:val="24"/>
        </w:rPr>
        <w:t>Câu 3: Với phản ứng: N₂(g) + 3H₂(g) ⇌ 2NH₃(g), biểu thức hằng số cân bằng Kc là:</w:t>
      </w:r>
    </w:p>
    <w:p>
      <w:pPr>
        <w:pStyle w:val="ListParagraph"/>
      </w:pPr>
      <w:r>
        <w:rPr>
          <w:sz w:val="22"/>
        </w:rPr>
        <w:t>A. [NH₃]²/[N₂][H₂]³</w:t>
      </w:r>
    </w:p>
    <w:p>
      <w:pPr>
        <w:pStyle w:val="ListParagraph"/>
      </w:pPr>
      <w:r>
        <w:rPr>
          <w:sz w:val="22"/>
        </w:rPr>
        <w:t>B. [N₂][H₂]³/[NH₃]²</w:t>
      </w:r>
    </w:p>
    <w:p>
      <w:pPr>
        <w:pStyle w:val="ListParagraph"/>
      </w:pPr>
      <w:r>
        <w:rPr>
          <w:sz w:val="22"/>
        </w:rPr>
        <w:t>C. [NH₃]/[N₂][H₂]</w:t>
      </w:r>
    </w:p>
    <w:p>
      <w:pPr>
        <w:pStyle w:val="ListParagraph"/>
      </w:pPr>
      <w:r>
        <w:rPr>
          <w:sz w:val="22"/>
        </w:rPr>
        <w:t>D. [N₂]²[H₂]³/[NH₃]</w:t>
      </w:r>
    </w:p>
    <w:p/>
    <w:p>
      <w:r>
        <w:rPr>
          <w:b/>
          <w:sz w:val="24"/>
        </w:rPr>
        <w:t>Câu 4: Chất nào sau đây là chất điện li?</w:t>
      </w:r>
    </w:p>
    <w:p>
      <w:pPr>
        <w:pStyle w:val="ListParagraph"/>
      </w:pPr>
      <w:r>
        <w:rPr>
          <w:sz w:val="22"/>
        </w:rPr>
        <w:t>A. C₂H₅OH.</w:t>
      </w:r>
    </w:p>
    <w:p>
      <w:pPr>
        <w:pStyle w:val="ListParagraph"/>
      </w:pPr>
      <w:r>
        <w:rPr>
          <w:sz w:val="22"/>
        </w:rPr>
        <w:t>B. C₆H₁₂O₆.</w:t>
      </w:r>
    </w:p>
    <w:p>
      <w:pPr>
        <w:pStyle w:val="ListParagraph"/>
      </w:pPr>
      <w:r>
        <w:rPr>
          <w:sz w:val="22"/>
        </w:rPr>
        <w:t>C. NaCl.</w:t>
      </w:r>
    </w:p>
    <w:p>
      <w:pPr>
        <w:pStyle w:val="ListParagraph"/>
      </w:pPr>
      <w:r>
        <w:rPr>
          <w:sz w:val="22"/>
        </w:rPr>
        <w:t>D. C₁₂H₂₂O₁₁.</w:t>
      </w:r>
    </w:p>
    <w:p/>
    <w:p>
      <w:r>
        <w:rPr>
          <w:b/>
          <w:sz w:val="24"/>
        </w:rPr>
        <w:t>Câu 5: Theo thuyết Brønsted – Lowry, acid là chất:</w:t>
      </w:r>
    </w:p>
    <w:p>
      <w:pPr>
        <w:pStyle w:val="ListParagraph"/>
      </w:pPr>
      <w:r>
        <w:rPr>
          <w:sz w:val="22"/>
        </w:rPr>
        <w:t>A. Nhận proton.</w:t>
      </w:r>
    </w:p>
    <w:p>
      <w:pPr>
        <w:pStyle w:val="ListParagraph"/>
      </w:pPr>
      <w:r>
        <w:rPr>
          <w:sz w:val="22"/>
        </w:rPr>
        <w:t>B. Nhường proton.</w:t>
      </w:r>
    </w:p>
    <w:p>
      <w:pPr>
        <w:pStyle w:val="ListParagraph"/>
      </w:pPr>
      <w:r>
        <w:rPr>
          <w:sz w:val="22"/>
        </w:rPr>
        <w:t>C. Nhận electron.</w:t>
      </w:r>
    </w:p>
    <w:p>
      <w:pPr>
        <w:pStyle w:val="ListParagraph"/>
      </w:pPr>
      <w:r>
        <w:rPr>
          <w:sz w:val="22"/>
        </w:rPr>
        <w:t>D. Nhường electron.</w:t>
      </w:r>
    </w:p>
    <w:p/>
    <w:p>
      <w:r>
        <w:rPr>
          <w:b/>
          <w:sz w:val="24"/>
        </w:rPr>
        <w:t>Câu 6: Dung dịch có pH = 3 có môi trường:</w:t>
      </w:r>
    </w:p>
    <w:p>
      <w:pPr>
        <w:pStyle w:val="ListParagraph"/>
      </w:pPr>
      <w:r>
        <w:rPr>
          <w:sz w:val="22"/>
        </w:rPr>
        <w:t>A. Acid.</w:t>
      </w:r>
    </w:p>
    <w:p>
      <w:pPr>
        <w:pStyle w:val="ListParagraph"/>
      </w:pPr>
      <w:r>
        <w:rPr>
          <w:sz w:val="22"/>
        </w:rPr>
        <w:t>B. Base.</w:t>
      </w:r>
    </w:p>
    <w:p>
      <w:pPr>
        <w:pStyle w:val="ListParagraph"/>
      </w:pPr>
      <w:r>
        <w:rPr>
          <w:sz w:val="22"/>
        </w:rPr>
        <w:t>C. Trung tính.</w:t>
      </w:r>
    </w:p>
    <w:p>
      <w:pPr>
        <w:pStyle w:val="ListParagraph"/>
      </w:pPr>
      <w:r>
        <w:rPr>
          <w:sz w:val="22"/>
        </w:rPr>
        <w:t>D. Không xác định.</w:t>
      </w:r>
    </w:p>
    <w:p/>
    <w:p>
      <w:r>
        <w:rPr>
          <w:b/>
          <w:sz w:val="24"/>
        </w:rPr>
        <w:t>Câu 7: Nitrogen trong tự nhiên tồn tại chủ yếu ở dạng:</w:t>
      </w:r>
    </w:p>
    <w:p>
      <w:pPr>
        <w:pStyle w:val="ListParagraph"/>
      </w:pPr>
      <w:r>
        <w:rPr>
          <w:sz w:val="22"/>
        </w:rPr>
        <w:t>A. Đơn chất trong không khí.</w:t>
      </w:r>
    </w:p>
    <w:p>
      <w:pPr>
        <w:pStyle w:val="ListParagraph"/>
      </w:pPr>
      <w:r>
        <w:rPr>
          <w:sz w:val="22"/>
        </w:rPr>
        <w:t>B. Kim loại.</w:t>
      </w:r>
    </w:p>
    <w:p>
      <w:pPr>
        <w:pStyle w:val="ListParagraph"/>
      </w:pPr>
      <w:r>
        <w:rPr>
          <w:sz w:val="22"/>
        </w:rPr>
        <w:t>C. Hợp chất trong dầu mỏ.</w:t>
      </w:r>
    </w:p>
    <w:p>
      <w:pPr>
        <w:pStyle w:val="ListParagraph"/>
      </w:pPr>
      <w:r>
        <w:rPr>
          <w:sz w:val="22"/>
        </w:rPr>
        <w:t>D. Chất lỏng trong nước biển.</w:t>
      </w:r>
    </w:p>
    <w:p/>
    <w:p>
      <w:r>
        <w:rPr>
          <w:b/>
          <w:sz w:val="24"/>
        </w:rPr>
        <w:t>Câu 8: Nitrogen lỏng được ứng dụng chủ yếu để:</w:t>
      </w:r>
    </w:p>
    <w:p>
      <w:pPr>
        <w:pStyle w:val="ListParagraph"/>
      </w:pPr>
      <w:r>
        <w:rPr>
          <w:sz w:val="22"/>
        </w:rPr>
        <w:t>A. Sản xuất đường.</w:t>
      </w:r>
    </w:p>
    <w:p>
      <w:pPr>
        <w:pStyle w:val="ListParagraph"/>
      </w:pPr>
      <w:r>
        <w:rPr>
          <w:sz w:val="22"/>
        </w:rPr>
        <w:t>B. Làm lạnh và bảo quản mẫu vật.</w:t>
      </w:r>
    </w:p>
    <w:p>
      <w:pPr>
        <w:pStyle w:val="ListParagraph"/>
      </w:pPr>
      <w:r>
        <w:rPr>
          <w:sz w:val="22"/>
        </w:rPr>
        <w:t>C. Sản xuất muối ăn.</w:t>
      </w:r>
    </w:p>
    <w:p>
      <w:pPr>
        <w:pStyle w:val="ListParagraph"/>
      </w:pPr>
      <w:r>
        <w:rPr>
          <w:sz w:val="22"/>
        </w:rPr>
        <w:t>D. Khử trùng nước.</w:t>
      </w:r>
    </w:p>
    <w:p/>
    <w:p>
      <w:r>
        <w:rPr>
          <w:b/>
          <w:sz w:val="24"/>
        </w:rPr>
        <w:t>Câu 9: Nitrogen khá trơ ở điều kiện thường vì:</w:t>
      </w:r>
    </w:p>
    <w:p>
      <w:pPr>
        <w:pStyle w:val="ListParagraph"/>
      </w:pPr>
      <w:r>
        <w:rPr>
          <w:sz w:val="22"/>
        </w:rPr>
        <w:t>A. Phân tử nitrogen có liên kết ba bền vững.</w:t>
      </w:r>
    </w:p>
    <w:p>
      <w:pPr>
        <w:pStyle w:val="ListParagraph"/>
      </w:pPr>
      <w:r>
        <w:rPr>
          <w:sz w:val="22"/>
        </w:rPr>
        <w:t>B. Nitrogen có khối lượng phân tử nhỏ.</w:t>
      </w:r>
    </w:p>
    <w:p>
      <w:pPr>
        <w:pStyle w:val="ListParagraph"/>
      </w:pPr>
      <w:r>
        <w:rPr>
          <w:sz w:val="22"/>
        </w:rPr>
        <w:t>C. Nitrogen không có electron.</w:t>
      </w:r>
    </w:p>
    <w:p>
      <w:pPr>
        <w:pStyle w:val="ListParagraph"/>
      </w:pPr>
      <w:r>
        <w:rPr>
          <w:sz w:val="22"/>
        </w:rPr>
        <w:t>D. Nitrogen là kim loại.</w:t>
      </w:r>
    </w:p>
    <w:p/>
    <w:p>
      <w:r>
        <w:rPr>
          <w:b/>
          <w:sz w:val="24"/>
        </w:rPr>
        <w:t>Câu 10: Ứng dụng nào sau đây không phải của ammonia?</w:t>
      </w:r>
    </w:p>
    <w:p>
      <w:pPr>
        <w:pStyle w:val="ListParagraph"/>
      </w:pPr>
      <w:r>
        <w:rPr>
          <w:sz w:val="22"/>
        </w:rPr>
        <w:t>A. Sản xuất phân đạm.</w:t>
      </w:r>
    </w:p>
    <w:p>
      <w:pPr>
        <w:pStyle w:val="ListParagraph"/>
      </w:pPr>
      <w:r>
        <w:rPr>
          <w:sz w:val="22"/>
        </w:rPr>
        <w:t>B. Sản xuất nitric acid.</w:t>
      </w:r>
    </w:p>
    <w:p>
      <w:pPr>
        <w:pStyle w:val="ListParagraph"/>
      </w:pPr>
      <w:r>
        <w:rPr>
          <w:sz w:val="22"/>
        </w:rPr>
        <w:t>C. Làm chất làm lạnh.</w:t>
      </w:r>
    </w:p>
    <w:p>
      <w:pPr>
        <w:pStyle w:val="ListParagraph"/>
      </w:pPr>
      <w:r>
        <w:rPr>
          <w:sz w:val="22"/>
        </w:rPr>
        <w:t>D. Sản xuất khí oxygen.</w:t>
      </w:r>
    </w:p>
    <w:p/>
    <w:p>
      <w:r>
        <w:rPr>
          <w:b/>
          <w:sz w:val="24"/>
        </w:rPr>
        <w:t>Câu 11: Công thức hóa học của nitric acid là:</w:t>
      </w:r>
    </w:p>
    <w:p>
      <w:pPr>
        <w:pStyle w:val="ListParagraph"/>
      </w:pPr>
      <w:r>
        <w:rPr>
          <w:sz w:val="22"/>
        </w:rPr>
        <w:t>A. H₂SO₄.</w:t>
      </w:r>
    </w:p>
    <w:p>
      <w:pPr>
        <w:pStyle w:val="ListParagraph"/>
      </w:pPr>
      <w:r>
        <w:rPr>
          <w:sz w:val="22"/>
        </w:rPr>
        <w:t>B. HNO₃.</w:t>
      </w:r>
    </w:p>
    <w:p>
      <w:pPr>
        <w:pStyle w:val="ListParagraph"/>
      </w:pPr>
      <w:r>
        <w:rPr>
          <w:sz w:val="22"/>
        </w:rPr>
        <w:t>C. HNO₂.</w:t>
      </w:r>
    </w:p>
    <w:p>
      <w:pPr>
        <w:pStyle w:val="ListParagraph"/>
      </w:pPr>
      <w:r>
        <w:rPr>
          <w:sz w:val="22"/>
        </w:rPr>
        <w:t>D. NH₃.</w:t>
      </w:r>
    </w:p>
    <w:p/>
    <w:p>
      <w:r>
        <w:rPr>
          <w:b/>
          <w:sz w:val="24"/>
        </w:rPr>
        <w:t>Câu 12: Nitric acid có tính chất hóa học đặc trưng là:</w:t>
      </w:r>
    </w:p>
    <w:p>
      <w:pPr>
        <w:pStyle w:val="ListParagraph"/>
      </w:pPr>
      <w:r>
        <w:rPr>
          <w:sz w:val="22"/>
        </w:rPr>
        <w:t>A. Chỉ có tính base.</w:t>
      </w:r>
    </w:p>
    <w:p>
      <w:pPr>
        <w:pStyle w:val="ListParagraph"/>
      </w:pPr>
      <w:r>
        <w:rPr>
          <w:sz w:val="22"/>
        </w:rPr>
        <w:t>B. Chỉ có tính khử.</w:t>
      </w:r>
    </w:p>
    <w:p>
      <w:pPr>
        <w:pStyle w:val="ListParagraph"/>
      </w:pPr>
      <w:r>
        <w:rPr>
          <w:sz w:val="22"/>
        </w:rPr>
        <w:t>C. Có tính acid và tính oxi hóa mạnh.</w:t>
      </w:r>
    </w:p>
    <w:p>
      <w:pPr>
        <w:pStyle w:val="ListParagraph"/>
      </w:pPr>
      <w:r>
        <w:rPr>
          <w:sz w:val="22"/>
        </w:rPr>
        <w:t>D. Không có tính oxi hóa.</w:t>
      </w:r>
    </w:p>
    <w:p/>
    <w:p>
      <w:r>
        <w:rPr>
          <w:b/>
          <w:sz w:val="24"/>
        </w:rPr>
        <w:t>Câu 13: Nguyên nhân chủ yếu gây ra mưa acid là:</w:t>
      </w:r>
    </w:p>
    <w:p>
      <w:pPr>
        <w:pStyle w:val="ListParagraph"/>
      </w:pPr>
      <w:r>
        <w:rPr>
          <w:sz w:val="22"/>
        </w:rPr>
        <w:t>A. Khí oxygen và nitrogen.</w:t>
      </w:r>
    </w:p>
    <w:p>
      <w:pPr>
        <w:pStyle w:val="ListParagraph"/>
      </w:pPr>
      <w:r>
        <w:rPr>
          <w:sz w:val="22"/>
        </w:rPr>
        <w:t>B. SO₂ và các oxide của nitrogen.</w:t>
      </w:r>
    </w:p>
    <w:p>
      <w:pPr>
        <w:pStyle w:val="ListParagraph"/>
      </w:pPr>
      <w:r>
        <w:rPr>
          <w:sz w:val="22"/>
        </w:rPr>
        <w:t>C. Khí hydrogen.</w:t>
      </w:r>
    </w:p>
    <w:p>
      <w:pPr>
        <w:pStyle w:val="ListParagraph"/>
      </w:pPr>
      <w:r>
        <w:rPr>
          <w:sz w:val="22"/>
        </w:rPr>
        <w:t>D. Khí helium.</w:t>
      </w:r>
    </w:p>
    <w:p/>
    <w:p>
      <w:r>
        <w:rPr>
          <w:b/>
          <w:sz w:val="24"/>
        </w:rPr>
        <w:t>Câu 14: Sulfur ở điều kiện thường là chất:</w:t>
      </w:r>
    </w:p>
    <w:p>
      <w:pPr>
        <w:pStyle w:val="ListParagraph"/>
      </w:pPr>
      <w:r>
        <w:rPr>
          <w:sz w:val="22"/>
        </w:rPr>
        <w:t>A. Khí không màu.</w:t>
      </w:r>
    </w:p>
    <w:p>
      <w:pPr>
        <w:pStyle w:val="ListParagraph"/>
      </w:pPr>
      <w:r>
        <w:rPr>
          <w:sz w:val="22"/>
        </w:rPr>
        <w:t>B. Chất lỏng màu đỏ.</w:t>
      </w:r>
    </w:p>
    <w:p>
      <w:pPr>
        <w:pStyle w:val="ListParagraph"/>
      </w:pPr>
      <w:r>
        <w:rPr>
          <w:sz w:val="22"/>
        </w:rPr>
        <w:t>C. Rắn, màu vàng.</w:t>
      </w:r>
    </w:p>
    <w:p>
      <w:pPr>
        <w:pStyle w:val="ListParagraph"/>
      </w:pPr>
      <w:r>
        <w:rPr>
          <w:sz w:val="22"/>
        </w:rPr>
        <w:t>D. Rắn, màu trắng.</w:t>
      </w:r>
    </w:p>
    <w:p/>
    <w:p>
      <w:r>
        <w:rPr>
          <w:b/>
          <w:sz w:val="24"/>
        </w:rPr>
        <w:t>Câu 15: Trong phản ứng hóa học, sulfur dioxide (SO₂) có thể thể hiện:</w:t>
      </w:r>
    </w:p>
    <w:p>
      <w:pPr>
        <w:pStyle w:val="ListParagraph"/>
      </w:pPr>
      <w:r>
        <w:rPr>
          <w:sz w:val="22"/>
        </w:rPr>
        <w:t>A. Chỉ tính oxi hóa.</w:t>
      </w:r>
    </w:p>
    <w:p>
      <w:pPr>
        <w:pStyle w:val="ListParagraph"/>
      </w:pPr>
      <w:r>
        <w:rPr>
          <w:sz w:val="22"/>
        </w:rPr>
        <w:t>B. Chỉ tính khử.</w:t>
      </w:r>
    </w:p>
    <w:p>
      <w:pPr>
        <w:pStyle w:val="ListParagraph"/>
      </w:pPr>
      <w:r>
        <w:rPr>
          <w:sz w:val="22"/>
        </w:rPr>
        <w:t>C. Cả tính oxi hóa và tính khử.</w:t>
      </w:r>
    </w:p>
    <w:p>
      <w:pPr>
        <w:pStyle w:val="ListParagraph"/>
      </w:pPr>
      <w:r>
        <w:rPr>
          <w:sz w:val="22"/>
        </w:rPr>
        <w:t>D. Không có tính oxi hóa và tính khử.</w:t>
      </w:r>
    </w:p>
    <w:p/>
    <w:p>
      <w:r>
        <w:rPr>
          <w:b/>
          <w:sz w:val="24"/>
        </w:rPr>
        <w:t>Câu 16: Một trong những tác hại của khí SO₂ đối với môi trường là:</w:t>
      </w:r>
    </w:p>
    <w:p>
      <w:pPr>
        <w:pStyle w:val="ListParagraph"/>
      </w:pPr>
      <w:r>
        <w:rPr>
          <w:sz w:val="22"/>
        </w:rPr>
        <w:t>A. Làm tăng độ phì nhiêu của đất.</w:t>
      </w:r>
    </w:p>
    <w:p>
      <w:pPr>
        <w:pStyle w:val="ListParagraph"/>
      </w:pPr>
      <w:r>
        <w:rPr>
          <w:sz w:val="22"/>
        </w:rPr>
        <w:t>B. Gây ô nhiễm không khí và mưa acid.</w:t>
      </w:r>
    </w:p>
    <w:p>
      <w:pPr>
        <w:pStyle w:val="ListParagraph"/>
      </w:pPr>
      <w:r>
        <w:rPr>
          <w:sz w:val="22"/>
        </w:rPr>
        <w:t>C. Làm sạch nguồn nước.</w:t>
      </w:r>
    </w:p>
    <w:p>
      <w:pPr>
        <w:pStyle w:val="ListParagraph"/>
      </w:pPr>
      <w:r>
        <w:rPr>
          <w:sz w:val="22"/>
        </w:rPr>
        <w:t>D. Tăng lượng oxygen trong khí quyển.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