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8 - Đơn thức và đa thức nhiều biến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Đơn thức nào sau đây là đơn thức thu gọn?</w:t>
      </w:r>
    </w:p>
    <w:p>
      <w:pPr>
        <w:pStyle w:val="ListParagraph"/>
      </w:pPr>
      <w:r>
        <w:rPr>
          <w:sz w:val="22"/>
        </w:rPr>
        <w:t>A. $2x^2y \cdot 3xy$</w:t>
      </w:r>
    </w:p>
    <w:p>
      <w:pPr>
        <w:pStyle w:val="ListParagraph"/>
      </w:pPr>
      <w:r>
        <w:rPr>
          <w:sz w:val="22"/>
        </w:rPr>
        <w:t>B. $-5x^3y^2$</w:t>
      </w:r>
    </w:p>
    <w:p>
      <w:pPr>
        <w:pStyle w:val="ListParagraph"/>
      </w:pPr>
      <w:r>
        <w:rPr>
          <w:sz w:val="22"/>
        </w:rPr>
        <w:t>C. $x \cdot y \cdot z$</w:t>
      </w:r>
    </w:p>
    <w:p>
      <w:pPr>
        <w:pStyle w:val="ListParagraph"/>
      </w:pPr>
      <w:r>
        <w:rPr>
          <w:sz w:val="22"/>
        </w:rPr>
        <w:t>D. $4x \cdot (-2y)$</w:t>
      </w:r>
    </w:p>
    <w:p/>
    <w:p>
      <w:r>
        <w:rPr>
          <w:b/>
          <w:sz w:val="24"/>
        </w:rPr>
        <w:t>Câu 2: Bậc của đơn thức $-3x^2y^3z$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3: Thu gọn đơn thức $5x^2y \cdot (-2xy^3)$ ta được:</w:t>
      </w:r>
    </w:p>
    <w:p>
      <w:pPr>
        <w:pStyle w:val="ListParagraph"/>
      </w:pPr>
      <w:r>
        <w:rPr>
          <w:sz w:val="22"/>
        </w:rPr>
        <w:t>A. $-10x^3y^4$</w:t>
      </w:r>
    </w:p>
    <w:p>
      <w:pPr>
        <w:pStyle w:val="ListParagraph"/>
      </w:pPr>
      <w:r>
        <w:rPr>
          <w:sz w:val="22"/>
        </w:rPr>
        <w:t>B. $10x^3y^4$</w:t>
      </w:r>
    </w:p>
    <w:p>
      <w:pPr>
        <w:pStyle w:val="ListParagraph"/>
      </w:pPr>
      <w:r>
        <w:rPr>
          <w:sz w:val="22"/>
        </w:rPr>
        <w:t>C. $-10x^2y^3$</w:t>
      </w:r>
    </w:p>
    <w:p>
      <w:pPr>
        <w:pStyle w:val="ListParagraph"/>
      </w:pPr>
      <w:r>
        <w:rPr>
          <w:sz w:val="22"/>
        </w:rPr>
        <w:t>D. $-10x^3y^3$</w:t>
      </w:r>
    </w:p>
    <w:p/>
    <w:p>
      <w:r>
        <w:rPr>
          <w:b/>
          <w:sz w:val="24"/>
        </w:rPr>
        <w:t>Câu 4: Đa thức nào sau đây là đa thức nhiều biến?</w:t>
      </w:r>
    </w:p>
    <w:p>
      <w:pPr>
        <w:pStyle w:val="ListParagraph"/>
      </w:pPr>
      <w:r>
        <w:rPr>
          <w:sz w:val="22"/>
        </w:rPr>
        <w:t>A. $3x^2 - 2x + 1$</w:t>
      </w:r>
    </w:p>
    <w:p>
      <w:pPr>
        <w:pStyle w:val="ListParagraph"/>
      </w:pPr>
      <w:r>
        <w:rPr>
          <w:sz w:val="22"/>
        </w:rPr>
        <w:t>B. $x^2y - 2xy + y^2$</w:t>
      </w:r>
    </w:p>
    <w:p>
      <w:pPr>
        <w:pStyle w:val="ListParagraph"/>
      </w:pPr>
      <w:r>
        <w:rPr>
          <w:sz w:val="22"/>
        </w:rPr>
        <w:t>C. $5x^3$</w:t>
      </w:r>
    </w:p>
    <w:p>
      <w:pPr>
        <w:pStyle w:val="ListParagraph"/>
      </w:pPr>
      <w:r>
        <w:rPr>
          <w:sz w:val="22"/>
        </w:rPr>
        <w:t>D. $-7$</w:t>
      </w:r>
    </w:p>
    <w:p/>
    <w:p>
      <w:r>
        <w:rPr>
          <w:b/>
          <w:sz w:val="24"/>
        </w:rPr>
        <w:t>Câu 5: Bậc của đa thức $2x^2y - 3xy^2 + x^3 - 1$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6: Giá trị của đa thức $P = x^2y - 2xy + 1$ tại $x = 1, y = -1$ là: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-2</w:t>
      </w:r>
    </w:p>
    <w:p/>
    <w:p>
      <w:r>
        <w:rPr>
          <w:b/>
          <w:sz w:val="24"/>
        </w:rPr>
        <w:t>Câu 7: Tính tổng $A + B$ biết $A = 3x^2y - 2xy + 1$ và $B = -x^2y + 4xy - 3$.</w:t>
      </w:r>
    </w:p>
    <w:p>
      <w:pPr>
        <w:pStyle w:val="ListParagraph"/>
      </w:pPr>
      <w:r>
        <w:rPr>
          <w:sz w:val="22"/>
        </w:rPr>
        <w:t>A. $2x^2y + 2xy - 2$</w:t>
      </w:r>
    </w:p>
    <w:p>
      <w:pPr>
        <w:pStyle w:val="ListParagraph"/>
      </w:pPr>
      <w:r>
        <w:rPr>
          <w:sz w:val="22"/>
        </w:rPr>
        <w:t>B. $2x^2y - 2xy + 2$</w:t>
      </w:r>
    </w:p>
    <w:p>
      <w:pPr>
        <w:pStyle w:val="ListParagraph"/>
      </w:pPr>
      <w:r>
        <w:rPr>
          <w:sz w:val="22"/>
        </w:rPr>
        <w:t>C. $4x^2y + 2xy - 2$</w:t>
      </w:r>
    </w:p>
    <w:p>
      <w:pPr>
        <w:pStyle w:val="ListParagraph"/>
      </w:pPr>
      <w:r>
        <w:rPr>
          <w:sz w:val="22"/>
        </w:rPr>
        <w:t>D. $2x^2y + 2xy + 2$</w:t>
      </w:r>
    </w:p>
    <w:p/>
    <w:p>
      <w:r>
        <w:rPr>
          <w:b/>
          <w:sz w:val="24"/>
        </w:rPr>
        <w:t>Câu 8: Tính hiệu $A - B$ biết $A = 5x^2y - 3xy^2 + 2$ và $B = 2x^2y + xy^2 - 1$.</w:t>
      </w:r>
    </w:p>
    <w:p>
      <w:pPr>
        <w:pStyle w:val="ListParagraph"/>
      </w:pPr>
      <w:r>
        <w:rPr>
          <w:sz w:val="22"/>
        </w:rPr>
        <w:t>A. $3x^2y - 4xy^2 + 3$</w:t>
      </w:r>
    </w:p>
    <w:p>
      <w:pPr>
        <w:pStyle w:val="ListParagraph"/>
      </w:pPr>
      <w:r>
        <w:rPr>
          <w:sz w:val="22"/>
        </w:rPr>
        <w:t>B. $3x^2y + 4xy^2 + 3$</w:t>
      </w:r>
    </w:p>
    <w:p>
      <w:pPr>
        <w:pStyle w:val="ListParagraph"/>
      </w:pPr>
      <w:r>
        <w:rPr>
          <w:sz w:val="22"/>
        </w:rPr>
        <w:t>C. $7x^2y - 2xy^2 + 1$</w:t>
      </w:r>
    </w:p>
    <w:p>
      <w:pPr>
        <w:pStyle w:val="ListParagraph"/>
      </w:pPr>
      <w:r>
        <w:rPr>
          <w:sz w:val="22"/>
        </w:rPr>
        <w:t>D. $3x^2y - 2xy^2 + 1$</w:t>
      </w:r>
    </w:p>
    <w:p/>
    <w:p>
      <w:r>
        <w:rPr>
          <w:b/>
          <w:sz w:val="24"/>
        </w:rPr>
        <w:t>Câu 9: Thu gọn đa thức $2x^2y + 3xy^2 - x^2y + xy^2 - 5$ ta được:</w:t>
      </w:r>
    </w:p>
    <w:p>
      <w:pPr>
        <w:pStyle w:val="ListParagraph"/>
      </w:pPr>
      <w:r>
        <w:rPr>
          <w:sz w:val="22"/>
        </w:rPr>
        <w:t>A. $x^2y + 4xy^2 - 5$</w:t>
      </w:r>
    </w:p>
    <w:p>
      <w:pPr>
        <w:pStyle w:val="ListParagraph"/>
      </w:pPr>
      <w:r>
        <w:rPr>
          <w:sz w:val="22"/>
        </w:rPr>
        <w:t>B. $3x^2y + 4xy^2 - 5$</w:t>
      </w:r>
    </w:p>
    <w:p>
      <w:pPr>
        <w:pStyle w:val="ListParagraph"/>
      </w:pPr>
      <w:r>
        <w:rPr>
          <w:sz w:val="22"/>
        </w:rPr>
        <w:t>C. $x^2y + 2xy^2 - 5$</w:t>
      </w:r>
    </w:p>
    <w:p>
      <w:pPr>
        <w:pStyle w:val="ListParagraph"/>
      </w:pPr>
      <w:r>
        <w:rPr>
          <w:sz w:val="22"/>
        </w:rPr>
        <w:t>D. $x^2y + 4xy^2 + 5$</w:t>
      </w:r>
    </w:p>
    <w:p/>
    <w:p>
      <w:r>
        <w:rPr>
          <w:b/>
          <w:sz w:val="24"/>
        </w:rPr>
        <w:t>Câu 10: Cho đa thức $M = 3x^2y - 2xy + 1$. Tìm đa thức $N$ sao cho $M + N = 5x^2y - 3xy + 2$.</w:t>
      </w:r>
    </w:p>
    <w:p>
      <w:pPr>
        <w:pStyle w:val="ListParagraph"/>
      </w:pPr>
      <w:r>
        <w:rPr>
          <w:sz w:val="22"/>
        </w:rPr>
        <w:t>A. $2x^2y - xy + 1$</w:t>
      </w:r>
    </w:p>
    <w:p>
      <w:pPr>
        <w:pStyle w:val="ListParagraph"/>
      </w:pPr>
      <w:r>
        <w:rPr>
          <w:sz w:val="22"/>
        </w:rPr>
        <w:t>B. $2x^2y + xy + 1$</w:t>
      </w:r>
    </w:p>
    <w:p>
      <w:pPr>
        <w:pStyle w:val="ListParagraph"/>
      </w:pPr>
      <w:r>
        <w:rPr>
          <w:sz w:val="22"/>
        </w:rPr>
        <w:t>C. $8x^2y - 5xy + 3$</w:t>
      </w:r>
    </w:p>
    <w:p>
      <w:pPr>
        <w:pStyle w:val="ListParagraph"/>
      </w:pPr>
      <w:r>
        <w:rPr>
          <w:sz w:val="22"/>
        </w:rPr>
        <w:t>D. $2x^2y - xy - 1$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