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 trắc nghiệm Tiếng Anh - Question 13:</w:t>
      </w:r>
    </w:p>
    <w:p>
      <w:pPr>
        <w:jc w:val="center"/>
      </w:pPr>
      <w:r>
        <w:rPr>
          <w:sz w:val="22"/>
        </w:rPr>
        <w:t>Số câu: 15    Thời gian: _____ phút    Họ và tên: _________________________</w:t>
      </w:r>
    </w:p>
    <w:p/>
    <w:p>
      <w:r>
        <w:rPr>
          <w:b/>
          <w:sz w:val="24"/>
        </w:rPr>
        <w:t>Câu 1: Mark the letter A, B, C or D on your answer sheet to indicate the best arrangement of utterances or sentences to make a meaningful exchange or text in each of the following questions.</w:t>
        <w:br/>
        <w:t>a. Tom: Look at that red bird in the tree! Isn't it beautiful?</w:t>
        <w:br/>
        <w:t>b. Sarah: Yes, it is! I think it's a cardinal. Do you want to take a photo?</w:t>
        <w:br/>
        <w:t>c. Tom: Great idea! Let's take one together with the bird in the background.</w:t>
      </w:r>
    </w:p>
    <w:p>
      <w:pPr>
        <w:pStyle w:val="ListParagraph"/>
      </w:pPr>
      <w:r>
        <w:rPr>
          <w:sz w:val="22"/>
        </w:rPr>
        <w:t>A. a-b-c</w:t>
      </w:r>
    </w:p>
    <w:p>
      <w:pPr>
        <w:pStyle w:val="ListParagraph"/>
      </w:pPr>
      <w:r>
        <w:rPr>
          <w:sz w:val="22"/>
        </w:rPr>
        <w:t>B. b-a-c</w:t>
      </w:r>
    </w:p>
    <w:p>
      <w:pPr>
        <w:pStyle w:val="ListParagraph"/>
      </w:pPr>
      <w:r>
        <w:rPr>
          <w:sz w:val="22"/>
        </w:rPr>
        <w:t>C. c-b-a</w:t>
      </w:r>
    </w:p>
    <w:p>
      <w:pPr>
        <w:pStyle w:val="ListParagraph"/>
      </w:pPr>
      <w:r>
        <w:rPr>
          <w:sz w:val="22"/>
        </w:rPr>
        <w:t>D. b-c-a</w:t>
      </w:r>
    </w:p>
    <w:p/>
    <w:p>
      <w:r>
        <w:rPr>
          <w:b/>
          <w:sz w:val="24"/>
        </w:rPr>
        <w:t>Câu 2: Mark the letter A, B, C or D on your answer sheet to indicate the best arrangement of utterances or sentences to make a meaningful exchange or text in each of the following questions.</w:t>
        <w:br/>
        <w:t>a. Although social media connects young people globally, they often struggle to see beyond stereotypes that can limit true cultural understanding.</w:t>
        <w:br/>
        <w:t>b. If schools provide more cultural exchange opportunities, students can build relationships that break down barriers while learning new perspectives.</w:t>
        <w:br/>
        <w:t>c. Since technology makes the world smaller each day, Gen Z has unprecedented opportunities to create a future where cultural differences are celebrated rather than feared.</w:t>
        <w:br/>
        <w:t>d. When Gen Z members embrace diversity in their communities, they develop skills that will help them succeed in the international workplace.</w:t>
        <w:br/>
        <w:t>e. Generation Z faces unique challenges when they try to understand different cultures, which is becoming essential in our connected world.</w:t>
      </w:r>
    </w:p>
    <w:p>
      <w:pPr>
        <w:pStyle w:val="ListParagraph"/>
      </w:pPr>
      <w:r>
        <w:rPr>
          <w:sz w:val="22"/>
        </w:rPr>
        <w:t>A. b-d-e-a-c</w:t>
      </w:r>
    </w:p>
    <w:p>
      <w:pPr>
        <w:pStyle w:val="ListParagraph"/>
      </w:pPr>
      <w:r>
        <w:rPr>
          <w:sz w:val="22"/>
        </w:rPr>
        <w:t>B. d-a-e-b-c</w:t>
      </w:r>
    </w:p>
    <w:p>
      <w:pPr>
        <w:pStyle w:val="ListParagraph"/>
      </w:pPr>
      <w:r>
        <w:rPr>
          <w:sz w:val="22"/>
        </w:rPr>
        <w:t>C. a-b-d-e-c</w:t>
      </w:r>
    </w:p>
    <w:p>
      <w:pPr>
        <w:pStyle w:val="ListParagraph"/>
      </w:pPr>
      <w:r>
        <w:rPr>
          <w:sz w:val="22"/>
        </w:rPr>
        <w:t>D. e-a-d-b-c</w:t>
      </w:r>
    </w:p>
    <w:p/>
    <w:p>
      <w:r>
        <w:rPr>
          <w:b/>
          <w:sz w:val="24"/>
        </w:rPr>
        <w:t>Câu 3: Mark the letter A, B, C or D on your answer sheet to indicate the best arrangement of utterances or sentences to make a meaningful exchange or text in each of the following questions.</w:t>
        <w:br/>
        <w:t>a. Although language differences create barriers, digital tools help people communicate when they work in international teams.</w:t>
        <w:br/>
        <w:t>b. Workers today can find jobs in many countries, which opens doors that were closed to previous generations.</w:t>
        <w:br/>
        <w:t>c. Since the global economy continues to connect distant markets, workers who adapt to multicultural environments will find more opportunities for growth and advancement.</w:t>
        <w:br/>
        <w:t>d. When professionals understand cultural differences in the workplace, they build stronger relationships that lead to better business results.</w:t>
        <w:br/>
        <w:t>e. If companies invest in diversity training, employees from different backgrounds can share ideas that create innovative solutions.</w:t>
      </w:r>
    </w:p>
    <w:p>
      <w:pPr>
        <w:pStyle w:val="ListParagraph"/>
      </w:pPr>
      <w:r>
        <w:rPr>
          <w:sz w:val="22"/>
        </w:rPr>
        <w:t>A. b-d-a-e-c</w:t>
      </w:r>
    </w:p>
    <w:p>
      <w:pPr>
        <w:pStyle w:val="ListParagraph"/>
      </w:pPr>
      <w:r>
        <w:rPr>
          <w:sz w:val="22"/>
        </w:rPr>
        <w:t>B. b-c-a-e-d</w:t>
      </w:r>
    </w:p>
    <w:p>
      <w:pPr>
        <w:pStyle w:val="ListParagraph"/>
      </w:pPr>
      <w:r>
        <w:rPr>
          <w:sz w:val="22"/>
        </w:rPr>
        <w:t>C. b-a-d-e-c</w:t>
      </w:r>
    </w:p>
    <w:p>
      <w:pPr>
        <w:pStyle w:val="ListParagraph"/>
      </w:pPr>
      <w:r>
        <w:rPr>
          <w:sz w:val="22"/>
        </w:rPr>
        <w:t>D. b-e-c-d-a</w:t>
      </w:r>
    </w:p>
    <w:p/>
    <w:p>
      <w:r>
        <w:rPr>
          <w:b/>
          <w:sz w:val="24"/>
        </w:rPr>
        <w:t>Câu 4: Read the following passage about How Artificial Intelligence is Solving Environmental Challenges and mark the letter A, B, C or D on your answer sheet to indicate the option that best fits each of the numbered blanks from 18 to 22.</w:t>
        <w:br/>
        <w:t>Artificial intelligence has emerged as a powerful tool in addressing environmental challenges. Many scientists who work in this field believe that AI technologies can revolutionize how we monitor ecological threats. The data (18) and climate patterns with unprecedented accuracy.</w:t>
      </w:r>
    </w:p>
    <w:p>
      <w:pPr>
        <w:pStyle w:val="ListParagraph"/>
      </w:pPr>
      <w:r>
        <w:rPr>
          <w:sz w:val="22"/>
        </w:rPr>
        <w:t>A. collected by satellites which processes with algorithms sophisticated to measure temperature</w:t>
      </w:r>
    </w:p>
    <w:p>
      <w:pPr>
        <w:pStyle w:val="ListParagraph"/>
      </w:pPr>
      <w:r>
        <w:rPr>
          <w:sz w:val="22"/>
        </w:rPr>
        <w:t>B. having gathered from drones is evaluated using modern technology to identify pollution</w:t>
      </w:r>
    </w:p>
    <w:p>
      <w:pPr>
        <w:pStyle w:val="ListParagraph"/>
      </w:pPr>
      <w:r>
        <w:rPr>
          <w:sz w:val="22"/>
        </w:rPr>
        <w:t>C. collected by satellites is being processed by sophisticated algorithms to track deforestation</w:t>
      </w:r>
    </w:p>
    <w:p>
      <w:pPr>
        <w:pStyle w:val="ListParagraph"/>
      </w:pPr>
      <w:r>
        <w:rPr>
          <w:sz w:val="22"/>
        </w:rPr>
        <w:t>D. collected by researchers that analyzing through computer systems to predict weather patterns</w:t>
      </w:r>
    </w:p>
    <w:p/>
    <w:p>
      <w:r>
        <w:rPr>
          <w:b/>
          <w:sz w:val="24"/>
        </w:rPr>
        <w:t>Câu 5: One promising application of green AI is in energy management. Smart grids, (19) have been implemented with remarkable results. Not only do these systems reduce energy waste, but they also integrate renewable energy sources more efficiently. Had engineers developed these technologies earlier, we might have avoided some current climate challenges.</w:t>
      </w:r>
    </w:p>
    <w:p>
      <w:pPr>
        <w:pStyle w:val="ListParagraph"/>
      </w:pPr>
      <w:r>
        <w:rPr>
          <w:sz w:val="22"/>
        </w:rPr>
        <w:t>A. utilized AI to optimize water conservation</w:t>
      </w:r>
    </w:p>
    <w:p>
      <w:pPr>
        <w:pStyle w:val="ListParagraph"/>
      </w:pPr>
      <w:r>
        <w:rPr>
          <w:sz w:val="22"/>
        </w:rPr>
        <w:t>B. which utilize AI to optimize electricity distribution</w:t>
      </w:r>
    </w:p>
    <w:p>
      <w:pPr>
        <w:pStyle w:val="ListParagraph"/>
      </w:pPr>
      <w:r>
        <w:rPr>
          <w:sz w:val="22"/>
        </w:rPr>
        <w:t>C. where AI is using for reducing carbon emissions</w:t>
      </w:r>
    </w:p>
    <w:p>
      <w:pPr>
        <w:pStyle w:val="ListParagraph"/>
      </w:pPr>
      <w:r>
        <w:rPr>
          <w:sz w:val="22"/>
        </w:rPr>
        <w:t>D. will utilize AI to monitor forest recovery</w:t>
      </w:r>
    </w:p>
    <w:p/>
    <w:p>
      <w:r>
        <w:rPr>
          <w:b/>
          <w:sz w:val="24"/>
        </w:rPr>
        <w:t>Câu 6: (20) Researchers are using machine learning to analyze animal sounds, identifying species across vast territories. This technology helps protect endangered species by monitoring habitats and detecting illegal poaching. AI systems can process thousands of camera trap images, providing valuable data about wildlife behavior.</w:t>
      </w:r>
    </w:p>
    <w:p>
      <w:pPr>
        <w:pStyle w:val="ListParagraph"/>
      </w:pPr>
      <w:r>
        <w:rPr>
          <w:sz w:val="22"/>
        </w:rPr>
        <w:t>A. Conservation efforts have benefited from artificial intelligence</w:t>
      </w:r>
    </w:p>
    <w:p>
      <w:pPr>
        <w:pStyle w:val="ListParagraph"/>
      </w:pPr>
      <w:r>
        <w:rPr>
          <w:sz w:val="22"/>
        </w:rPr>
        <w:t>B. Agricultural production will decrease with technological advancement</w:t>
      </w:r>
    </w:p>
    <w:p>
      <w:pPr>
        <w:pStyle w:val="ListParagraph"/>
      </w:pPr>
      <w:r>
        <w:rPr>
          <w:sz w:val="22"/>
        </w:rPr>
        <w:t>C. Climate researchers often reject computerized monitoring systems</w:t>
      </w:r>
    </w:p>
    <w:p>
      <w:pPr>
        <w:pStyle w:val="ListParagraph"/>
      </w:pPr>
      <w:r>
        <w:rPr>
          <w:sz w:val="22"/>
        </w:rPr>
        <w:t>D. Traditional methods outperform modern technological approaches</w:t>
      </w:r>
    </w:p>
    <w:p/>
    <w:p>
      <w:r>
        <w:rPr>
          <w:b/>
          <w:sz w:val="24"/>
        </w:rPr>
        <w:t>Câu 7: In agriculture, AI is transforming farming practices to be more sustainable. Drones equipped with AI cameras can monitor crop health and detect pests, reducing harmful chemicals. Farmers save money and time while protecting the environment; (21) These techniques are valuable in regions facing water scarcity.</w:t>
      </w:r>
    </w:p>
    <w:p>
      <w:pPr>
        <w:pStyle w:val="ListParagraph"/>
      </w:pPr>
      <w:r>
        <w:rPr>
          <w:sz w:val="22"/>
        </w:rPr>
        <w:t>A. however, farmers reduce production due to technological limitations</w:t>
      </w:r>
    </w:p>
    <w:p>
      <w:pPr>
        <w:pStyle w:val="ListParagraph"/>
      </w:pPr>
      <w:r>
        <w:rPr>
          <w:sz w:val="22"/>
        </w:rPr>
        <w:t>B. therefore, costs rise significantly despite advanced farming methods</w:t>
      </w:r>
    </w:p>
    <w:p>
      <w:pPr>
        <w:pStyle w:val="ListParagraph"/>
      </w:pPr>
      <w:r>
        <w:rPr>
          <w:sz w:val="22"/>
        </w:rPr>
        <w:t>C. meanwhile, crop quality declines through automated harvesting systems</w:t>
      </w:r>
    </w:p>
    <w:p>
      <w:pPr>
        <w:pStyle w:val="ListParagraph"/>
      </w:pPr>
      <w:r>
        <w:rPr>
          <w:sz w:val="22"/>
        </w:rPr>
        <w:t>D. moreover, they increase yields through efficient resource management</w:t>
      </w:r>
    </w:p>
    <w:p/>
    <w:p>
      <w:r>
        <w:rPr>
          <w:b/>
          <w:sz w:val="24"/>
        </w:rPr>
        <w:t>Câu 8: The future of environmental protection depends on harnessing technology responsibly, and AI represents one of our most powerful tools. We, combining human expertise with machine intelligence, (22) Though challenges remain in ensuring accessibility, the potential benefits of green AI are immense.</w:t>
      </w:r>
    </w:p>
    <w:p>
      <w:pPr>
        <w:pStyle w:val="ListParagraph"/>
      </w:pPr>
      <w:r>
        <w:rPr>
          <w:sz w:val="22"/>
        </w:rPr>
        <w:t>A. who oppose technological advances in climate science</w:t>
      </w:r>
    </w:p>
    <w:p>
      <w:pPr>
        <w:pStyle w:val="ListParagraph"/>
      </w:pPr>
      <w:r>
        <w:rPr>
          <w:sz w:val="22"/>
        </w:rPr>
        <w:t>B. can develop effective solutions to environmental problems</w:t>
      </w:r>
    </w:p>
    <w:p>
      <w:pPr>
        <w:pStyle w:val="ListParagraph"/>
      </w:pPr>
      <w:r>
        <w:rPr>
          <w:sz w:val="22"/>
        </w:rPr>
        <w:t>C. developing costly barriers to agricultural modernization</w:t>
      </w:r>
    </w:p>
    <w:p>
      <w:pPr>
        <w:pStyle w:val="ListParagraph"/>
      </w:pPr>
      <w:r>
        <w:rPr>
          <w:sz w:val="22"/>
        </w:rPr>
        <w:t>D. having reduced wildlife protection in developing regions</w:t>
      </w:r>
    </w:p>
    <w:p/>
    <w:p>
      <w:r>
        <w:rPr>
          <w:b/>
          <w:sz w:val="24"/>
        </w:rPr>
        <w:t>Câu 9: The phrase "turned something upside down" in paragraph 1 could be best replaced by</w:t>
      </w:r>
    </w:p>
    <w:p>
      <w:pPr>
        <w:pStyle w:val="ListParagraph"/>
      </w:pPr>
      <w:r>
        <w:rPr>
          <w:sz w:val="22"/>
        </w:rPr>
        <w:t>A. shook up</w:t>
      </w:r>
    </w:p>
    <w:p>
      <w:pPr>
        <w:pStyle w:val="ListParagraph"/>
      </w:pPr>
      <w:r>
        <w:rPr>
          <w:sz w:val="22"/>
        </w:rPr>
        <w:t>B. took over</w:t>
      </w:r>
    </w:p>
    <w:p>
      <w:pPr>
        <w:pStyle w:val="ListParagraph"/>
      </w:pPr>
      <w:r>
        <w:rPr>
          <w:sz w:val="22"/>
        </w:rPr>
        <w:t>C. brought about</w:t>
      </w:r>
    </w:p>
    <w:p>
      <w:pPr>
        <w:pStyle w:val="ListParagraph"/>
      </w:pPr>
      <w:r>
        <w:rPr>
          <w:sz w:val="22"/>
        </w:rPr>
        <w:t>D. broke down</w:t>
      </w:r>
    </w:p>
    <w:p/>
    <w:p>
      <w:r>
        <w:rPr>
          <w:b/>
          <w:sz w:val="24"/>
        </w:rPr>
        <w:t>Câu 10: The word "reproduction" in paragraph 3 is OPPOSITE in meaning to</w:t>
      </w:r>
    </w:p>
    <w:p>
      <w:pPr>
        <w:pStyle w:val="ListParagraph"/>
      </w:pPr>
      <w:r>
        <w:rPr>
          <w:sz w:val="22"/>
        </w:rPr>
        <w:t>A. replication</w:t>
      </w:r>
    </w:p>
    <w:p>
      <w:pPr>
        <w:pStyle w:val="ListParagraph"/>
      </w:pPr>
      <w:r>
        <w:rPr>
          <w:sz w:val="22"/>
        </w:rPr>
        <w:t>B. duplication</w:t>
      </w:r>
    </w:p>
    <w:p>
      <w:pPr>
        <w:pStyle w:val="ListParagraph"/>
      </w:pPr>
      <w:r>
        <w:rPr>
          <w:sz w:val="22"/>
        </w:rPr>
        <w:t>C. origination</w:t>
      </w:r>
    </w:p>
    <w:p>
      <w:pPr>
        <w:pStyle w:val="ListParagraph"/>
      </w:pPr>
      <w:r>
        <w:rPr>
          <w:sz w:val="22"/>
        </w:rPr>
        <w:t>D. recreation</w:t>
      </w:r>
    </w:p>
    <w:p/>
    <w:p>
      <w:r>
        <w:rPr>
          <w:b/>
          <w:sz w:val="24"/>
        </w:rPr>
        <w:t>Câu 11: Which of the following best paraphrases the underlined sentence in paragraph 4? (Underlined sentence: "Living in spaces incorporating diverse elements fosters openness to different perspectives.")</w:t>
      </w:r>
    </w:p>
    <w:p>
      <w:pPr>
        <w:pStyle w:val="ListParagraph"/>
      </w:pPr>
      <w:r>
        <w:rPr>
          <w:sz w:val="22"/>
        </w:rPr>
        <w:t>A. Homes with global influences help residents appreciate aesthetic differences.</w:t>
      </w:r>
    </w:p>
    <w:p>
      <w:pPr>
        <w:pStyle w:val="ListParagraph"/>
      </w:pPr>
      <w:r>
        <w:rPr>
          <w:sz w:val="22"/>
        </w:rPr>
        <w:t>B. Living with cultural elements requires residents to accept unfamiliar concepts.</w:t>
      </w:r>
    </w:p>
    <w:p>
      <w:pPr>
        <w:pStyle w:val="ListParagraph"/>
      </w:pPr>
      <w:r>
        <w:rPr>
          <w:sz w:val="22"/>
        </w:rPr>
        <w:t>C. People who design multicultural homes tend to have more progressive attitudes.</w:t>
      </w:r>
    </w:p>
    <w:p>
      <w:pPr>
        <w:pStyle w:val="ListParagraph"/>
      </w:pPr>
      <w:r>
        <w:rPr>
          <w:sz w:val="22"/>
        </w:rPr>
        <w:t>D. Diverse architectural spaces encourage people to develop more inclusive worldviews.</w:t>
      </w:r>
    </w:p>
    <w:p/>
    <w:p>
      <w:r>
        <w:rPr>
          <w:b/>
          <w:sz w:val="24"/>
        </w:rPr>
        <w:t>Câu 12: The word "their" in paragraph 4 refers to</w:t>
      </w:r>
    </w:p>
    <w:p>
      <w:pPr>
        <w:pStyle w:val="ListParagraph"/>
      </w:pPr>
      <w:r>
        <w:rPr>
          <w:sz w:val="22"/>
        </w:rPr>
        <w:t>A. educational institutions</w:t>
      </w:r>
    </w:p>
    <w:p>
      <w:pPr>
        <w:pStyle w:val="ListParagraph"/>
      </w:pPr>
      <w:r>
        <w:rPr>
          <w:sz w:val="22"/>
        </w:rPr>
        <w:t>B. learning environments</w:t>
      </w:r>
    </w:p>
    <w:p>
      <w:pPr>
        <w:pStyle w:val="ListParagraph"/>
      </w:pPr>
      <w:r>
        <w:rPr>
          <w:sz w:val="22"/>
        </w:rPr>
        <w:t>C. global mindsets</w:t>
      </w:r>
    </w:p>
    <w:p>
      <w:pPr>
        <w:pStyle w:val="ListParagraph"/>
      </w:pPr>
      <w:r>
        <w:rPr>
          <w:sz w:val="22"/>
        </w:rPr>
        <w:t>D. these principles</w:t>
      </w:r>
    </w:p>
    <w:p/>
    <w:p>
      <w:r>
        <w:rPr>
          <w:b/>
          <w:sz w:val="24"/>
        </w:rPr>
        <w:t>Câu 13: Which of the following is TRUE according to the passage?</w:t>
      </w:r>
    </w:p>
    <w:p>
      <w:pPr>
        <w:pStyle w:val="ListParagraph"/>
      </w:pPr>
      <w:r>
        <w:rPr>
          <w:sz w:val="22"/>
        </w:rPr>
        <w:t>A. Multicultural design principles enhance both environmental sustainability and social cohesion.</w:t>
      </w:r>
    </w:p>
    <w:p>
      <w:pPr>
        <w:pStyle w:val="ListParagraph"/>
      </w:pPr>
      <w:r>
        <w:rPr>
          <w:sz w:val="22"/>
        </w:rPr>
        <w:t>B. Virtual reality has replaced traditional architectural elements in most modern homes.</w:t>
      </w:r>
    </w:p>
    <w:p>
      <w:pPr>
        <w:pStyle w:val="ListParagraph"/>
      </w:pPr>
      <w:r>
        <w:rPr>
          <w:sz w:val="22"/>
        </w:rPr>
        <w:t>C. Japanese minimalism conflicts with Western design concepts in contemporary architecture.</w:t>
      </w:r>
    </w:p>
    <w:p>
      <w:pPr>
        <w:pStyle w:val="ListParagraph"/>
      </w:pPr>
      <w:r>
        <w:rPr>
          <w:sz w:val="22"/>
        </w:rPr>
        <w:t>D. Educational institutions resist incorporating multicultural principles into learning spaces.</w:t>
      </w:r>
    </w:p>
    <w:p/>
    <w:p>
      <w:r>
        <w:rPr>
          <w:b/>
          <w:sz w:val="24"/>
        </w:rPr>
        <w:t>Câu 14: Which of the following can be inferred from the passage?</w:t>
      </w:r>
    </w:p>
    <w:p>
      <w:pPr>
        <w:pStyle w:val="ListParagraph"/>
      </w:pPr>
      <w:r>
        <w:rPr>
          <w:sz w:val="22"/>
        </w:rPr>
        <w:t>A. Traditional architectural styles will eventually disappear as fusion designs gain popularity.</w:t>
      </w:r>
    </w:p>
    <w:p>
      <w:pPr>
        <w:pStyle w:val="ListParagraph"/>
      </w:pPr>
      <w:r>
        <w:rPr>
          <w:sz w:val="22"/>
        </w:rPr>
        <w:t>B. Technology is the primary driver of all innovations in contemporary architectural design.</w:t>
      </w:r>
    </w:p>
    <w:p>
      <w:pPr>
        <w:pStyle w:val="ListParagraph"/>
      </w:pPr>
      <w:r>
        <w:rPr>
          <w:sz w:val="22"/>
        </w:rPr>
        <w:t>C. Multicultural architecture will likely become more prevalent as global challenges increase.</w:t>
      </w:r>
    </w:p>
    <w:p>
      <w:pPr>
        <w:pStyle w:val="ListParagraph"/>
      </w:pPr>
      <w:r>
        <w:rPr>
          <w:sz w:val="22"/>
        </w:rPr>
        <w:t>D. Younger generations prefer purely aesthetic benefits over practical aspects of architecture.</w:t>
      </w:r>
    </w:p>
    <w:p/>
    <w:p>
      <w:r>
        <w:rPr>
          <w:b/>
          <w:sz w:val="24"/>
        </w:rPr>
        <w:t>Câu 15: Which of the following best summarises the passage?</w:t>
      </w:r>
    </w:p>
    <w:p>
      <w:pPr>
        <w:pStyle w:val="ListParagraph"/>
      </w:pPr>
      <w:r>
        <w:rPr>
          <w:sz w:val="22"/>
        </w:rPr>
        <w:t>A. Technological innovations have revolutionized architectural design in unprecedented ways.</w:t>
      </w:r>
    </w:p>
    <w:p>
      <w:pPr>
        <w:pStyle w:val="ListParagraph"/>
      </w:pPr>
      <w:r>
        <w:rPr>
          <w:sz w:val="22"/>
        </w:rPr>
        <w:t>B. Global citizenship requires living spaces that incorporate elements from various cultural traditions.</w:t>
      </w:r>
    </w:p>
    <w:p>
      <w:pPr>
        <w:pStyle w:val="ListParagraph"/>
      </w:pPr>
      <w:r>
        <w:rPr>
          <w:sz w:val="22"/>
        </w:rPr>
        <w:t>C. Multicultural architecture combines diverse elements to create sustainable and socially impactful spaces.</w:t>
      </w:r>
    </w:p>
    <w:p>
      <w:pPr>
        <w:pStyle w:val="ListParagraph"/>
      </w:pPr>
      <w:r>
        <w:rPr>
          <w:sz w:val="22"/>
        </w:rPr>
        <w:t>D. Modern architects prioritize aesthetic appeal over practical considerations in contemporary designs.</w:t>
      </w:r>
    </w:p>
    <w:p/>
    <w:p>
      <w:r>
        <w:t>──────────────────────────────────────────────────</w:t>
      </w:r>
    </w:p>
    <w:p>
      <w:r>
        <w:rPr>
          <w:b/>
        </w:rPr>
        <w:t>BẢNG ĐÁP ÁN &amp; LỜI GIẢI CHI TIẾT</w:t>
      </w:r>
    </w:p>
    <w:p>
      <w:r>
        <w:rPr>
          <w:b/>
        </w:rPr>
        <w:t>Câu 1: Đáp án đúng: A</w:t>
      </w:r>
    </w:p>
    <w:p>
      <w:r>
        <w:rPr>
          <w:b/>
        </w:rPr>
        <w:t>Câu 2: Đáp án đúng: D</w:t>
      </w:r>
    </w:p>
    <w:p>
      <w:r>
        <w:rPr>
          <w:b/>
        </w:rPr>
        <w:t>Câu 3: Đáp án đúng: C</w:t>
      </w:r>
    </w:p>
    <w:p>
      <w:r>
        <w:rPr>
          <w:b/>
        </w:rPr>
        <w:t>Câu 4: Đáp án đúng: C</w:t>
      </w:r>
    </w:p>
    <w:p>
      <w:r>
        <w:rPr>
          <w:b/>
        </w:rPr>
        <w:t>Câu 5: Đáp án đúng: B</w:t>
      </w:r>
    </w:p>
    <w:p>
      <w:r>
        <w:rPr>
          <w:b/>
        </w:rPr>
        <w:t>Câu 6: Đáp án đúng: A</w:t>
      </w:r>
    </w:p>
    <w:p>
      <w:r>
        <w:rPr>
          <w:b/>
        </w:rPr>
        <w:t>Câu 7: Đáp án đúng: D</w:t>
      </w:r>
    </w:p>
    <w:p>
      <w:r>
        <w:rPr>
          <w:b/>
        </w:rPr>
        <w:t>Câu 8: Đáp án đúng: B</w:t>
      </w:r>
    </w:p>
    <w:p>
      <w:r>
        <w:rPr>
          <w:b/>
        </w:rPr>
        <w:t>Câu 9: Đáp án đúng: A</w:t>
      </w:r>
    </w:p>
    <w:p>
      <w:r>
        <w:rPr>
          <w:b/>
        </w:rPr>
        <w:t>Câu 10: Đáp án đúng: C</w:t>
      </w:r>
    </w:p>
    <w:p>
      <w:r>
        <w:rPr>
          <w:b/>
        </w:rPr>
        <w:t>Câu 11: Đáp án đúng: D</w:t>
      </w:r>
    </w:p>
    <w:p>
      <w:r>
        <w:rPr>
          <w:b/>
        </w:rPr>
        <w:t>Câu 12: Đáp án đúng: A</w:t>
      </w:r>
    </w:p>
    <w:p>
      <w:r>
        <w:rPr>
          <w:b/>
        </w:rPr>
        <w:t>Câu 13: Đáp án đúng: A</w:t>
      </w:r>
    </w:p>
    <w:p>
      <w:r>
        <w:rPr>
          <w:b/>
        </w:rPr>
        <w:t>Câu 14: Đáp án đúng: C</w:t>
      </w:r>
    </w:p>
    <w:p>
      <w:r>
        <w:rPr>
          <w:b/>
        </w:rPr>
        <w:t>Câu 15: Đáp án đúng: C</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