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jc w:val="center"/>
      </w:pPr>
      <w:r>
        <w:rPr>
          <w:color w:val="0A2463"/>
          <w:sz w:val="32"/>
        </w:rPr>
        <w:t>Kiểm tra 15p Lịch sử 7 Kết nối tri thức</w:t>
      </w:r>
    </w:p>
    <w:p>
      <w:pPr>
        <w:jc w:val="center"/>
      </w:pPr>
      <w:r>
        <w:rPr>
          <w:sz w:val="22"/>
        </w:rPr>
        <w:t>Số câu: 10    Thời gian: _____ phút    Họ và tên: _________________________</w:t>
      </w:r>
    </w:p>
    <w:p/>
    <w:p>
      <w:r>
        <w:rPr>
          <w:b/>
          <w:sz w:val="24"/>
        </w:rPr>
        <w:t>Câu 1: Cuộc phát kiến địa lí nào do Christopher Columbus thực hiện?</w:t>
      </w:r>
    </w:p>
    <w:p>
      <w:pPr>
        <w:pStyle w:val="ListParagraph"/>
      </w:pPr>
      <w:r>
        <w:rPr>
          <w:sz w:val="22"/>
        </w:rPr>
        <w:t>A. Tìm đường biển đến Ấn Độ</w:t>
      </w:r>
    </w:p>
    <w:p>
      <w:pPr>
        <w:pStyle w:val="ListParagraph"/>
      </w:pPr>
      <w:r>
        <w:rPr>
          <w:sz w:val="22"/>
        </w:rPr>
        <w:t>B. Tìm đường biển đến châu Mỹ</w:t>
      </w:r>
    </w:p>
    <w:p>
      <w:pPr>
        <w:pStyle w:val="ListParagraph"/>
      </w:pPr>
      <w:r>
        <w:rPr>
          <w:sz w:val="22"/>
        </w:rPr>
        <w:t>C. Đi vòng quanh thế giới</w:t>
      </w:r>
    </w:p>
    <w:p>
      <w:pPr>
        <w:pStyle w:val="ListParagraph"/>
      </w:pPr>
      <w:r>
        <w:rPr>
          <w:sz w:val="22"/>
        </w:rPr>
        <w:t>D. Khám phá châu Úc</w:t>
      </w:r>
    </w:p>
    <w:p/>
    <w:p>
      <w:r>
        <w:rPr>
          <w:b/>
          <w:sz w:val="24"/>
        </w:rPr>
        <w:t>Câu 2: Ai là người đầu tiên đi vòng quanh thế giới bằng đường biển?</w:t>
      </w:r>
    </w:p>
    <w:p>
      <w:pPr>
        <w:pStyle w:val="ListParagraph"/>
      </w:pPr>
      <w:r>
        <w:rPr>
          <w:sz w:val="22"/>
        </w:rPr>
        <w:t>A. Vasco da Gama</w:t>
      </w:r>
    </w:p>
    <w:p>
      <w:pPr>
        <w:pStyle w:val="ListParagraph"/>
      </w:pPr>
      <w:r>
        <w:rPr>
          <w:sz w:val="22"/>
        </w:rPr>
        <w:t>B. Christopher Columbus</w:t>
      </w:r>
    </w:p>
    <w:p>
      <w:pPr>
        <w:pStyle w:val="ListParagraph"/>
      </w:pPr>
      <w:r>
        <w:rPr>
          <w:sz w:val="22"/>
        </w:rPr>
        <w:t>C. Ferdinand Magellan</w:t>
      </w:r>
    </w:p>
    <w:p>
      <w:pPr>
        <w:pStyle w:val="ListParagraph"/>
      </w:pPr>
      <w:r>
        <w:rPr>
          <w:sz w:val="22"/>
        </w:rPr>
        <w:t>D. James Cook</w:t>
      </w:r>
    </w:p>
    <w:p/>
    <w:p>
      <w:r>
        <w:rPr>
          <w:b/>
          <w:sz w:val="24"/>
        </w:rPr>
        <w:t>Câu 3: Cuộc phát kiến địa lí nào đã mở ra con đường biển từ châu Âu đến Ấn Độ?</w:t>
      </w:r>
    </w:p>
    <w:p>
      <w:pPr>
        <w:pStyle w:val="ListParagraph"/>
      </w:pPr>
      <w:r>
        <w:rPr>
          <w:sz w:val="22"/>
        </w:rPr>
        <w:t>A. Christopher Columbus đến châu Mỹ</w:t>
      </w:r>
    </w:p>
    <w:p>
      <w:pPr>
        <w:pStyle w:val="ListParagraph"/>
      </w:pPr>
      <w:r>
        <w:rPr>
          <w:sz w:val="22"/>
        </w:rPr>
        <w:t>B. Vasco da Gama đến Ấn Độ</w:t>
      </w:r>
    </w:p>
    <w:p>
      <w:pPr>
        <w:pStyle w:val="ListParagraph"/>
      </w:pPr>
      <w:r>
        <w:rPr>
          <w:sz w:val="22"/>
        </w:rPr>
        <w:t>C. Magellan đi vòng quanh thế giới</w:t>
      </w:r>
    </w:p>
    <w:p>
      <w:pPr>
        <w:pStyle w:val="ListParagraph"/>
      </w:pPr>
      <w:r>
        <w:rPr>
          <w:sz w:val="22"/>
        </w:rPr>
        <w:t>D. Amerigo Vespucci đến châu Mỹ</w:t>
      </w:r>
    </w:p>
    <w:p/>
    <w:p>
      <w:r>
        <w:rPr>
          <w:b/>
          <w:sz w:val="24"/>
        </w:rPr>
        <w:t>Câu 4: Nguyên nhân chính dẫn đến các cuộc phát kiến địa lí ở Tây Âu thế kỷ XV-XVI là gì?</w:t>
      </w:r>
    </w:p>
    <w:p>
      <w:pPr>
        <w:pStyle w:val="ListParagraph"/>
      </w:pPr>
      <w:r>
        <w:rPr>
          <w:sz w:val="22"/>
        </w:rPr>
        <w:t>A. Nhu cầu tìm kiếm vàng bạc, hương liệu và thị trường mới</w:t>
      </w:r>
    </w:p>
    <w:p>
      <w:pPr>
        <w:pStyle w:val="ListParagraph"/>
      </w:pPr>
      <w:r>
        <w:rPr>
          <w:sz w:val="22"/>
        </w:rPr>
        <w:t>B. Muốn chinh phục các quốc gia khác</w:t>
      </w:r>
    </w:p>
    <w:p>
      <w:pPr>
        <w:pStyle w:val="ListParagraph"/>
      </w:pPr>
      <w:r>
        <w:rPr>
          <w:sz w:val="22"/>
        </w:rPr>
        <w:t>C. Do sự phát triển của khoa học kỹ thuật</w:t>
      </w:r>
    </w:p>
    <w:p>
      <w:pPr>
        <w:pStyle w:val="ListParagraph"/>
      </w:pPr>
      <w:r>
        <w:rPr>
          <w:sz w:val="22"/>
        </w:rPr>
        <w:t>D. Do sự thúc đẩy của Giáo hội Công giáo</w:t>
      </w:r>
    </w:p>
    <w:p/>
    <w:p>
      <w:r>
        <w:rPr>
          <w:b/>
          <w:sz w:val="24"/>
        </w:rPr>
        <w:t>Câu 5: Quan hệ sản xuất tư bản chủ nghĩa ở Tây Âu được hình thành dựa trên cơ sở nào?</w:t>
      </w:r>
    </w:p>
    <w:p>
      <w:pPr>
        <w:pStyle w:val="ListParagraph"/>
      </w:pPr>
      <w:r>
        <w:rPr>
          <w:sz w:val="22"/>
        </w:rPr>
        <w:t>A. Sự tan rã của chế độ phong kiến và sự phát triển của kinh tế hàng hóa</w:t>
      </w:r>
    </w:p>
    <w:p>
      <w:pPr>
        <w:pStyle w:val="ListParagraph"/>
      </w:pPr>
      <w:r>
        <w:rPr>
          <w:sz w:val="22"/>
        </w:rPr>
        <w:t>B. Sự phát triển của nông nghiệp tự cung tự cấp</w:t>
      </w:r>
    </w:p>
    <w:p>
      <w:pPr>
        <w:pStyle w:val="ListParagraph"/>
      </w:pPr>
      <w:r>
        <w:rPr>
          <w:sz w:val="22"/>
        </w:rPr>
        <w:t>C. Sự du nhập từ các nước phương Đông</w:t>
      </w:r>
    </w:p>
    <w:p>
      <w:pPr>
        <w:pStyle w:val="ListParagraph"/>
      </w:pPr>
      <w:r>
        <w:rPr>
          <w:sz w:val="22"/>
        </w:rPr>
        <w:t>D. Sự can thiệp của nhà nước phong kiến</w:t>
      </w:r>
    </w:p>
    <w:p/>
    <w:p>
      <w:r>
        <w:rPr>
          <w:b/>
          <w:sz w:val="24"/>
        </w:rPr>
        <w:t>Câu 6: Giai cấp tư sản ở Tây Âu thời kỳ này chủ yếu xuất thân từ tầng lớp nào?</w:t>
      </w:r>
    </w:p>
    <w:p>
      <w:pPr>
        <w:pStyle w:val="ListParagraph"/>
      </w:pPr>
      <w:r>
        <w:rPr>
          <w:sz w:val="22"/>
        </w:rPr>
        <w:t>A. Quý tộc phong kiến</w:t>
      </w:r>
    </w:p>
    <w:p>
      <w:pPr>
        <w:pStyle w:val="ListParagraph"/>
      </w:pPr>
      <w:r>
        <w:rPr>
          <w:sz w:val="22"/>
        </w:rPr>
        <w:t>B. Thương nhân và chủ xưởng thủ công</w:t>
      </w:r>
    </w:p>
    <w:p>
      <w:pPr>
        <w:pStyle w:val="ListParagraph"/>
      </w:pPr>
      <w:r>
        <w:rPr>
          <w:sz w:val="22"/>
        </w:rPr>
        <w:t>C. Nông dân tự do</w:t>
      </w:r>
    </w:p>
    <w:p>
      <w:pPr>
        <w:pStyle w:val="ListParagraph"/>
      </w:pPr>
      <w:r>
        <w:rPr>
          <w:sz w:val="22"/>
        </w:rPr>
        <w:t>D. Tăng lữ Giáo hội</w:t>
      </w:r>
    </w:p>
    <w:p/>
    <w:p>
      <w:r>
        <w:rPr>
          <w:b/>
          <w:sz w:val="24"/>
        </w:rPr>
        <w:t>Câu 7: Hình thức sản xuất tư bản chủ nghĩa đầu tiên ở Tây Âu là gì?</w:t>
      </w:r>
    </w:p>
    <w:p>
      <w:pPr>
        <w:pStyle w:val="ListParagraph"/>
      </w:pPr>
      <w:r>
        <w:rPr>
          <w:sz w:val="22"/>
        </w:rPr>
        <w:t>A. Công trường thủ công</w:t>
      </w:r>
    </w:p>
    <w:p>
      <w:pPr>
        <w:pStyle w:val="ListParagraph"/>
      </w:pPr>
      <w:r>
        <w:rPr>
          <w:sz w:val="22"/>
        </w:rPr>
        <w:t>B. Nông trại tư bản</w:t>
      </w:r>
    </w:p>
    <w:p>
      <w:pPr>
        <w:pStyle w:val="ListParagraph"/>
      </w:pPr>
      <w:r>
        <w:rPr>
          <w:sz w:val="22"/>
        </w:rPr>
        <w:t>C. Công xưởng cơ khí</w:t>
      </w:r>
    </w:p>
    <w:p>
      <w:pPr>
        <w:pStyle w:val="ListParagraph"/>
      </w:pPr>
      <w:r>
        <w:rPr>
          <w:sz w:val="22"/>
        </w:rPr>
        <w:t>D. Trang trại đồn điền</w:t>
      </w:r>
    </w:p>
    <w:p/>
    <w:p>
      <w:r>
        <w:rPr>
          <w:b/>
          <w:sz w:val="24"/>
        </w:rPr>
        <w:t>Câu 8: Cuộc phát kiến địa lí nào đã chứng minh Trái Đất hình cầu?</w:t>
      </w:r>
    </w:p>
    <w:p>
      <w:pPr>
        <w:pStyle w:val="ListParagraph"/>
      </w:pPr>
      <w:r>
        <w:rPr>
          <w:sz w:val="22"/>
        </w:rPr>
        <w:t>A. Columbus đến châu Mỹ</w:t>
      </w:r>
    </w:p>
    <w:p>
      <w:pPr>
        <w:pStyle w:val="ListParagraph"/>
      </w:pPr>
      <w:r>
        <w:rPr>
          <w:sz w:val="22"/>
        </w:rPr>
        <w:t>B. Vasco da Gama đến Ấn Độ</w:t>
      </w:r>
    </w:p>
    <w:p>
      <w:pPr>
        <w:pStyle w:val="ListParagraph"/>
      </w:pPr>
      <w:r>
        <w:rPr>
          <w:sz w:val="22"/>
        </w:rPr>
        <w:t>C. Magellan đi vòng quanh thế giới</w:t>
      </w:r>
    </w:p>
    <w:p>
      <w:pPr>
        <w:pStyle w:val="ListParagraph"/>
      </w:pPr>
      <w:r>
        <w:rPr>
          <w:sz w:val="22"/>
        </w:rPr>
        <w:t>D. Amerigo Vespucci đến châu Mỹ</w:t>
      </w:r>
    </w:p>
    <w:p/>
    <w:p>
      <w:r>
        <w:rPr>
          <w:b/>
          <w:sz w:val="24"/>
        </w:rPr>
        <w:t>Câu 9: Sự hình thành quan hệ sản xuất tư bản chủ nghĩa ở Tây Âu đã dẫn đến sự ra đời của hai giai cấp cơ bản nào?</w:t>
      </w:r>
    </w:p>
    <w:p>
      <w:pPr>
        <w:pStyle w:val="ListParagraph"/>
      </w:pPr>
      <w:r>
        <w:rPr>
          <w:sz w:val="22"/>
        </w:rPr>
        <w:t>A. Địa chủ và nông dân</w:t>
      </w:r>
    </w:p>
    <w:p>
      <w:pPr>
        <w:pStyle w:val="ListParagraph"/>
      </w:pPr>
      <w:r>
        <w:rPr>
          <w:sz w:val="22"/>
        </w:rPr>
        <w:t>B. Tư sản và vô sản</w:t>
      </w:r>
    </w:p>
    <w:p>
      <w:pPr>
        <w:pStyle w:val="ListParagraph"/>
      </w:pPr>
      <w:r>
        <w:rPr>
          <w:sz w:val="22"/>
        </w:rPr>
        <w:t>C. Quý tộc và nô lệ</w:t>
      </w:r>
    </w:p>
    <w:p>
      <w:pPr>
        <w:pStyle w:val="ListParagraph"/>
      </w:pPr>
      <w:r>
        <w:rPr>
          <w:sz w:val="22"/>
        </w:rPr>
        <w:t>D. Lãnh chúa và nông nô</w:t>
      </w:r>
    </w:p>
    <w:p/>
    <w:p>
      <w:r>
        <w:rPr>
          <w:b/>
          <w:sz w:val="24"/>
        </w:rPr>
        <w:t>Câu 10: Tác động của các cuộc phát kiến địa lí đến sự phát triển của chủ nghĩa tư bản ở Tây Âu là gì?</w:t>
      </w:r>
    </w:p>
    <w:p>
      <w:pPr>
        <w:pStyle w:val="ListParagraph"/>
      </w:pPr>
      <w:r>
        <w:rPr>
          <w:sz w:val="22"/>
        </w:rPr>
        <w:t>A. Mở rộng thị trường, thúc đẩy tích lũy tư bản</w:t>
      </w:r>
    </w:p>
    <w:p>
      <w:pPr>
        <w:pStyle w:val="ListParagraph"/>
      </w:pPr>
      <w:r>
        <w:rPr>
          <w:sz w:val="22"/>
        </w:rPr>
        <w:t>B. Làm suy yếu giai cấp tư sản</w:t>
      </w:r>
    </w:p>
    <w:p>
      <w:pPr>
        <w:pStyle w:val="ListParagraph"/>
      </w:pPr>
      <w:r>
        <w:rPr>
          <w:sz w:val="22"/>
        </w:rPr>
        <w:t>C. Dẫn đến sự sụp đổ của chế độ phong kiến ngay lập tức</w:t>
      </w:r>
    </w:p>
    <w:p>
      <w:pPr>
        <w:pStyle w:val="ListParagraph"/>
      </w:pPr>
      <w:r>
        <w:rPr>
          <w:sz w:val="22"/>
        </w:rPr>
        <w:t>D. Không có tác động đáng kể</w:t>
      </w:r>
    </w:p>
    <w:p/>
    <w:p>
      <w:r>
        <w:t>──────────────────────────────────────────────────</w:t>
      </w:r>
    </w:p>
    <w:p>
      <w:r>
        <w:rPr>
          <w:b/>
        </w:rPr>
        <w:t>BẢNG ĐÁP ÁN &amp; LỜI GIẢI CHI TIẾT</w:t>
      </w:r>
    </w:p>
    <w:p>
      <w:r>
        <w:rPr>
          <w:b/>
        </w:rPr>
        <w:t>Câu 1: Đáp án đúng: B</w:t>
      </w:r>
    </w:p>
    <w:p>
      <w:r>
        <w:rPr>
          <w:b/>
        </w:rPr>
        <w:t>Câu 2: Đáp án đúng: C</w:t>
      </w:r>
    </w:p>
    <w:p>
      <w:r>
        <w:rPr>
          <w:b/>
        </w:rPr>
        <w:t>Câu 3: Đáp án đúng: B</w:t>
      </w:r>
    </w:p>
    <w:p>
      <w:r>
        <w:rPr>
          <w:b/>
        </w:rPr>
        <w:t>Câu 4: Đáp án đúng: A</w:t>
      </w:r>
    </w:p>
    <w:p>
      <w:r>
        <w:rPr>
          <w:b/>
        </w:rPr>
        <w:t>Câu 5: Đáp án đúng: A</w:t>
      </w:r>
    </w:p>
    <w:p>
      <w:r>
        <w:rPr>
          <w:b/>
        </w:rPr>
        <w:t>Câu 6: Đáp án đúng: B</w:t>
      </w:r>
    </w:p>
    <w:p>
      <w:r>
        <w:rPr>
          <w:b/>
        </w:rPr>
        <w:t>Câu 7: Đáp án đúng: A</w:t>
      </w:r>
    </w:p>
    <w:p>
      <w:r>
        <w:rPr>
          <w:b/>
        </w:rPr>
        <w:t>Câu 8: Đáp án đúng: C</w:t>
      </w:r>
    </w:p>
    <w:p>
      <w:r>
        <w:rPr>
          <w:b/>
        </w:rPr>
        <w:t>Câu 9: Đáp án đúng: B</w:t>
      </w:r>
    </w:p>
    <w:p>
      <w:r>
        <w:rPr>
          <w:b/>
        </w:rPr>
        <w:t>Câu 10: Đáp án đúng: A</w:t>
      </w:r>
    </w:p>
    <w:sectPr w:rsidR="00FC693F" w:rsidRPr="0006063C" w:rsidSect="00034616">
      <w:pgSz w:w="12240" w:h="15840"/>
      <w:pgMar w:top="1134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