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ĐỀ CƯƠNG ÔN TẬP KIỂM TRA ĐỊNH KỲ HỌC KỲ I</w:t>
      </w:r>
    </w:p>
    <w:p>
      <w:pPr>
        <w:jc w:val="center"/>
      </w:pPr>
      <w:r>
        <w:rPr>
          <w:sz w:val="22"/>
        </w:rPr>
        <w:t>Số câu: 30    Thời gian: _____ phút    Họ và tên: _________________________</w:t>
      </w:r>
    </w:p>
    <w:p/>
    <w:p>
      <w:r>
        <w:rPr>
          <w:b/>
          <w:sz w:val="24"/>
        </w:rPr>
        <w:t>Câu 1: Phần mềm ứng dụng là gì?</w:t>
      </w:r>
    </w:p>
    <w:p>
      <w:pPr>
        <w:pStyle w:val="ListParagraph"/>
      </w:pPr>
      <w:r>
        <w:rPr>
          <w:sz w:val="22"/>
        </w:rPr>
        <w:t>A. Là các chương trình máy tính cho phép người sử dụng thực hiện những công việc cụ thể và xử lý loại dữ liệu cụ thể.</w:t>
      </w:r>
    </w:p>
    <w:p>
      <w:pPr>
        <w:pStyle w:val="ListParagraph"/>
      </w:pPr>
      <w:r>
        <w:rPr>
          <w:sz w:val="22"/>
        </w:rPr>
        <w:t>B. Là tập hợp các thiết bị phần cứng của máy tính như bàn phím, chuột, màn hình.</w:t>
      </w:r>
    </w:p>
    <w:p>
      <w:pPr>
        <w:pStyle w:val="ListParagraph"/>
      </w:pPr>
      <w:r>
        <w:rPr>
          <w:sz w:val="22"/>
        </w:rPr>
        <w:t>C. Là hệ thống chương trình trực tiếp quản lý và vận hành toàn bộ phần cứng máy tính.</w:t>
      </w:r>
    </w:p>
    <w:p>
      <w:pPr>
        <w:pStyle w:val="ListParagraph"/>
      </w:pPr>
      <w:r>
        <w:rPr>
          <w:sz w:val="22"/>
        </w:rPr>
        <w:t>D. Là môi trường bắt buộc phải có để khởi động và vận hành máy tính.</w:t>
      </w:r>
    </w:p>
    <w:p/>
    <w:p>
      <w:r>
        <w:rPr>
          <w:b/>
          <w:sz w:val="24"/>
        </w:rPr>
        <w:t>Câu 2: Loại tệp dữ liệu được nhận biết dựa vào thành phần nào sau đây?</w:t>
      </w:r>
    </w:p>
    <w:p>
      <w:pPr>
        <w:pStyle w:val="ListParagraph"/>
      </w:pPr>
      <w:r>
        <w:rPr>
          <w:sz w:val="22"/>
        </w:rPr>
        <w:t>A. Tên thư mục chứa tệp.</w:t>
      </w:r>
    </w:p>
    <w:p>
      <w:pPr>
        <w:pStyle w:val="ListParagraph"/>
      </w:pPr>
      <w:r>
        <w:rPr>
          <w:sz w:val="22"/>
        </w:rPr>
        <w:t>B. Phần mở rộng, gồm các ký tự sau dấu chấm cuối cùng trong tên tệp.</w:t>
      </w:r>
    </w:p>
    <w:p>
      <w:pPr>
        <w:pStyle w:val="ListParagraph"/>
      </w:pPr>
      <w:r>
        <w:rPr>
          <w:sz w:val="22"/>
        </w:rPr>
        <w:t>C. Kích thước dung lượng của tệp.</w:t>
      </w:r>
    </w:p>
    <w:p>
      <w:pPr>
        <w:pStyle w:val="ListParagraph"/>
      </w:pPr>
      <w:r>
        <w:rPr>
          <w:sz w:val="22"/>
        </w:rPr>
        <w:t>D. Ngày và giờ tệp được tạo ra.</w:t>
      </w:r>
    </w:p>
    <w:p/>
    <w:p>
      <w:r>
        <w:rPr>
          <w:b/>
          <w:sz w:val="24"/>
        </w:rPr>
        <w:t>Câu 3: Hệ điều hành nào sau đây là hệ điều hành phổ biến dành cho máy tính cá nhân?</w:t>
      </w:r>
    </w:p>
    <w:p>
      <w:pPr>
        <w:pStyle w:val="ListParagraph"/>
      </w:pPr>
      <w:r>
        <w:rPr>
          <w:sz w:val="22"/>
        </w:rPr>
        <w:t>A. Android</w:t>
      </w:r>
    </w:p>
    <w:p>
      <w:pPr>
        <w:pStyle w:val="ListParagraph"/>
      </w:pPr>
      <w:r>
        <w:rPr>
          <w:sz w:val="22"/>
        </w:rPr>
        <w:t>B. iOS</w:t>
      </w:r>
    </w:p>
    <w:p>
      <w:pPr>
        <w:pStyle w:val="ListParagraph"/>
      </w:pPr>
      <w:r>
        <w:rPr>
          <w:sz w:val="22"/>
        </w:rPr>
        <w:t>C. Windows</w:t>
      </w:r>
    </w:p>
    <w:p>
      <w:pPr>
        <w:pStyle w:val="ListParagraph"/>
      </w:pPr>
      <w:r>
        <w:rPr>
          <w:sz w:val="22"/>
        </w:rPr>
        <w:t>D. Zalo</w:t>
      </w:r>
    </w:p>
    <w:p/>
    <w:p>
      <w:r>
        <w:rPr>
          <w:b/>
          <w:sz w:val="24"/>
        </w:rPr>
        <w:t>Câu 4: Phần mềm nào sau đây là phần mềm ứng dụng dùng để xử lý ảnh?</w:t>
      </w:r>
    </w:p>
    <w:p>
      <w:pPr>
        <w:pStyle w:val="ListParagraph"/>
      </w:pPr>
      <w:r>
        <w:rPr>
          <w:sz w:val="22"/>
        </w:rPr>
        <w:t>A. MS Word</w:t>
      </w:r>
    </w:p>
    <w:p>
      <w:pPr>
        <w:pStyle w:val="ListParagraph"/>
      </w:pPr>
      <w:r>
        <w:rPr>
          <w:sz w:val="22"/>
        </w:rPr>
        <w:t>B. Mind Maple</w:t>
      </w:r>
    </w:p>
    <w:p>
      <w:pPr>
        <w:pStyle w:val="ListParagraph"/>
      </w:pPr>
      <w:r>
        <w:rPr>
          <w:sz w:val="22"/>
        </w:rPr>
        <w:t>C. Writer</w:t>
      </w:r>
    </w:p>
    <w:p>
      <w:pPr>
        <w:pStyle w:val="ListParagraph"/>
      </w:pPr>
      <w:r>
        <w:rPr>
          <w:sz w:val="22"/>
        </w:rPr>
        <w:t>D. Photoshop</w:t>
      </w:r>
    </w:p>
    <w:p/>
    <w:p>
      <w:r>
        <w:rPr>
          <w:b/>
          <w:sz w:val="24"/>
        </w:rPr>
        <w:t>Câu 5: Điểm khác biệt cơ bản về khả năng tương tác với phần cứng giữa Hệ điều hành và Phần mềm ứng dụng là gì?</w:t>
      </w:r>
    </w:p>
    <w:p>
      <w:pPr>
        <w:pStyle w:val="ListParagraph"/>
      </w:pPr>
      <w:r>
        <w:rPr>
          <w:sz w:val="22"/>
        </w:rPr>
        <w:t>A. Hệ điều hành trực tiếp quản lý và vận hành phần cứng, còn phần mềm ứng dụng tương tác với phần cứng thông qua hệ điều hành.</w:t>
      </w:r>
    </w:p>
    <w:p>
      <w:pPr>
        <w:pStyle w:val="ListParagraph"/>
      </w:pPr>
      <w:r>
        <w:rPr>
          <w:sz w:val="22"/>
        </w:rPr>
        <w:t>B. Phần mềm ứng dụng trực tiếp quản lý phần cứng, còn hệ điều hành tương tác qua phần mềm.</w:t>
      </w:r>
    </w:p>
    <w:p>
      <w:pPr>
        <w:pStyle w:val="ListParagraph"/>
      </w:pPr>
      <w:r>
        <w:rPr>
          <w:sz w:val="22"/>
        </w:rPr>
        <w:t>C. Cả hệ điều hành và phần mềm ứng dụng đều tương tác trực tiếp với phần cứng máy tính.</w:t>
      </w:r>
    </w:p>
    <w:p>
      <w:pPr>
        <w:pStyle w:val="ListParagraph"/>
      </w:pPr>
      <w:r>
        <w:rPr>
          <w:sz w:val="22"/>
        </w:rPr>
        <w:t>D. Cả hai loại phần mềm đều không có khả năng tương tác với phần cứng máy tính.</w:t>
      </w:r>
    </w:p>
    <w:p/>
    <w:p>
      <w:r>
        <w:rPr>
          <w:b/>
          <w:sz w:val="24"/>
        </w:rPr>
        <w:t>Câu 6: Phát biểu nào sau đây thể hiện đúng tính phụ thuộc của Phần mềm ứng dụng đối với Hệ điều hành?</w:t>
      </w:r>
    </w:p>
    <w:p>
      <w:pPr>
        <w:pStyle w:val="ListParagraph"/>
      </w:pPr>
      <w:r>
        <w:rPr>
          <w:sz w:val="22"/>
        </w:rPr>
        <w:t>A. Phần mềm ứng dụng hoạt động độc lập và không cần hệ điều hành.</w:t>
      </w:r>
    </w:p>
    <w:p>
      <w:pPr>
        <w:pStyle w:val="ListParagraph"/>
      </w:pPr>
      <w:r>
        <w:rPr>
          <w:sz w:val="22"/>
        </w:rPr>
        <w:t>B. Phần mềm ứng dụng chạy trong môi trường hệ điều hành và phải được lựa chọn phù hợp với hệ điều hành đó.</w:t>
      </w:r>
    </w:p>
    <w:p>
      <w:pPr>
        <w:pStyle w:val="ListParagraph"/>
      </w:pPr>
      <w:r>
        <w:rPr>
          <w:sz w:val="22"/>
        </w:rPr>
        <w:t>C. Phần mềm ứng dụng tạo môi trường để cài đặt và vận hành hệ điều hành.</w:t>
      </w:r>
    </w:p>
    <w:p>
      <w:pPr>
        <w:pStyle w:val="ListParagraph"/>
      </w:pPr>
      <w:r>
        <w:rPr>
          <w:sz w:val="22"/>
        </w:rPr>
        <w:t>D. Hệ điều hành được lựa chọn tùy thuộc vào phần mềm ứng dụng đang mở.</w:t>
      </w:r>
    </w:p>
    <w:p/>
    <w:p>
      <w:r>
        <w:rPr>
          <w:b/>
          <w:sz w:val="24"/>
        </w:rPr>
        <w:t>Câu 7: Tệp có tên BaiHoc.docx thuộc loại tệp gì và thường được mở bằng phần mềm ứng dụng nào?</w:t>
      </w:r>
    </w:p>
    <w:p>
      <w:pPr>
        <w:pStyle w:val="ListParagraph"/>
      </w:pPr>
      <w:r>
        <w:rPr>
          <w:sz w:val="22"/>
        </w:rPr>
        <w:t>A. Tệp hình ảnh, mở bằng phần mềm MS Paint.</w:t>
      </w:r>
    </w:p>
    <w:p>
      <w:pPr>
        <w:pStyle w:val="ListParagraph"/>
      </w:pPr>
      <w:r>
        <w:rPr>
          <w:sz w:val="22"/>
        </w:rPr>
        <w:t>B. Tệp sơ đồ tư duy, mở bằng phần mềm Mind Maple.</w:t>
      </w:r>
    </w:p>
    <w:p>
      <w:pPr>
        <w:pStyle w:val="ListParagraph"/>
      </w:pPr>
      <w:r>
        <w:rPr>
          <w:sz w:val="22"/>
        </w:rPr>
        <w:t>C. Tệp văn bản, mở bằng phần mềm soạn thảo MS Word.</w:t>
      </w:r>
    </w:p>
    <w:p>
      <w:pPr>
        <w:pStyle w:val="ListParagraph"/>
      </w:pPr>
      <w:r>
        <w:rPr>
          <w:sz w:val="22"/>
        </w:rPr>
        <w:t>D. Tệp âm thanh, mở bằng phần mềm Windows Media Player.</w:t>
      </w:r>
    </w:p>
    <w:p/>
    <w:p>
      <w:r>
        <w:rPr>
          <w:b/>
          <w:sz w:val="24"/>
        </w:rPr>
        <w:t>Câu 8: Giải thích vì sao việc cài đặt Hệ điều hành là bắt buộc đối với máy tính, trong khi Phần mềm ứng dụng thì không bắt buộc?</w:t>
      </w:r>
    </w:p>
    <w:p>
      <w:pPr>
        <w:pStyle w:val="ListParagraph"/>
      </w:pPr>
      <w:r>
        <w:rPr>
          <w:sz w:val="22"/>
        </w:rPr>
        <w:t>A. Vì phần mềm ứng dụng chiếm quá nhiều dung lượng bộ nhớ.</w:t>
      </w:r>
    </w:p>
    <w:p>
      <w:pPr>
        <w:pStyle w:val="ListParagraph"/>
      </w:pPr>
      <w:r>
        <w:rPr>
          <w:sz w:val="22"/>
        </w:rPr>
        <w:t>B. Vì hệ điều hành có sẵn trong bàn phím và chuột máy tính.</w:t>
      </w:r>
    </w:p>
    <w:p>
      <w:pPr>
        <w:pStyle w:val="ListParagraph"/>
      </w:pPr>
      <w:r>
        <w:rPr>
          <w:sz w:val="22"/>
        </w:rPr>
        <w:t>C. Vì phần mềm ứng dụng chỉ dùng được khi máy tính kết nối Internet.</w:t>
      </w:r>
    </w:p>
    <w:p>
      <w:pPr>
        <w:pStyle w:val="ListParagraph"/>
      </w:pPr>
      <w:r>
        <w:rPr>
          <w:sz w:val="22"/>
        </w:rPr>
        <w:t>D. Vì không có hệ điều hành thì máy tính không thể hoạt động và không có môi trường để chạy phần mềm ứng dụng.</w:t>
      </w:r>
    </w:p>
    <w:p/>
    <w:p>
      <w:r>
        <w:rPr>
          <w:b/>
          <w:sz w:val="24"/>
        </w:rPr>
        <w:t>Câu 9: Trong hệ điều hành Windows, các tệp chương trình máy tính thường có phần mở rộng nào sau đây?</w:t>
      </w:r>
    </w:p>
    <w:p>
      <w:pPr>
        <w:pStyle w:val="ListParagraph"/>
      </w:pPr>
      <w:r>
        <w:rPr>
          <w:sz w:val="22"/>
        </w:rPr>
        <w:t>A. .exe, .com, .bat, .msi</w:t>
      </w:r>
    </w:p>
    <w:p>
      <w:pPr>
        <w:pStyle w:val="ListParagraph"/>
      </w:pPr>
      <w:r>
        <w:rPr>
          <w:sz w:val="22"/>
        </w:rPr>
        <w:t>B. .docx, .xlsx, .pptx</w:t>
      </w:r>
    </w:p>
    <w:p>
      <w:pPr>
        <w:pStyle w:val="ListParagraph"/>
      </w:pPr>
      <w:r>
        <w:rPr>
          <w:sz w:val="22"/>
        </w:rPr>
        <w:t>C. .png, .jpg, .gif</w:t>
      </w:r>
    </w:p>
    <w:p>
      <w:pPr>
        <w:pStyle w:val="ListParagraph"/>
      </w:pPr>
      <w:r>
        <w:rPr>
          <w:sz w:val="22"/>
        </w:rPr>
        <w:t>D. .mp3, .mp4, .wav</w:t>
      </w:r>
    </w:p>
    <w:p/>
    <w:p>
      <w:r>
        <w:rPr>
          <w:b/>
          <w:sz w:val="24"/>
        </w:rPr>
        <w:t>Câu 10: Sao lưu dữ liệu là thao tác nào dưới đây?</w:t>
      </w:r>
    </w:p>
    <w:p>
      <w:pPr>
        <w:pStyle w:val="ListParagraph"/>
      </w:pPr>
      <w:r>
        <w:rPr>
          <w:sz w:val="22"/>
        </w:rPr>
        <w:t>A. Di chuyển toàn bộ dữ liệu sang một thư mục khác và xóa bản gốc.</w:t>
      </w:r>
    </w:p>
    <w:p>
      <w:pPr>
        <w:pStyle w:val="ListParagraph"/>
      </w:pPr>
      <w:r>
        <w:rPr>
          <w:sz w:val="22"/>
        </w:rPr>
        <w:t>B. Tạo ra bản sao các tệp và thư mục rồi lưu chúng lên một thiết bị lưu trữ.</w:t>
      </w:r>
    </w:p>
    <w:p>
      <w:pPr>
        <w:pStyle w:val="ListParagraph"/>
      </w:pPr>
      <w:r>
        <w:rPr>
          <w:sz w:val="22"/>
        </w:rPr>
        <w:t>C. Đặt mật khẩu mạnh cho các tệp dữ liệu quan trọng.</w:t>
      </w:r>
    </w:p>
    <w:p>
      <w:pPr>
        <w:pStyle w:val="ListParagraph"/>
      </w:pPr>
      <w:r>
        <w:rPr>
          <w:sz w:val="22"/>
        </w:rPr>
        <w:t>D. Cài đặt phần mềm diệt virus để quét các tệp tin trong máy tính.</w:t>
      </w:r>
    </w:p>
    <w:p/>
    <w:p>
      <w:r>
        <w:rPr>
          <w:b/>
          <w:sz w:val="24"/>
        </w:rPr>
        <w:t>Câu 11: Ưu điểm nổi bật của thiết bị lưu trữ thẻ nhớ, USB là gì?</w:t>
      </w:r>
    </w:p>
    <w:p>
      <w:pPr>
        <w:pStyle w:val="ListParagraph"/>
      </w:pPr>
      <w:r>
        <w:rPr>
          <w:sz w:val="22"/>
        </w:rPr>
        <w:t>A. Dung lượng siêu lớn và không bao giờ hỏng.</w:t>
      </w:r>
    </w:p>
    <w:p>
      <w:pPr>
        <w:pStyle w:val="ListParagraph"/>
      </w:pPr>
      <w:r>
        <w:rPr>
          <w:sz w:val="22"/>
        </w:rPr>
        <w:t>B. Khó bị lây lan virus và không thể thất lạc.</w:t>
      </w:r>
    </w:p>
    <w:p>
      <w:pPr>
        <w:pStyle w:val="ListParagraph"/>
      </w:pPr>
      <w:r>
        <w:rPr>
          <w:sz w:val="22"/>
        </w:rPr>
        <w:t>C. Nhỏ gọn, tiện sử dụng, chi phí khá rẻ.</w:t>
      </w:r>
    </w:p>
    <w:p>
      <w:pPr>
        <w:pStyle w:val="ListParagraph"/>
      </w:pPr>
      <w:r>
        <w:rPr>
          <w:sz w:val="22"/>
        </w:rPr>
        <w:t>D. Có sẵn đầu ghi đĩa kỹ thuật số.</w:t>
      </w:r>
    </w:p>
    <w:p/>
    <w:p>
      <w:r>
        <w:rPr>
          <w:b/>
          <w:sz w:val="24"/>
        </w:rPr>
        <w:t>Câu 12: Phần mềm nào sau đây là phần mềm chống virus được tích hợp sẵn trong hệ điều hành Windows 10?</w:t>
      </w:r>
    </w:p>
    <w:p>
      <w:pPr>
        <w:pStyle w:val="ListParagraph"/>
      </w:pPr>
      <w:r>
        <w:rPr>
          <w:sz w:val="22"/>
        </w:rPr>
        <w:t>A. Microsoft Word</w:t>
      </w:r>
    </w:p>
    <w:p>
      <w:pPr>
        <w:pStyle w:val="ListParagraph"/>
      </w:pPr>
      <w:r>
        <w:rPr>
          <w:sz w:val="22"/>
        </w:rPr>
        <w:t>B. File Explorer</w:t>
      </w:r>
    </w:p>
    <w:p>
      <w:pPr>
        <w:pStyle w:val="ListParagraph"/>
      </w:pPr>
      <w:r>
        <w:rPr>
          <w:sz w:val="22"/>
        </w:rPr>
        <w:t>C. Google Chrome</w:t>
      </w:r>
    </w:p>
    <w:p>
      <w:pPr>
        <w:pStyle w:val="ListParagraph"/>
      </w:pPr>
      <w:r>
        <w:rPr>
          <w:sz w:val="22"/>
        </w:rPr>
        <w:t>D. Windows Defender</w:t>
      </w:r>
    </w:p>
    <w:p/>
    <w:p>
      <w:r>
        <w:rPr>
          <w:b/>
          <w:sz w:val="24"/>
        </w:rPr>
        <w:t>Câu 13: Vì sao việc đặt tên tệp và thư mục một cách ngắn gọn, dễ nhớ và phản ánh đúng nội dung lại rất quan trọng?</w:t>
      </w:r>
    </w:p>
    <w:p>
      <w:pPr>
        <w:pStyle w:val="ListParagraph"/>
      </w:pPr>
      <w:r>
        <w:rPr>
          <w:sz w:val="22"/>
        </w:rPr>
        <w:t>A. Giúp việc tìm kiếm và quản lý dữ liệu được thuận tiện, nhanh chóng.</w:t>
      </w:r>
    </w:p>
    <w:p>
      <w:pPr>
        <w:pStyle w:val="ListParagraph"/>
      </w:pPr>
      <w:r>
        <w:rPr>
          <w:sz w:val="22"/>
        </w:rPr>
        <w:t>B. Giúp tăng tốc độ xử lý của chip máy tính.</w:t>
      </w:r>
    </w:p>
    <w:p>
      <w:pPr>
        <w:pStyle w:val="ListParagraph"/>
      </w:pPr>
      <w:r>
        <w:rPr>
          <w:sz w:val="22"/>
        </w:rPr>
        <w:t>C. Giúp tệp tự động sao lưu lên đám mây.</w:t>
      </w:r>
    </w:p>
    <w:p>
      <w:pPr>
        <w:pStyle w:val="ListParagraph"/>
      </w:pPr>
      <w:r>
        <w:rPr>
          <w:sz w:val="22"/>
        </w:rPr>
        <w:t>D. Giúp ngăn chặn virus lây lan vào máy tính.</w:t>
      </w:r>
    </w:p>
    <w:p/>
    <w:p>
      <w:r>
        <w:rPr>
          <w:b/>
          <w:sz w:val="24"/>
        </w:rPr>
        <w:t>Câu 14: Mật khẩu nào dưới đây được đánh giá là MẬT KHẨU MẠNH theo tiêu chuẩn bảo mật?</w:t>
      </w:r>
    </w:p>
    <w:p>
      <w:pPr>
        <w:pStyle w:val="ListParagraph"/>
      </w:pPr>
      <w:r>
        <w:rPr>
          <w:sz w:val="22"/>
        </w:rPr>
        <w:t>A. 12345678</w:t>
      </w:r>
    </w:p>
    <w:p>
      <w:pPr>
        <w:pStyle w:val="ListParagraph"/>
      </w:pPr>
      <w:r>
        <w:rPr>
          <w:sz w:val="22"/>
        </w:rPr>
        <w:t>B. 2n#m1nhKh0a</w:t>
      </w:r>
    </w:p>
    <w:p>
      <w:pPr>
        <w:pStyle w:val="ListParagraph"/>
      </w:pPr>
      <w:r>
        <w:rPr>
          <w:sz w:val="22"/>
        </w:rPr>
        <w:t>C. AnMinhKhoa</w:t>
      </w:r>
    </w:p>
    <w:p>
      <w:pPr>
        <w:pStyle w:val="ListParagraph"/>
      </w:pPr>
      <w:r>
        <w:rPr>
          <w:sz w:val="22"/>
        </w:rPr>
        <w:t>D. 0908123456</w:t>
      </w:r>
    </w:p>
    <w:p/>
    <w:p>
      <w:r>
        <w:rPr>
          <w:b/>
          <w:sz w:val="24"/>
        </w:rPr>
        <w:t>Câu 15: Học sinh muốn di chuyển một tệp dữ liệu từ thư mục GiaDinh sang thư mục BanNgay trong ứng dụng File Explorer thì sử dụng cặp lệnh nào?</w:t>
      </w:r>
    </w:p>
    <w:p>
      <w:pPr>
        <w:pStyle w:val="ListParagraph"/>
      </w:pPr>
      <w:r>
        <w:rPr>
          <w:sz w:val="22"/>
        </w:rPr>
        <w:t>A. Copy và Paste</w:t>
      </w:r>
    </w:p>
    <w:p>
      <w:pPr>
        <w:pStyle w:val="ListParagraph"/>
      </w:pPr>
      <w:r>
        <w:rPr>
          <w:sz w:val="22"/>
        </w:rPr>
        <w:t>B. Rename và Delete</w:t>
      </w:r>
    </w:p>
    <w:p>
      <w:pPr>
        <w:pStyle w:val="ListParagraph"/>
      </w:pPr>
      <w:r>
        <w:rPr>
          <w:sz w:val="22"/>
        </w:rPr>
        <w:t>C. Cut và Paste</w:t>
      </w:r>
    </w:p>
    <w:p>
      <w:pPr>
        <w:pStyle w:val="ListParagraph"/>
      </w:pPr>
      <w:r>
        <w:rPr>
          <w:sz w:val="22"/>
        </w:rPr>
        <w:t>D. New Folder và Delete</w:t>
      </w:r>
    </w:p>
    <w:p/>
    <w:p>
      <w:r>
        <w:rPr>
          <w:b/>
          <w:sz w:val="24"/>
        </w:rPr>
        <w:t>Câu 16: Để đảm bảo an toàn tuyệt đối cho tài liệu học tập phòng trường hợp ổ cứng máy tính cá nhân bị hỏng hóc vật lý hoặc mất mát, giải pháp sao lưu hiệu quả nhất là gì?</w:t>
      </w:r>
    </w:p>
    <w:p>
      <w:pPr>
        <w:pStyle w:val="ListParagraph"/>
      </w:pPr>
      <w:r>
        <w:rPr>
          <w:sz w:val="22"/>
        </w:rPr>
        <w:t>A. Sao lưu cục bộ sang một thư mục khác ngay trên chính ổ cứng đó.</w:t>
      </w:r>
    </w:p>
    <w:p>
      <w:pPr>
        <w:pStyle w:val="ListParagraph"/>
      </w:pPr>
      <w:r>
        <w:rPr>
          <w:sz w:val="22"/>
        </w:rPr>
        <w:t>B. Đổi tên tệp thành tên mật mã.</w:t>
      </w:r>
    </w:p>
    <w:p>
      <w:pPr>
        <w:pStyle w:val="ListParagraph"/>
      </w:pPr>
      <w:r>
        <w:rPr>
          <w:sz w:val="22"/>
        </w:rPr>
        <w:t>C. Nén tệp lại và giữ nguyên trên máy tính.</w:t>
      </w:r>
    </w:p>
    <w:p>
      <w:pPr>
        <w:pStyle w:val="ListParagraph"/>
      </w:pPr>
      <w:r>
        <w:rPr>
          <w:sz w:val="22"/>
        </w:rPr>
        <w:t>D. Sao lưu từ xa bằng cách lưu trữ nhờ công nghệ đám mây hoặc máy tính khác.</w:t>
      </w:r>
    </w:p>
    <w:p/>
    <w:p>
      <w:r>
        <w:rPr>
          <w:b/>
          <w:sz w:val="24"/>
        </w:rPr>
        <w:t>Câu 17: Các kênh trao đổi thông tin phổ biến trên Internet hiện nay bao gồm những kênh nào?</w:t>
      </w:r>
    </w:p>
    <w:p>
      <w:pPr>
        <w:pStyle w:val="ListParagraph"/>
      </w:pPr>
      <w:r>
        <w:rPr>
          <w:sz w:val="22"/>
        </w:rPr>
        <w:t>A. Thư điện tử, diễn đàn (Forum), mạng xã hội.</w:t>
      </w:r>
    </w:p>
    <w:p>
      <w:pPr>
        <w:pStyle w:val="ListParagraph"/>
      </w:pPr>
      <w:r>
        <w:rPr>
          <w:sz w:val="22"/>
        </w:rPr>
        <w:t>B. Đĩa quang CD, USB, ổ cứng ngoài.</w:t>
      </w:r>
    </w:p>
    <w:p>
      <w:pPr>
        <w:pStyle w:val="ListParagraph"/>
      </w:pPr>
      <w:r>
        <w:rPr>
          <w:sz w:val="22"/>
        </w:rPr>
        <w:t>C. Hệ điều hành Windows, Linux, Android.</w:t>
      </w:r>
    </w:p>
    <w:p>
      <w:pPr>
        <w:pStyle w:val="ListParagraph"/>
      </w:pPr>
      <w:r>
        <w:rPr>
          <w:sz w:val="22"/>
        </w:rPr>
        <w:t>D. Bảng tính Excel, Word, PowerPoint.</w:t>
      </w:r>
    </w:p>
    <w:p/>
    <w:p>
      <w:r>
        <w:rPr>
          <w:b/>
          <w:sz w:val="24"/>
        </w:rPr>
        <w:t>Câu 18: Mạng xã hội được định nghĩa là gì?</w:t>
      </w:r>
    </w:p>
    <w:p>
      <w:pPr>
        <w:pStyle w:val="ListParagraph"/>
      </w:pPr>
      <w:r>
        <w:rPr>
          <w:sz w:val="22"/>
        </w:rPr>
        <w:t>A. Là một thiết bị kết nối máy tính trong mạng nội bộ.</w:t>
      </w:r>
    </w:p>
    <w:p>
      <w:pPr>
        <w:pStyle w:val="ListParagraph"/>
      </w:pPr>
      <w:r>
        <w:rPr>
          <w:sz w:val="22"/>
        </w:rPr>
        <w:t>B. Là một cộng đồng trực tuyến để mọi người tương tác, giao lưu và chia sẻ thông tin.</w:t>
      </w:r>
    </w:p>
    <w:p>
      <w:pPr>
        <w:pStyle w:val="ListParagraph"/>
      </w:pPr>
      <w:r>
        <w:rPr>
          <w:sz w:val="22"/>
        </w:rPr>
        <w:t>C. Là một phần mềm diệt virus trên Internet.</w:t>
      </w:r>
    </w:p>
    <w:p>
      <w:pPr>
        <w:pStyle w:val="ListParagraph"/>
      </w:pPr>
      <w:r>
        <w:rPr>
          <w:sz w:val="22"/>
        </w:rPr>
        <w:t>D. Là trang web chứa tài liệu giáo khoa của Bộ Giáo dục.</w:t>
      </w:r>
    </w:p>
    <w:p/>
    <w:p>
      <w:r>
        <w:rPr>
          <w:b/>
          <w:sz w:val="24"/>
        </w:rPr>
        <w:t>Câu 19: Trang mạng xã hội nào sau đây có mục đích sử dụng chính là chia sẻ video?</w:t>
      </w:r>
    </w:p>
    <w:p>
      <w:pPr>
        <w:pStyle w:val="ListParagraph"/>
      </w:pPr>
      <w:r>
        <w:rPr>
          <w:sz w:val="22"/>
        </w:rPr>
        <w:t>A. Zalo</w:t>
      </w:r>
    </w:p>
    <w:p>
      <w:pPr>
        <w:pStyle w:val="ListParagraph"/>
      </w:pPr>
      <w:r>
        <w:rPr>
          <w:sz w:val="22"/>
        </w:rPr>
        <w:t>B. Instagram</w:t>
      </w:r>
    </w:p>
    <w:p>
      <w:pPr>
        <w:pStyle w:val="ListParagraph"/>
      </w:pPr>
      <w:r>
        <w:rPr>
          <w:sz w:val="22"/>
        </w:rPr>
        <w:t>C. YouTube</w:t>
      </w:r>
    </w:p>
    <w:p>
      <w:pPr>
        <w:pStyle w:val="ListParagraph"/>
      </w:pPr>
      <w:r>
        <w:rPr>
          <w:sz w:val="22"/>
        </w:rPr>
        <w:t>D. Scratch</w:t>
      </w:r>
    </w:p>
    <w:p/>
    <w:p>
      <w:r>
        <w:rPr>
          <w:b/>
          <w:sz w:val="24"/>
        </w:rPr>
        <w:t>Câu 20: Quy định về độ tuổi tối thiểu phổ biến để được phép đăng ký tài khoản thành viên trên hầu hết các mạng xã hội hiện nay là bao nhiêu tuổi?</w:t>
      </w:r>
    </w:p>
    <w:p>
      <w:pPr>
        <w:pStyle w:val="ListParagraph"/>
      </w:pPr>
      <w:r>
        <w:rPr>
          <w:sz w:val="22"/>
        </w:rPr>
        <w:t>A. Từ 6 tuổi trở lên.</w:t>
      </w:r>
    </w:p>
    <w:p>
      <w:pPr>
        <w:pStyle w:val="ListParagraph"/>
      </w:pPr>
      <w:r>
        <w:rPr>
          <w:sz w:val="22"/>
        </w:rPr>
        <w:t>B. Từ 10 tuổi trở lên.</w:t>
      </w:r>
    </w:p>
    <w:p>
      <w:pPr>
        <w:pStyle w:val="ListParagraph"/>
      </w:pPr>
      <w:r>
        <w:rPr>
          <w:sz w:val="22"/>
        </w:rPr>
        <w:t>C. Từ 18 tuổi trở lên.</w:t>
      </w:r>
    </w:p>
    <w:p>
      <w:pPr>
        <w:pStyle w:val="ListParagraph"/>
      </w:pPr>
      <w:r>
        <w:rPr>
          <w:sz w:val="22"/>
        </w:rPr>
        <w:t>D. Từ 13 tuổi trở lên.</w:t>
      </w:r>
    </w:p>
    <w:p/>
    <w:p>
      <w:r>
        <w:rPr>
          <w:b/>
          <w:sz w:val="24"/>
        </w:rPr>
        <w:t>Câu 21: Hành vi nào sau đây khi sử dụng mạng xã hội là vi phạm pháp luật và bị nghiêm cấm?</w:t>
      </w:r>
    </w:p>
    <w:p>
      <w:pPr>
        <w:pStyle w:val="ListParagraph"/>
      </w:pPr>
      <w:r>
        <w:rPr>
          <w:sz w:val="22"/>
        </w:rPr>
        <w:t>A. Đưa thông tin sai sự thật, lừa đảo, xúc phạm danh dự người khác.</w:t>
      </w:r>
    </w:p>
    <w:p>
      <w:pPr>
        <w:pStyle w:val="ListParagraph"/>
      </w:pPr>
      <w:r>
        <w:rPr>
          <w:sz w:val="22"/>
        </w:rPr>
        <w:t>B. Kết nối với bạn bè cùng lớp để trao đổi bài học.</w:t>
      </w:r>
    </w:p>
    <w:p>
      <w:pPr>
        <w:pStyle w:val="ListParagraph"/>
      </w:pPr>
      <w:r>
        <w:rPr>
          <w:sz w:val="22"/>
        </w:rPr>
        <w:t>C. Chia sẻ cảm nghĩ cá nhân tích cực về một cuốn sách hay.</w:t>
      </w:r>
    </w:p>
    <w:p>
      <w:pPr>
        <w:pStyle w:val="ListParagraph"/>
      </w:pPr>
      <w:r>
        <w:rPr>
          <w:sz w:val="22"/>
        </w:rPr>
        <w:t>D. Đăng tải hình ảnh phong cảnh do chính mình chụp.</w:t>
      </w:r>
    </w:p>
    <w:p/>
    <w:p>
      <w:r>
        <w:rPr>
          <w:b/>
          <w:sz w:val="24"/>
        </w:rPr>
        <w:t>Câu 22: Một học sinh chụp ảnh đề thi học kỳ rồi đăng lên mạng xã hội nhờ giải hộ trong giờ thi sẽ dẫn đến hậu quả trực tiếp nào?</w:t>
      </w:r>
    </w:p>
    <w:p>
      <w:pPr>
        <w:pStyle w:val="ListParagraph"/>
      </w:pPr>
      <w:r>
        <w:rPr>
          <w:sz w:val="22"/>
        </w:rPr>
        <w:t>A. Được biểu dương vì biết sử dụng công nghệ thông minh.</w:t>
      </w:r>
    </w:p>
    <w:p>
      <w:pPr>
        <w:pStyle w:val="ListParagraph"/>
      </w:pPr>
      <w:r>
        <w:rPr>
          <w:sz w:val="22"/>
        </w:rPr>
        <w:t>B. Bị đình chỉ thi và xử lý kỷ luật theo quy định vì vi phạm quy chế thi và quy định pháp luật.</w:t>
      </w:r>
    </w:p>
    <w:p>
      <w:pPr>
        <w:pStyle w:val="ListParagraph"/>
      </w:pPr>
      <w:r>
        <w:rPr>
          <w:sz w:val="22"/>
        </w:rPr>
        <w:t>C. Máy tính bị nhiễm virus nặng.</w:t>
      </w:r>
    </w:p>
    <w:p>
      <w:pPr>
        <w:pStyle w:val="ListParagraph"/>
      </w:pPr>
      <w:r>
        <w:rPr>
          <w:sz w:val="22"/>
        </w:rPr>
        <w:t>D. Tài khoản mạng xã hội tự động bị nâng cấp.</w:t>
      </w:r>
    </w:p>
    <w:p/>
    <w:p>
      <w:r>
        <w:rPr>
          <w:b/>
          <w:sz w:val="24"/>
        </w:rPr>
        <w:t>Câu 23: Khi thực hiện tìm kiếm và gửi yêu cầu kết bạn với bạn cùng lớp trên Facebook, thứ tự các bước thao tác đúng là gì?</w:t>
      </w:r>
    </w:p>
    <w:p>
      <w:pPr>
        <w:pStyle w:val="ListParagraph"/>
      </w:pPr>
      <w:r>
        <w:rPr>
          <w:sz w:val="22"/>
        </w:rPr>
        <w:t>A. Nháy nút "Thêm bạn bè" -&gt; Nhập tên bạn vào ô tìm kiếm -&gt; Nháy mở trang cá nhân.</w:t>
      </w:r>
    </w:p>
    <w:p>
      <w:pPr>
        <w:pStyle w:val="ListParagraph"/>
      </w:pPr>
      <w:r>
        <w:rPr>
          <w:sz w:val="22"/>
        </w:rPr>
        <w:t>B. Nháy mở trang cá nhân -&gt; Nháy nút "Thêm bạn bè" -&gt; Nhập tên bạn vào ô tìm kiếm.</w:t>
      </w:r>
    </w:p>
    <w:p>
      <w:pPr>
        <w:pStyle w:val="ListParagraph"/>
      </w:pPr>
      <w:r>
        <w:rPr>
          <w:sz w:val="22"/>
        </w:rPr>
        <w:t>C. Nhập tên bạn vào ô tìm kiếm -&gt; Nháy mở trang cá nhân của bạn -&gt; Nháy nút "Thêm bạn bè".</w:t>
      </w:r>
    </w:p>
    <w:p>
      <w:pPr>
        <w:pStyle w:val="ListParagraph"/>
      </w:pPr>
      <w:r>
        <w:rPr>
          <w:sz w:val="22"/>
        </w:rPr>
        <w:t>D. Tạo bài viết mới -&gt; Gõ tên bạn vào bài viết -&gt; Chọn Đăng.</w:t>
      </w:r>
    </w:p>
    <w:p/>
    <w:p>
      <w:r>
        <w:rPr>
          <w:b/>
          <w:sz w:val="24"/>
        </w:rPr>
        <w:t>Câu 24: Khi nhận được một tin nhắn từ tài khoản lạ trên mạng xã hội yêu cầu em chuyển tiền hoặc cung cấp mật khẩu cá nhân, cách ứng xử an toàn nhất là gì?</w:t>
      </w:r>
    </w:p>
    <w:p>
      <w:pPr>
        <w:pStyle w:val="ListParagraph"/>
      </w:pPr>
      <w:r>
        <w:rPr>
          <w:sz w:val="22"/>
        </w:rPr>
        <w:t>A. Làm theo hướng dẫn ngay vì sợ bị đe dọa.</w:t>
      </w:r>
    </w:p>
    <w:p>
      <w:pPr>
        <w:pStyle w:val="ListParagraph"/>
      </w:pPr>
      <w:r>
        <w:rPr>
          <w:sz w:val="22"/>
        </w:rPr>
        <w:t>B. Chuyển tiếp tin nhắn đó cho tất cả bạn bè trong danh sách.</w:t>
      </w:r>
    </w:p>
    <w:p>
      <w:pPr>
        <w:pStyle w:val="ListParagraph"/>
      </w:pPr>
      <w:r>
        <w:rPr>
          <w:sz w:val="22"/>
        </w:rPr>
        <w:t>C. Nhắn tin chửi bới người gửi tin nhắn.</w:t>
      </w:r>
    </w:p>
    <w:p>
      <w:pPr>
        <w:pStyle w:val="ListParagraph"/>
      </w:pPr>
      <w:r>
        <w:rPr>
          <w:sz w:val="22"/>
        </w:rPr>
        <w:t>D. Tuyệt đối không làm theo, không cung cấp thông tin và báo cho người lớn (bố mẹ, thầy cô) giúp đỡ.</w:t>
      </w:r>
    </w:p>
    <w:p/>
    <w:p>
      <w:r>
        <w:rPr>
          <w:b/>
          <w:sz w:val="24"/>
        </w:rPr>
        <w:t>Câu 25: Trong tên tệp TranhVe.png, phần mở rộng .png cho biết đây là loại tệp nào?</w:t>
      </w:r>
    </w:p>
    <w:p>
      <w:pPr>
        <w:pStyle w:val="ListParagraph"/>
      </w:pPr>
      <w:r>
        <w:rPr>
          <w:sz w:val="22"/>
        </w:rPr>
        <w:t>A. Tệp hình ảnh.</w:t>
      </w:r>
    </w:p>
    <w:p>
      <w:pPr>
        <w:pStyle w:val="ListParagraph"/>
      </w:pPr>
      <w:r>
        <w:rPr>
          <w:sz w:val="22"/>
        </w:rPr>
        <w:t>B. Tệp văn bản.</w:t>
      </w:r>
    </w:p>
    <w:p>
      <w:pPr>
        <w:pStyle w:val="ListParagraph"/>
      </w:pPr>
      <w:r>
        <w:rPr>
          <w:sz w:val="22"/>
        </w:rPr>
        <w:t>C. Tệp âm thanh.</w:t>
      </w:r>
    </w:p>
    <w:p>
      <w:pPr>
        <w:pStyle w:val="ListParagraph"/>
      </w:pPr>
      <w:r>
        <w:rPr>
          <w:sz w:val="22"/>
        </w:rPr>
        <w:t>D. Tệp chương trình.</w:t>
      </w:r>
    </w:p>
    <w:p/>
    <w:p>
      <w:r>
        <w:rPr>
          <w:b/>
          <w:sz w:val="24"/>
        </w:rPr>
        <w:t>Câu 26: Hệ điều hành nào sau đây là hệ điều hành phổ biến được cài đặt trên các thiết bị di động (điện thoại thông minh, máy tính bảng)?</w:t>
      </w:r>
    </w:p>
    <w:p>
      <w:pPr>
        <w:pStyle w:val="ListParagraph"/>
      </w:pPr>
      <w:r>
        <w:rPr>
          <w:sz w:val="22"/>
        </w:rPr>
        <w:t>A. Windows</w:t>
      </w:r>
    </w:p>
    <w:p>
      <w:pPr>
        <w:pStyle w:val="ListParagraph"/>
      </w:pPr>
      <w:r>
        <w:rPr>
          <w:sz w:val="22"/>
        </w:rPr>
        <w:t>B. Android</w:t>
      </w:r>
    </w:p>
    <w:p>
      <w:pPr>
        <w:pStyle w:val="ListParagraph"/>
      </w:pPr>
      <w:r>
        <w:rPr>
          <w:sz w:val="22"/>
        </w:rPr>
        <w:t>C. Linux</w:t>
      </w:r>
    </w:p>
    <w:p>
      <w:pPr>
        <w:pStyle w:val="ListParagraph"/>
      </w:pPr>
      <w:r>
        <w:rPr>
          <w:sz w:val="22"/>
        </w:rPr>
        <w:t>D. macOS</w:t>
      </w:r>
    </w:p>
    <w:p/>
    <w:p>
      <w:r>
        <w:rPr>
          <w:b/>
          <w:sz w:val="24"/>
        </w:rPr>
        <w:t>Câu 27: Phương tiện lưu trữ nào sau đây khi muốn đọc và ghi dữ liệu phải cần đến đầu đọc/ghi đĩa chuyên dụng?</w:t>
      </w:r>
    </w:p>
    <w:p>
      <w:pPr>
        <w:pStyle w:val="ListParagraph"/>
      </w:pPr>
      <w:r>
        <w:rPr>
          <w:sz w:val="22"/>
        </w:rPr>
        <w:t>A. Thẻ nhớ USB</w:t>
      </w:r>
    </w:p>
    <w:p>
      <w:pPr>
        <w:pStyle w:val="ListParagraph"/>
      </w:pPr>
      <w:r>
        <w:rPr>
          <w:sz w:val="22"/>
        </w:rPr>
        <w:t>B. Ổ cứng ngoài</w:t>
      </w:r>
    </w:p>
    <w:p>
      <w:pPr>
        <w:pStyle w:val="ListParagraph"/>
      </w:pPr>
      <w:r>
        <w:rPr>
          <w:sz w:val="22"/>
        </w:rPr>
        <w:t>C. Đĩa quang (CD/DVD)</w:t>
      </w:r>
    </w:p>
    <w:p>
      <w:pPr>
        <w:pStyle w:val="ListParagraph"/>
      </w:pPr>
      <w:r>
        <w:rPr>
          <w:sz w:val="22"/>
        </w:rPr>
        <w:t>D. Dịch vụ lưu trữ đám mây</w:t>
      </w:r>
    </w:p>
    <w:p/>
    <w:p>
      <w:r>
        <w:rPr>
          <w:b/>
          <w:sz w:val="24"/>
        </w:rPr>
        <w:t>Câu 28: Danh sách nào sau đây chỉ gồm các phần mềm phòng chống virus bảo vệ dữ liệu máy tính?</w:t>
      </w:r>
    </w:p>
    <w:p>
      <w:pPr>
        <w:pStyle w:val="ListParagraph"/>
      </w:pPr>
      <w:r>
        <w:rPr>
          <w:sz w:val="22"/>
        </w:rPr>
        <w:t>A. MS Word, MS Excel, MS PowerPoint, Paint</w:t>
      </w:r>
    </w:p>
    <w:p>
      <w:pPr>
        <w:pStyle w:val="ListParagraph"/>
      </w:pPr>
      <w:r>
        <w:rPr>
          <w:sz w:val="22"/>
        </w:rPr>
        <w:t>B. Windows, Linux, Android, iOS</w:t>
      </w:r>
    </w:p>
    <w:p>
      <w:pPr>
        <w:pStyle w:val="ListParagraph"/>
      </w:pPr>
      <w:r>
        <w:rPr>
          <w:sz w:val="22"/>
        </w:rPr>
        <w:t>C. Facebook, Zalo, YouTube, Instagram</w:t>
      </w:r>
    </w:p>
    <w:p>
      <w:pPr>
        <w:pStyle w:val="ListParagraph"/>
      </w:pPr>
      <w:r>
        <w:rPr>
          <w:sz w:val="22"/>
        </w:rPr>
        <w:t>D. Bkav, Avast, Avira, Kaspersky</w:t>
      </w:r>
    </w:p>
    <w:p/>
    <w:p>
      <w:r>
        <w:rPr>
          <w:b/>
          <w:sz w:val="24"/>
        </w:rPr>
        <w:t>Câu 29: Kênh trao đổi thông tin nào trên Internet tập trung vào việc tạo các chủ đề thảo luận để các thành viên cùng tham gia trao đổi, phản hồi ý kiến?</w:t>
      </w:r>
    </w:p>
    <w:p>
      <w:pPr>
        <w:pStyle w:val="ListParagraph"/>
      </w:pPr>
      <w:r>
        <w:rPr>
          <w:sz w:val="22"/>
        </w:rPr>
        <w:t>A. Diễn đàn (Forum)</w:t>
      </w:r>
    </w:p>
    <w:p>
      <w:pPr>
        <w:pStyle w:val="ListParagraph"/>
      </w:pPr>
      <w:r>
        <w:rPr>
          <w:sz w:val="22"/>
        </w:rPr>
        <w:t>B. Thư điện tử (Email)</w:t>
      </w:r>
    </w:p>
    <w:p>
      <w:pPr>
        <w:pStyle w:val="ListParagraph"/>
      </w:pPr>
      <w:r>
        <w:rPr>
          <w:sz w:val="22"/>
        </w:rPr>
        <w:t>C. Thiết bị lưu trữ USB</w:t>
      </w:r>
    </w:p>
    <w:p>
      <w:pPr>
        <w:pStyle w:val="ListParagraph"/>
      </w:pPr>
      <w:r>
        <w:rPr>
          <w:sz w:val="22"/>
        </w:rPr>
        <w:t>D. Hệ điều hành máy tính</w:t>
      </w:r>
    </w:p>
    <w:p/>
    <w:p>
      <w:r>
        <w:rPr>
          <w:b/>
          <w:sz w:val="24"/>
        </w:rPr>
        <w:t>Câu 30: Khi tham gia thảo luận và giao lưu trên mạng xã hội, hành vi nào sau đây thể hiện văn hóa ứng xử lịch sự, đúng quy định?</w:t>
      </w:r>
    </w:p>
    <w:p>
      <w:pPr>
        <w:pStyle w:val="ListParagraph"/>
      </w:pPr>
      <w:r>
        <w:rPr>
          <w:sz w:val="22"/>
        </w:rPr>
        <w:t>A. Sử dụng ngôn từ thô tục để tranh luận với người khác.</w:t>
      </w:r>
    </w:p>
    <w:p>
      <w:pPr>
        <w:pStyle w:val="ListParagraph"/>
      </w:pPr>
      <w:r>
        <w:rPr>
          <w:sz w:val="22"/>
        </w:rPr>
        <w:t>B. Tôn trọng ý kiến người khác, sử dụng ngôn ngữ văn minh và lịch sự.</w:t>
      </w:r>
    </w:p>
    <w:p>
      <w:pPr>
        <w:pStyle w:val="ListParagraph"/>
      </w:pPr>
      <w:r>
        <w:rPr>
          <w:sz w:val="22"/>
        </w:rPr>
        <w:t>C. Tự ý đăng tải hình ảnh riêng tư của bạn bè khi chưa được phép.</w:t>
      </w:r>
    </w:p>
    <w:p>
      <w:pPr>
        <w:pStyle w:val="ListParagraph"/>
      </w:pPr>
      <w:r>
        <w:rPr>
          <w:sz w:val="22"/>
        </w:rPr>
        <w:t>D. Mạo danh tài khoản của người khác để bình luận trêu đùa.</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D</w:t>
      </w:r>
    </w:p>
    <w:p>
      <w:r>
        <w:rPr>
          <w:b/>
        </w:rPr>
        <w:t>Câu 5: Đáp án đúng: A</w:t>
      </w:r>
    </w:p>
    <w:p>
      <w:r>
        <w:rPr>
          <w:b/>
        </w:rPr>
        <w:t>Câu 6: Đáp án đúng: B</w:t>
      </w:r>
    </w:p>
    <w:p>
      <w:r>
        <w:rPr>
          <w:b/>
        </w:rPr>
        <w:t>Câu 7: Đáp án đúng: C</w:t>
      </w:r>
    </w:p>
    <w:p>
      <w:r>
        <w:rPr>
          <w:b/>
        </w:rPr>
        <w:t>Câu 8: Đáp án đúng: D</w:t>
      </w:r>
    </w:p>
    <w:p>
      <w:r>
        <w:rPr>
          <w:b/>
        </w:rPr>
        <w:t>Câu 9: Đáp án đúng: A</w:t>
      </w:r>
    </w:p>
    <w:p>
      <w:r>
        <w:rPr>
          <w:b/>
        </w:rPr>
        <w:t>Câu 10: Đáp án đúng: B</w:t>
      </w:r>
    </w:p>
    <w:p>
      <w:r>
        <w:rPr>
          <w:b/>
        </w:rPr>
        <w:t>Câu 11: Đáp án đúng: C</w:t>
      </w:r>
    </w:p>
    <w:p>
      <w:r>
        <w:rPr>
          <w:b/>
        </w:rPr>
        <w:t>Câu 12: Đáp án đúng: D</w:t>
      </w:r>
    </w:p>
    <w:p>
      <w:r>
        <w:rPr>
          <w:b/>
        </w:rPr>
        <w:t>Câu 13: Đáp án đúng: A</w:t>
      </w:r>
    </w:p>
    <w:p>
      <w:r>
        <w:rPr>
          <w:b/>
        </w:rPr>
        <w:t>Câu 14: Đáp án đúng: B</w:t>
      </w:r>
    </w:p>
    <w:p>
      <w:r>
        <w:rPr>
          <w:b/>
        </w:rPr>
        <w:t>Câu 15: Đáp án đúng: C</w:t>
      </w:r>
    </w:p>
    <w:p>
      <w:r>
        <w:rPr>
          <w:b/>
        </w:rPr>
        <w:t>Câu 16: Đáp án đúng: D</w:t>
      </w:r>
    </w:p>
    <w:p>
      <w:r>
        <w:rPr>
          <w:b/>
        </w:rPr>
        <w:t>Câu 17: Đáp án đúng: A</w:t>
      </w:r>
    </w:p>
    <w:p>
      <w:r>
        <w:rPr>
          <w:b/>
        </w:rPr>
        <w:t>Câu 18: Đáp án đúng: B</w:t>
      </w:r>
    </w:p>
    <w:p>
      <w:r>
        <w:rPr>
          <w:b/>
        </w:rPr>
        <w:t>Câu 19: Đáp án đúng: C</w:t>
      </w:r>
    </w:p>
    <w:p>
      <w:r>
        <w:rPr>
          <w:b/>
        </w:rPr>
        <w:t>Câu 20: Đáp án đúng: D</w:t>
      </w:r>
    </w:p>
    <w:p>
      <w:r>
        <w:rPr>
          <w:b/>
        </w:rPr>
        <w:t>Câu 21: Đáp án đúng: A</w:t>
      </w:r>
    </w:p>
    <w:p>
      <w:r>
        <w:rPr>
          <w:b/>
        </w:rPr>
        <w:t>Câu 22: Đáp án đúng: B</w:t>
      </w:r>
    </w:p>
    <w:p>
      <w:r>
        <w:rPr>
          <w:b/>
        </w:rPr>
        <w:t>Câu 23: Đáp án đúng: C</w:t>
      </w:r>
    </w:p>
    <w:p>
      <w:r>
        <w:rPr>
          <w:b/>
        </w:rPr>
        <w:t>Câu 24: Đáp án đúng: D</w:t>
      </w:r>
    </w:p>
    <w:p>
      <w:r>
        <w:rPr>
          <w:b/>
        </w:rPr>
        <w:t>Câu 25: Đáp án đúng: A</w:t>
      </w:r>
    </w:p>
    <w:p>
      <w:r>
        <w:rPr>
          <w:b/>
        </w:rPr>
        <w:t>Câu 26: Đáp án đúng: B</w:t>
      </w:r>
    </w:p>
    <w:p>
      <w:r>
        <w:rPr>
          <w:b/>
        </w:rPr>
        <w:t>Câu 27: Đáp án đúng: C</w:t>
      </w:r>
    </w:p>
    <w:p>
      <w:r>
        <w:rPr>
          <w:b/>
        </w:rPr>
        <w:t>Câu 28: Đáp án đúng: D</w:t>
      </w:r>
    </w:p>
    <w:p>
      <w:r>
        <w:rPr>
          <w:b/>
        </w:rPr>
        <w:t>Câu 29: Đáp án đúng: A</w:t>
      </w:r>
    </w:p>
    <w:p>
      <w:r>
        <w:rPr>
          <w:b/>
        </w:rPr>
        <w:t>Câu 30: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