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Sinh học - ​Câu 1. Quang hợp ở thực vật là quá trình gì?</w:t>
      </w:r>
    </w:p>
    <w:p>
      <w:pPr>
        <w:jc w:val="center"/>
      </w:pPr>
      <w:r>
        <w:rPr>
          <w:sz w:val="22"/>
        </w:rPr>
        <w:t>Số câu: 26    Thời gian: _____ phút    Họ và tên: _________________________</w:t>
      </w:r>
    </w:p>
    <w:p/>
    <w:p>
      <w:r>
        <w:rPr>
          <w:b/>
          <w:sz w:val="24"/>
        </w:rPr>
        <w:t>Câu 1: Quang hợp ở thực vật là quá trình gì?</w:t>
      </w:r>
    </w:p>
    <w:p>
      <w:pPr>
        <w:pStyle w:val="ListParagraph"/>
      </w:pPr>
      <w:r>
        <w:rPr>
          <w:sz w:val="22"/>
        </w:rPr>
        <w:t>A. Quá trình cây lấy khí oxygen để giải phóng khí carbon dioxide.</w:t>
      </w:r>
    </w:p>
    <w:p>
      <w:pPr>
        <w:pStyle w:val="ListParagraph"/>
      </w:pPr>
      <w:r>
        <w:rPr>
          <w:sz w:val="22"/>
        </w:rPr>
        <w:t>B. Quá trình thực vật sử dụng năng lượng ánh sáng để tổng hợp chất hữu cơ từ các chất vô cơ.</w:t>
      </w:r>
    </w:p>
    <w:p>
      <w:pPr>
        <w:pStyle w:val="ListParagraph"/>
      </w:pPr>
      <w:r>
        <w:rPr>
          <w:sz w:val="22"/>
        </w:rPr>
        <w:t>C. Quá trình thực vật phân giải chất hữu cơ để cung cấp năng lượng cho các hoạt động sống.</w:t>
      </w:r>
    </w:p>
    <w:p>
      <w:pPr>
        <w:pStyle w:val="ListParagraph"/>
      </w:pPr>
      <w:r>
        <w:rPr>
          <w:sz w:val="22"/>
        </w:rPr>
        <w:t>D. Quá trình thực vật hấp thụ nước và muối khoáng từ đất thông qua rễ.</w:t>
      </w:r>
    </w:p>
    <w:p/>
    <w:p>
      <w:r>
        <w:rPr>
          <w:b/>
          <w:sz w:val="24"/>
        </w:rPr>
        <w:t>Câu 2: Nguyên liệu chủ yếu để thực vật thực hiện quá trình quang hợp là gì?</w:t>
      </w:r>
    </w:p>
    <w:p>
      <w:pPr>
        <w:pStyle w:val="ListParagraph"/>
      </w:pPr>
      <w:r>
        <w:rPr>
          <w:sz w:val="22"/>
        </w:rPr>
        <w:t>A. Glucose và Oxygen.</w:t>
      </w:r>
    </w:p>
    <w:p>
      <w:pPr>
        <w:pStyle w:val="ListParagraph"/>
      </w:pPr>
      <w:r>
        <w:rPr>
          <w:sz w:val="22"/>
        </w:rPr>
        <w:t>B. Carbon dioxide và nước.</w:t>
      </w:r>
    </w:p>
    <w:p>
      <w:pPr>
        <w:pStyle w:val="ListParagraph"/>
      </w:pPr>
      <w:r>
        <w:rPr>
          <w:sz w:val="22"/>
        </w:rPr>
        <w:t>C. Nước và Oxygen.</w:t>
      </w:r>
    </w:p>
    <w:p>
      <w:pPr>
        <w:pStyle w:val="ListParagraph"/>
      </w:pPr>
      <w:r>
        <w:rPr>
          <w:sz w:val="22"/>
        </w:rPr>
        <w:t>D. Carbon dioxide và Glucose.</w:t>
      </w:r>
    </w:p>
    <w:p/>
    <w:p>
      <w:r>
        <w:rPr>
          <w:b/>
          <w:sz w:val="24"/>
        </w:rPr>
        <w:t>Câu 3: Vai trò nào dưới đây không phải của quang hợp?</w:t>
      </w:r>
    </w:p>
    <w:p>
      <w:pPr>
        <w:pStyle w:val="ListParagraph"/>
      </w:pPr>
      <w:r>
        <w:rPr>
          <w:sz w:val="22"/>
        </w:rPr>
        <w:t>A. Cung cấp nguyên liệu cho các ngành công nghiệp, dược liệu…</w:t>
      </w:r>
    </w:p>
    <w:p>
      <w:pPr>
        <w:pStyle w:val="ListParagraph"/>
      </w:pPr>
      <w:r>
        <w:rPr>
          <w:sz w:val="22"/>
        </w:rPr>
        <w:t>B. Tạo chất hữu cơ.</w:t>
      </w:r>
    </w:p>
    <w:p>
      <w:pPr>
        <w:pStyle w:val="ListParagraph"/>
      </w:pPr>
      <w:r>
        <w:rPr>
          <w:sz w:val="22"/>
        </w:rPr>
        <w:t>C. Duy trì nhiệt độ thuận lợi cho cơ thể sống.</w:t>
      </w:r>
    </w:p>
    <w:p>
      <w:pPr>
        <w:pStyle w:val="ListParagraph"/>
      </w:pPr>
      <w:r>
        <w:rPr>
          <w:sz w:val="22"/>
        </w:rPr>
        <w:t>D. Đảm bảo hàm lượng khí \(\text{O}_2\) và \(\text{CO}_2 ở\) mức ổn định.</w:t>
      </w:r>
    </w:p>
    <w:p/>
    <w:p>
      <w:r>
        <w:rPr>
          <w:b/>
          <w:sz w:val="24"/>
        </w:rPr>
        <w:t>Câu 4: Quang hợp có vai trò quan trọng nào đối với bầu khí quyển?</w:t>
      </w:r>
    </w:p>
    <w:p>
      <w:pPr>
        <w:pStyle w:val="ListParagraph"/>
      </w:pPr>
      <w:r>
        <w:rPr>
          <w:sz w:val="22"/>
        </w:rPr>
        <w:t>A. Tăng nồng độ khí carbon dioxide.</w:t>
      </w:r>
    </w:p>
    <w:p>
      <w:pPr>
        <w:pStyle w:val="ListParagraph"/>
      </w:pPr>
      <w:r>
        <w:rPr>
          <w:sz w:val="22"/>
        </w:rPr>
        <w:t>B. Cung cấp khí oxygen giúp cân bằng tỉ lệ khí trong khí quyển.</w:t>
      </w:r>
    </w:p>
    <w:p>
      <w:pPr>
        <w:pStyle w:val="ListParagraph"/>
      </w:pPr>
      <w:r>
        <w:rPr>
          <w:sz w:val="22"/>
        </w:rPr>
        <w:t>C. Làm tăng hiệu ứng nhà kính.</w:t>
      </w:r>
    </w:p>
    <w:p>
      <w:pPr>
        <w:pStyle w:val="ListParagraph"/>
      </w:pPr>
      <w:r>
        <w:rPr>
          <w:sz w:val="22"/>
        </w:rPr>
        <w:t>D. Loại bỏ hoàn toàn hơi nước trong không khí.</w:t>
      </w:r>
    </w:p>
    <w:p/>
    <w:p>
      <w:r>
        <w:rPr>
          <w:b/>
          <w:sz w:val="24"/>
        </w:rPr>
        <w:t>Câu 5: Nguồn năng lượng chủ yếu được thực vật sử dụng để thực hiện quang hợp là gì?</w:t>
      </w:r>
    </w:p>
    <w:p>
      <w:pPr>
        <w:pStyle w:val="ListParagraph"/>
      </w:pPr>
      <w:r>
        <w:rPr>
          <w:sz w:val="22"/>
        </w:rPr>
        <w:t>A. Năng lượng hóa học từ ATP.</w:t>
      </w:r>
    </w:p>
    <w:p>
      <w:pPr>
        <w:pStyle w:val="ListParagraph"/>
      </w:pPr>
      <w:r>
        <w:rPr>
          <w:sz w:val="22"/>
        </w:rPr>
        <w:t>B. Năng lượng nhiệt từ đất.</w:t>
      </w:r>
    </w:p>
    <w:p>
      <w:pPr>
        <w:pStyle w:val="ListParagraph"/>
      </w:pPr>
      <w:r>
        <w:rPr>
          <w:sz w:val="22"/>
        </w:rPr>
        <w:t>C. Năng lượng từ ánh sáng mặt trời.</w:t>
      </w:r>
    </w:p>
    <w:p>
      <w:pPr>
        <w:pStyle w:val="ListParagraph"/>
      </w:pPr>
      <w:r>
        <w:rPr>
          <w:sz w:val="22"/>
        </w:rPr>
        <w:t>D. Năng lượng từ quá trình phân hủy chất hữu cơ.</w:t>
      </w:r>
    </w:p>
    <w:p/>
    <w:p>
      <w:r>
        <w:rPr>
          <w:b/>
          <w:sz w:val="24"/>
        </w:rPr>
        <w:t>Câu 6: Điều kiện cần thiết để quá trình quang hợp diễn ra là:</w:t>
      </w:r>
    </w:p>
    <w:p>
      <w:pPr>
        <w:pStyle w:val="ListParagraph"/>
      </w:pPr>
      <w:r>
        <w:rPr>
          <w:sz w:val="22"/>
        </w:rPr>
        <w:t>A. Có diệp lục, ánh sáng, nước và khí carbon dioxide.</w:t>
      </w:r>
    </w:p>
    <w:p>
      <w:pPr>
        <w:pStyle w:val="ListParagraph"/>
      </w:pPr>
      <w:r>
        <w:rPr>
          <w:sz w:val="22"/>
        </w:rPr>
        <w:t>B. Có diệp lục, ánh sáng, nước và khí oxygen.</w:t>
      </w:r>
    </w:p>
    <w:p>
      <w:pPr>
        <w:pStyle w:val="ListParagraph"/>
      </w:pPr>
      <w:r>
        <w:rPr>
          <w:sz w:val="22"/>
        </w:rPr>
        <w:t>C. Có ánh sáng, khí oxygen và chất khoáng.</w:t>
      </w:r>
    </w:p>
    <w:p>
      <w:pPr>
        <w:pStyle w:val="ListParagraph"/>
      </w:pPr>
      <w:r>
        <w:rPr>
          <w:sz w:val="22"/>
        </w:rPr>
        <w:t>D. Có nhiệt độ thấp, nước và khí carbon dioxide.</w:t>
      </w:r>
    </w:p>
    <w:p/>
    <w:p>
      <w:r>
        <w:rPr>
          <w:b/>
          <w:sz w:val="24"/>
        </w:rPr>
        <w:t>Câu 7: Vai trò chính của các sắc tố quang hợp (diệp lục, carotenoid) trong lá cây là gì?</w:t>
      </w:r>
    </w:p>
    <w:p>
      <w:pPr>
        <w:pStyle w:val="ListParagraph"/>
      </w:pPr>
      <w:r>
        <w:rPr>
          <w:sz w:val="22"/>
        </w:rPr>
        <w:t>A. Phân giải chất hữu cơ thành năng lượng hóa học.</w:t>
      </w:r>
    </w:p>
    <w:p>
      <w:pPr>
        <w:pStyle w:val="ListParagraph"/>
      </w:pPr>
      <w:r>
        <w:rPr>
          <w:sz w:val="22"/>
        </w:rPr>
        <w:t>B. Hấp thụ và truyền năng lượng ánh sáng cho quá trình quang hợp.</w:t>
      </w:r>
    </w:p>
    <w:p>
      <w:pPr>
        <w:pStyle w:val="ListParagraph"/>
      </w:pPr>
      <w:r>
        <w:rPr>
          <w:sz w:val="22"/>
        </w:rPr>
        <w:t>C. Vận chuyển nước từ rễ lên lá để phục vụ quang hợp.</w:t>
      </w:r>
    </w:p>
    <w:p>
      <w:pPr>
        <w:pStyle w:val="ListParagraph"/>
      </w:pPr>
      <w:r>
        <w:rPr>
          <w:sz w:val="22"/>
        </w:rPr>
        <w:t>D. Bảo vệ cây khỏi sự tấn công của các loại sâu bệnh.</w:t>
      </w:r>
    </w:p>
    <w:p/>
    <w:p>
      <w:r>
        <w:rPr>
          <w:b/>
          <w:sz w:val="24"/>
        </w:rPr>
        <w:t>Câu 8: Sắc tố nào đóng vai trò trung tâm, trực tiếp tham gia chuyển hóa năng lượng ánh sáng thành năng lượng hóa học trong quang hợp?</w:t>
      </w:r>
    </w:p>
    <w:p>
      <w:pPr>
        <w:pStyle w:val="ListParagraph"/>
      </w:pPr>
      <w:r>
        <w:rPr>
          <w:sz w:val="22"/>
        </w:rPr>
        <w:t>A. Carotenoid.</w:t>
      </w:r>
    </w:p>
    <w:p>
      <w:pPr>
        <w:pStyle w:val="ListParagraph"/>
      </w:pPr>
      <w:r>
        <w:rPr>
          <w:sz w:val="22"/>
        </w:rPr>
        <w:t>B. Diệp lục b.</w:t>
      </w:r>
    </w:p>
    <w:p>
      <w:pPr>
        <w:pStyle w:val="ListParagraph"/>
      </w:pPr>
      <w:r>
        <w:rPr>
          <w:sz w:val="22"/>
        </w:rPr>
        <w:t>C. Diệp lục a.</w:t>
      </w:r>
    </w:p>
    <w:p>
      <w:pPr>
        <w:pStyle w:val="ListParagraph"/>
      </w:pPr>
      <w:r>
        <w:rPr>
          <w:sz w:val="22"/>
        </w:rPr>
        <w:t>D. Anthocyanin.</w:t>
      </w:r>
    </w:p>
    <w:p/>
    <w:p>
      <w:r>
        <w:rPr>
          <w:b/>
          <w:sz w:val="24"/>
        </w:rPr>
        <w:t>Câu 9: Trong quang hợp, vai trò của các sắc tố phụ (như carotenoid) là gì?</w:t>
      </w:r>
    </w:p>
    <w:p>
      <w:pPr>
        <w:pStyle w:val="ListParagraph"/>
      </w:pPr>
      <w:r>
        <w:rPr>
          <w:sz w:val="22"/>
        </w:rPr>
        <w:t>A. Hấp thụ trực tiếp ánh sáng để tạo ra ATP.</w:t>
      </w:r>
    </w:p>
    <w:p>
      <w:pPr>
        <w:pStyle w:val="ListParagraph"/>
      </w:pPr>
      <w:r>
        <w:rPr>
          <w:sz w:val="22"/>
        </w:rPr>
        <w:t>B. Hấp thụ năng lượng ở các vùng ánh sáng mà diệp lục không hấp thụ được và truyền năng lượng cho diệp lục a.</w:t>
      </w:r>
    </w:p>
    <w:p>
      <w:pPr>
        <w:pStyle w:val="ListParagraph"/>
      </w:pPr>
      <w:r>
        <w:rPr>
          <w:sz w:val="22"/>
        </w:rPr>
        <w:t>C. Phân hủy nước để giải phóng oxygen.</w:t>
      </w:r>
    </w:p>
    <w:p>
      <w:pPr>
        <w:pStyle w:val="ListParagraph"/>
      </w:pPr>
      <w:r>
        <w:rPr>
          <w:sz w:val="22"/>
        </w:rPr>
        <w:t>D. Tổng hợp nên các phân tử đường glucose.</w:t>
      </w:r>
    </w:p>
    <w:p/>
    <w:p>
      <w:r>
        <w:rPr>
          <w:b/>
          <w:sz w:val="24"/>
        </w:rPr>
        <w:t>Câu 10: Quá trình biến đổi năng lượng ánh sáng thành năng lượng hóa học trong ATP và NADPH diễn ra ở đâu trong lục lạp?</w:t>
      </w:r>
    </w:p>
    <w:p>
      <w:pPr>
        <w:pStyle w:val="ListParagraph"/>
      </w:pPr>
      <w:r>
        <w:rPr>
          <w:sz w:val="22"/>
        </w:rPr>
        <w:t>A. Chất nền (Stroma).</w:t>
      </w:r>
    </w:p>
    <w:p>
      <w:pPr>
        <w:pStyle w:val="ListParagraph"/>
      </w:pPr>
      <w:r>
        <w:rPr>
          <w:sz w:val="22"/>
        </w:rPr>
        <w:t>B. Màng ngoài của lục lạp.</w:t>
      </w:r>
    </w:p>
    <w:p>
      <w:pPr>
        <w:pStyle w:val="ListParagraph"/>
      </w:pPr>
      <w:r>
        <w:rPr>
          <w:sz w:val="22"/>
        </w:rPr>
        <w:t>C. Màng thylakoid.</w:t>
      </w:r>
    </w:p>
    <w:p>
      <w:pPr>
        <w:pStyle w:val="ListParagraph"/>
      </w:pPr>
      <w:r>
        <w:rPr>
          <w:sz w:val="22"/>
        </w:rPr>
        <w:t>D. Trong nhân tế bào.</w:t>
      </w:r>
    </w:p>
    <w:p/>
    <w:p>
      <w:r>
        <w:rPr>
          <w:b/>
          <w:sz w:val="24"/>
        </w:rPr>
        <w:t>Câu 11: Phần tử nào đóng vai trò là "chất mang năng lượng" ngắn hạn được tạo ra từ pha sáng của quang hợp?</w:t>
      </w:r>
    </w:p>
    <w:p>
      <w:pPr>
        <w:pStyle w:val="ListParagraph"/>
      </w:pPr>
      <w:r>
        <w:rPr>
          <w:sz w:val="22"/>
        </w:rPr>
        <w:t>A. Glucose.</w:t>
      </w:r>
    </w:p>
    <w:p>
      <w:pPr>
        <w:pStyle w:val="ListParagraph"/>
      </w:pPr>
      <w:r>
        <w:rPr>
          <w:sz w:val="22"/>
        </w:rPr>
        <w:t>B. Tinh bột.</w:t>
      </w:r>
    </w:p>
    <w:p>
      <w:pPr>
        <w:pStyle w:val="ListParagraph"/>
      </w:pPr>
      <w:r>
        <w:rPr>
          <w:sz w:val="22"/>
        </w:rPr>
        <w:t>C. ATP và NADPH.</w:t>
      </w:r>
    </w:p>
    <w:p>
      <w:pPr>
        <w:pStyle w:val="ListParagraph"/>
      </w:pPr>
      <w:r>
        <w:rPr>
          <w:sz w:val="22"/>
        </w:rPr>
        <w:t>D. \(\text{CO}_2\) và \(\text{H}_2\text{O}\).</w:t>
      </w:r>
    </w:p>
    <w:p/>
    <w:p>
      <w:r>
        <w:rPr>
          <w:b/>
          <w:sz w:val="24"/>
        </w:rPr>
        <w:t>Câu 12: Có mấy con đường đồng hoá \(\text{CO}_2\) chính trong quang hợp ở thực vật?</w:t>
      </w:r>
    </w:p>
    <w:p>
      <w:pPr>
        <w:pStyle w:val="ListParagraph"/>
      </w:pPr>
      <w:r>
        <w:rPr>
          <w:sz w:val="22"/>
        </w:rPr>
        <w:t>A. 1 (chu trình Calvin – C3)</w:t>
      </w:r>
    </w:p>
    <w:p>
      <w:pPr>
        <w:pStyle w:val="ListParagraph"/>
      </w:pPr>
      <w:r>
        <w:rPr>
          <w:sz w:val="22"/>
        </w:rPr>
        <w:t>B. 2 (C3 và C4)</w:t>
      </w:r>
    </w:p>
    <w:p>
      <w:pPr>
        <w:pStyle w:val="ListParagraph"/>
      </w:pPr>
      <w:r>
        <w:rPr>
          <w:sz w:val="22"/>
        </w:rPr>
        <w:t>C. 2 (C3 và CAM)</w:t>
      </w:r>
    </w:p>
    <w:p>
      <w:pPr>
        <w:pStyle w:val="ListParagraph"/>
      </w:pPr>
      <w:r>
        <w:rPr>
          <w:sz w:val="22"/>
        </w:rPr>
        <w:t>D. 3 (C3, C4 và CAM)</w:t>
      </w:r>
    </w:p>
    <w:p/>
    <w:p>
      <w:r>
        <w:rPr>
          <w:b/>
          <w:sz w:val="24"/>
        </w:rPr>
        <w:t>Câu 13: Chất nhận \(\text{CO}_2\) đầu tiên trong chu trình Calvin ở thực vật C3 là:</w:t>
      </w:r>
    </w:p>
    <w:p>
      <w:pPr>
        <w:pStyle w:val="ListParagraph"/>
      </w:pPr>
      <w:r>
        <w:rPr>
          <w:sz w:val="22"/>
        </w:rPr>
        <w:t>A. Ribulose 1,5 – bisphosphate (RuBP)</w:t>
      </w:r>
    </w:p>
    <w:p>
      <w:pPr>
        <w:pStyle w:val="ListParagraph"/>
      </w:pPr>
      <w:r>
        <w:rPr>
          <w:sz w:val="22"/>
        </w:rPr>
        <w:t>B. 3-Phosphoglyceric acid (3-PGA)</w:t>
      </w:r>
    </w:p>
    <w:p>
      <w:pPr>
        <w:pStyle w:val="ListParagraph"/>
      </w:pPr>
      <w:r>
        <w:rPr>
          <w:sz w:val="22"/>
        </w:rPr>
        <w:t>C. Glyceraldehyde 3 phosphate (G3P)</w:t>
      </w:r>
    </w:p>
    <w:p>
      <w:pPr>
        <w:pStyle w:val="ListParagraph"/>
      </w:pPr>
      <w:r>
        <w:rPr>
          <w:sz w:val="22"/>
        </w:rPr>
        <w:t>D. Hợp chất 3C (phosphoenol pyruvate – PEP)</w:t>
      </w:r>
    </w:p>
    <w:p/>
    <w:p>
      <w:r>
        <w:rPr>
          <w:b/>
          <w:sz w:val="24"/>
        </w:rPr>
        <w:t>Câu 14: Sản phẩm quang hợp đầu tiên của chu trình Calvin là gì?</w:t>
      </w:r>
    </w:p>
    <w:p>
      <w:pPr>
        <w:pStyle w:val="ListParagraph"/>
      </w:pPr>
      <w:r>
        <w:rPr>
          <w:sz w:val="22"/>
        </w:rPr>
        <w:t>A. RuBP (ribulose 1,5 - bisphosphate).</w:t>
      </w:r>
    </w:p>
    <w:p>
      <w:pPr>
        <w:pStyle w:val="ListParagraph"/>
      </w:pPr>
      <w:r>
        <w:rPr>
          <w:sz w:val="22"/>
        </w:rPr>
        <w:t>B. PGA (3- phosphoglycerate).</w:t>
      </w:r>
    </w:p>
    <w:p>
      <w:pPr>
        <w:pStyle w:val="ListParagraph"/>
      </w:pPr>
      <w:r>
        <w:rPr>
          <w:sz w:val="22"/>
        </w:rPr>
        <w:t>C. MA (Pyruvic acid).</w:t>
      </w:r>
    </w:p>
    <w:p>
      <w:pPr>
        <w:pStyle w:val="ListParagraph"/>
      </w:pPr>
      <w:r>
        <w:rPr>
          <w:sz w:val="22"/>
        </w:rPr>
        <w:t>D. G3P (Glyceraldehyde 3 phosphate).</w:t>
      </w:r>
    </w:p>
    <w:p/>
    <w:p>
      <w:r>
        <w:rPr>
          <w:b/>
          <w:sz w:val="24"/>
        </w:rPr>
        <w:t>Câu 15: Cơ chế quang hợp ở thực vật C4 giúp chúng thích nghi với điều kiện nào?</w:t>
      </w:r>
    </w:p>
    <w:p>
      <w:pPr>
        <w:pStyle w:val="ListParagraph"/>
      </w:pPr>
      <w:r>
        <w:rPr>
          <w:sz w:val="22"/>
        </w:rPr>
        <w:t>A. Ánh sáng yếu, nhiệt độ thấp.</w:t>
      </w:r>
    </w:p>
    <w:p>
      <w:pPr>
        <w:pStyle w:val="ListParagraph"/>
      </w:pPr>
      <w:r>
        <w:rPr>
          <w:sz w:val="22"/>
        </w:rPr>
        <w:t>B. Nhiệt độ cao, ánh sáng mạnh, khô hạn vừa.</w:t>
      </w:r>
    </w:p>
    <w:p>
      <w:pPr>
        <w:pStyle w:val="ListParagraph"/>
      </w:pPr>
      <w:r>
        <w:rPr>
          <w:sz w:val="22"/>
        </w:rPr>
        <w:t>C. Đất ngập nước, thiếu oxy.</w:t>
      </w:r>
    </w:p>
    <w:p>
      <w:pPr>
        <w:pStyle w:val="ListParagraph"/>
      </w:pPr>
      <w:r>
        <w:rPr>
          <w:sz w:val="22"/>
        </w:rPr>
        <w:t>D. Môi trường bóng râm, ẩm ướt.</w:t>
      </w:r>
    </w:p>
    <w:p/>
    <w:p>
      <w:r>
        <w:rPr>
          <w:b/>
          <w:sz w:val="24"/>
        </w:rPr>
        <w:t>Câu 16: Giai đoạn cố định \(\text{CO}_2\) theo chu trình calvin ở thực vật C4 được tiến hành ở tế bào nào?</w:t>
      </w:r>
    </w:p>
    <w:p>
      <w:pPr>
        <w:pStyle w:val="ListParagraph"/>
      </w:pPr>
      <w:r>
        <w:rPr>
          <w:sz w:val="22"/>
        </w:rPr>
        <w:t>A. Tế bào nhu mô</w:t>
      </w:r>
    </w:p>
    <w:p>
      <w:pPr>
        <w:pStyle w:val="ListParagraph"/>
      </w:pPr>
      <w:r>
        <w:rPr>
          <w:sz w:val="22"/>
        </w:rPr>
        <w:t>B. Tế bào bao bao mạch</w:t>
      </w:r>
    </w:p>
    <w:p>
      <w:pPr>
        <w:pStyle w:val="ListParagraph"/>
      </w:pPr>
      <w:r>
        <w:rPr>
          <w:sz w:val="22"/>
        </w:rPr>
        <w:t>C. Tế bào mô khuyết</w:t>
      </w:r>
    </w:p>
    <w:p>
      <w:pPr>
        <w:pStyle w:val="ListParagraph"/>
      </w:pPr>
      <w:r>
        <w:rPr>
          <w:sz w:val="22"/>
        </w:rPr>
        <w:t>D. Tế bào khí khổng</w:t>
      </w:r>
    </w:p>
    <w:p/>
    <w:p>
      <w:r>
        <w:rPr>
          <w:b/>
          <w:sz w:val="24"/>
        </w:rPr>
        <w:t>Câu 17: Những cây nào thuộc nhóm thực vật C4?</w:t>
      </w:r>
    </w:p>
    <w:p>
      <w:pPr>
        <w:pStyle w:val="ListParagraph"/>
      </w:pPr>
      <w:r>
        <w:rPr>
          <w:sz w:val="22"/>
        </w:rPr>
        <w:t>A. Lúa, khoai, sắn</w:t>
      </w:r>
    </w:p>
    <w:p>
      <w:pPr>
        <w:pStyle w:val="ListParagraph"/>
      </w:pPr>
      <w:r>
        <w:rPr>
          <w:sz w:val="22"/>
        </w:rPr>
        <w:t>B. Ngô, mía, cỏ lồng vực</w:t>
      </w:r>
    </w:p>
    <w:p>
      <w:pPr>
        <w:pStyle w:val="ListParagraph"/>
      </w:pPr>
      <w:r>
        <w:rPr>
          <w:sz w:val="22"/>
        </w:rPr>
        <w:t>C. Dứa, xương rồng, thuốc bỏng.</w:t>
      </w:r>
    </w:p>
    <w:p>
      <w:pPr>
        <w:pStyle w:val="ListParagraph"/>
      </w:pPr>
      <w:r>
        <w:rPr>
          <w:sz w:val="22"/>
        </w:rPr>
        <w:t>D. Thanh long, mía, lúa</w:t>
      </w:r>
    </w:p>
    <w:p/>
    <w:p>
      <w:r>
        <w:rPr>
          <w:b/>
          <w:sz w:val="24"/>
        </w:rPr>
        <w:t>Câu 18: Thực vật CAM thường gặp ở môi trường nào?</w:t>
      </w:r>
    </w:p>
    <w:p>
      <w:pPr>
        <w:pStyle w:val="ListParagraph"/>
      </w:pPr>
      <w:r>
        <w:rPr>
          <w:sz w:val="22"/>
        </w:rPr>
        <w:t>A. Môi trường ôn đới mát mẻ</w:t>
      </w:r>
    </w:p>
    <w:p>
      <w:pPr>
        <w:pStyle w:val="ListParagraph"/>
      </w:pPr>
      <w:r>
        <w:rPr>
          <w:sz w:val="22"/>
        </w:rPr>
        <w:t>B. Môi trường khô hạn, sa mạc</w:t>
      </w:r>
    </w:p>
    <w:p>
      <w:pPr>
        <w:pStyle w:val="ListParagraph"/>
      </w:pPr>
      <w:r>
        <w:rPr>
          <w:sz w:val="22"/>
        </w:rPr>
        <w:t>C. Môi trường đất ngập nước</w:t>
      </w:r>
    </w:p>
    <w:p>
      <w:pPr>
        <w:pStyle w:val="ListParagraph"/>
      </w:pPr>
      <w:r>
        <w:rPr>
          <w:sz w:val="22"/>
        </w:rPr>
        <w:t>D. Môi trường rừng mưa nhiệt đới ẩm</w:t>
      </w:r>
    </w:p>
    <w:p/>
    <w:p>
      <w:r>
        <w:rPr>
          <w:b/>
          <w:sz w:val="24"/>
        </w:rPr>
        <w:t>Câu 19: Những loại cây nào thuộc nhóm thực vật CAM?</w:t>
      </w:r>
    </w:p>
    <w:p>
      <w:pPr>
        <w:pStyle w:val="ListParagraph"/>
      </w:pPr>
      <w:r>
        <w:rPr>
          <w:sz w:val="22"/>
        </w:rPr>
        <w:t>A. Lúa, khoai, sắn</w:t>
      </w:r>
    </w:p>
    <w:p>
      <w:pPr>
        <w:pStyle w:val="ListParagraph"/>
      </w:pPr>
      <w:r>
        <w:rPr>
          <w:sz w:val="22"/>
        </w:rPr>
        <w:t>B. Ngô, mía, cỏ lồng vực</w:t>
      </w:r>
    </w:p>
    <w:p>
      <w:pPr>
        <w:pStyle w:val="ListParagraph"/>
      </w:pPr>
      <w:r>
        <w:rPr>
          <w:sz w:val="22"/>
        </w:rPr>
        <w:t>C. Dứa, xương rồng, thuốc bỏng.</w:t>
      </w:r>
    </w:p>
    <w:p>
      <w:pPr>
        <w:pStyle w:val="ListParagraph"/>
      </w:pPr>
      <w:r>
        <w:rPr>
          <w:sz w:val="22"/>
        </w:rPr>
        <w:t>D. Thanh long, mía, lúa</w:t>
      </w:r>
    </w:p>
    <w:p/>
    <w:p>
      <w:r>
        <w:rPr>
          <w:b/>
          <w:sz w:val="24"/>
        </w:rPr>
        <w:t>Câu 20: Việc đồng hóa \(\text{CO}_2 ở\) thực vật CAM phải tiến hành vào thời gian nào?</w:t>
      </w:r>
    </w:p>
    <w:p>
      <w:pPr>
        <w:pStyle w:val="ListParagraph"/>
      </w:pPr>
      <w:r>
        <w:rPr>
          <w:sz w:val="22"/>
        </w:rPr>
        <w:t>A. Vào buổi sáng.</w:t>
      </w:r>
    </w:p>
    <w:p>
      <w:pPr>
        <w:pStyle w:val="ListParagraph"/>
      </w:pPr>
      <w:r>
        <w:rPr>
          <w:sz w:val="22"/>
        </w:rPr>
        <w:t>B. Vào buổi trưa.</w:t>
      </w:r>
    </w:p>
    <w:p>
      <w:pPr>
        <w:pStyle w:val="ListParagraph"/>
      </w:pPr>
      <w:r>
        <w:rPr>
          <w:sz w:val="22"/>
        </w:rPr>
        <w:t>C. Cả ban ngày và ban đêm.</w:t>
      </w:r>
    </w:p>
    <w:p>
      <w:pPr>
        <w:pStyle w:val="ListParagraph"/>
      </w:pPr>
      <w:r>
        <w:rPr>
          <w:sz w:val="22"/>
        </w:rPr>
        <w:t>D. Vào ban đêm.</w:t>
      </w:r>
    </w:p>
    <w:p/>
    <w:p>
      <w:r>
        <w:rPr>
          <w:b/>
          <w:sz w:val="24"/>
        </w:rPr>
        <w:t>Câu 21: Đặc điểm nào sau đây giúp TV CAM hạn chế thoát hơi nước trong điều kiện khô hạn?</w:t>
      </w:r>
    </w:p>
    <w:p>
      <w:pPr>
        <w:pStyle w:val="ListParagraph"/>
      </w:pPr>
      <w:r>
        <w:rPr>
          <w:sz w:val="22"/>
        </w:rPr>
        <w:t>A. Mở khí khổng vào ban ngày để lấy \(\text{CO}_2\).</w:t>
      </w:r>
    </w:p>
    <w:p>
      <w:pPr>
        <w:pStyle w:val="ListParagraph"/>
      </w:pPr>
      <w:r>
        <w:rPr>
          <w:sz w:val="22"/>
        </w:rPr>
        <w:t>B. Đóng khí khổng ban ngày, chỉ mở vào ban đêm để cố định \(\text{CO}_2\).</w:t>
      </w:r>
    </w:p>
    <w:p>
      <w:pPr>
        <w:pStyle w:val="ListParagraph"/>
      </w:pPr>
      <w:r>
        <w:rPr>
          <w:sz w:val="22"/>
        </w:rPr>
        <w:t>C. Cố định \(\text{CO}_2\) trực tiếp bằng Rubisco.</w:t>
      </w:r>
    </w:p>
    <w:p>
      <w:pPr>
        <w:pStyle w:val="ListParagraph"/>
      </w:pPr>
      <w:r>
        <w:rPr>
          <w:sz w:val="22"/>
        </w:rPr>
        <w:t>D. Tích trữ nước trong mạch gỗ.</w:t>
      </w:r>
    </w:p>
    <w:p/>
    <w:p>
      <w:r>
        <w:rPr>
          <w:b/>
          <w:sz w:val="24"/>
        </w:rPr>
        <w:t>Câu 22: Sản phẩm đầu tiên và quan trọng nhất của quá trình quang hợp là gì?</w:t>
      </w:r>
    </w:p>
    <w:p>
      <w:pPr>
        <w:pStyle w:val="ListParagraph"/>
      </w:pPr>
      <w:r>
        <w:rPr>
          <w:sz w:val="22"/>
        </w:rPr>
        <w:t>A. Protein.</w:t>
      </w:r>
    </w:p>
    <w:p>
      <w:pPr>
        <w:pStyle w:val="ListParagraph"/>
      </w:pPr>
      <w:r>
        <w:rPr>
          <w:sz w:val="22"/>
        </w:rPr>
        <w:t>B. Lipid.</w:t>
      </w:r>
    </w:p>
    <w:p>
      <w:pPr>
        <w:pStyle w:val="ListParagraph"/>
      </w:pPr>
      <w:r>
        <w:rPr>
          <w:sz w:val="22"/>
        </w:rPr>
        <w:t>C. Glucose.</w:t>
      </w:r>
    </w:p>
    <w:p>
      <w:pPr>
        <w:pStyle w:val="ListParagraph"/>
      </w:pPr>
      <w:r>
        <w:rPr>
          <w:sz w:val="22"/>
        </w:rPr>
        <w:t>D. Amino acid.</w:t>
      </w:r>
    </w:p>
    <w:p/>
    <w:p>
      <w:r>
        <w:rPr>
          <w:b/>
          <w:sz w:val="24"/>
        </w:rPr>
        <w:t>Câu 23: Ở thực vật, glucose thường được chuyển hóa thành dạng nào để dự trữ trong các mô như củ, hạt, quả?</w:t>
      </w:r>
    </w:p>
    <w:p>
      <w:pPr>
        <w:pStyle w:val="ListParagraph"/>
      </w:pPr>
      <w:r>
        <w:rPr>
          <w:sz w:val="22"/>
        </w:rPr>
        <w:t>A. Cellulose.</w:t>
      </w:r>
    </w:p>
    <w:p>
      <w:pPr>
        <w:pStyle w:val="ListParagraph"/>
      </w:pPr>
      <w:r>
        <w:rPr>
          <w:sz w:val="22"/>
        </w:rPr>
        <w:t>B. Tinh bột.</w:t>
      </w:r>
    </w:p>
    <w:p>
      <w:pPr>
        <w:pStyle w:val="ListParagraph"/>
      </w:pPr>
      <w:r>
        <w:rPr>
          <w:sz w:val="22"/>
        </w:rPr>
        <w:t>C. Protein.</w:t>
      </w:r>
    </w:p>
    <w:p>
      <w:pPr>
        <w:pStyle w:val="ListParagraph"/>
      </w:pPr>
      <w:r>
        <w:rPr>
          <w:sz w:val="22"/>
        </w:rPr>
        <w:t>D. Phospholipid.</w:t>
      </w:r>
    </w:p>
    <w:p/>
    <w:p>
      <w:r>
        <w:rPr>
          <w:b/>
          <w:sz w:val="24"/>
        </w:rPr>
        <w:t>Câu 24: Tại sao nói quang hợp là cơ sở để duy trì sự sống trên Trái Đất?</w:t>
      </w:r>
    </w:p>
    <w:p>
      <w:pPr>
        <w:pStyle w:val="ListParagraph"/>
      </w:pPr>
      <w:r>
        <w:rPr>
          <w:sz w:val="22"/>
        </w:rPr>
        <w:t>A. Vì nó tạo ra nguồn chất hữu cơ khổng lồ và nguồn oxygen cho sinh giới.</w:t>
      </w:r>
    </w:p>
    <w:p>
      <w:pPr>
        <w:pStyle w:val="ListParagraph"/>
      </w:pPr>
      <w:r>
        <w:rPr>
          <w:sz w:val="22"/>
        </w:rPr>
        <w:t>B. Vì nó giúp thực vật phát triển xanh tốt.</w:t>
      </w:r>
    </w:p>
    <w:p>
      <w:pPr>
        <w:pStyle w:val="ListParagraph"/>
      </w:pPr>
      <w:r>
        <w:rPr>
          <w:sz w:val="22"/>
        </w:rPr>
        <w:t>C. Vì nó làm cho Trái Đất ấm lên.</w:t>
      </w:r>
    </w:p>
    <w:p>
      <w:pPr>
        <w:pStyle w:val="ListParagraph"/>
      </w:pPr>
      <w:r>
        <w:rPr>
          <w:sz w:val="22"/>
        </w:rPr>
        <w:t>D. Vì nó giúp thực vật cạnh tranh với các sinh vật khác.</w:t>
      </w:r>
    </w:p>
    <w:p/>
    <w:p>
      <w:r>
        <w:rPr>
          <w:b/>
          <w:sz w:val="24"/>
        </w:rPr>
        <w:t>Câu 25: Nếu quá trình quang hợp ở thực vật bị ngưng trệ, sinh giới sẽ chịu ảnh hưởng lớn nhất là gì?</w:t>
      </w:r>
    </w:p>
    <w:p>
      <w:pPr>
        <w:pStyle w:val="ListParagraph"/>
      </w:pPr>
      <w:r>
        <w:rPr>
          <w:sz w:val="22"/>
        </w:rPr>
        <w:t>A. Thiếu hụt nguồn chất hữu cơ (thức ăn) và năng lượng nuôi sống cơ thể.</w:t>
      </w:r>
    </w:p>
    <w:p>
      <w:pPr>
        <w:pStyle w:val="ListParagraph"/>
      </w:pPr>
      <w:r>
        <w:rPr>
          <w:sz w:val="22"/>
        </w:rPr>
        <w:t>B. Nồng độ nitrogen trong không khí sẽ giảm nhanh chóng.</w:t>
      </w:r>
    </w:p>
    <w:p>
      <w:pPr>
        <w:pStyle w:val="ListParagraph"/>
      </w:pPr>
      <w:r>
        <w:rPr>
          <w:sz w:val="22"/>
        </w:rPr>
        <w:t>C. Mực nước biển sẽ không thay đổi.</w:t>
      </w:r>
    </w:p>
    <w:p>
      <w:pPr>
        <w:pStyle w:val="ListParagraph"/>
      </w:pPr>
      <w:r>
        <w:rPr>
          <w:sz w:val="22"/>
        </w:rPr>
        <w:t>D. Thực vật sẽ không thể hấp thụ được nước.</w:t>
      </w:r>
    </w:p>
    <w:p/>
    <w:p>
      <w:r>
        <w:rPr>
          <w:b/>
          <w:sz w:val="24"/>
        </w:rPr>
        <w:t>Câu 26: Chuỗi thức ăn trong tự nhiên hầu hết đều bắt đầu bằng thực vật, điều này chứng tỏ vai trò gì của sản phẩm quang hợp?</w:t>
      </w:r>
    </w:p>
    <w:p>
      <w:pPr>
        <w:pStyle w:val="ListParagraph"/>
      </w:pPr>
      <w:r>
        <w:rPr>
          <w:sz w:val="22"/>
        </w:rPr>
        <w:t>A. Thực vật là nguồn cung cấp chất hữu cơ sơ cấp cho toàn bộ chuỗi thức ăn.</w:t>
      </w:r>
    </w:p>
    <w:p>
      <w:pPr>
        <w:pStyle w:val="ListParagraph"/>
      </w:pPr>
      <w:r>
        <w:rPr>
          <w:sz w:val="22"/>
        </w:rPr>
        <w:t>B. Thực vật tiêu thụ mọi chất hữu cơ của động vật.</w:t>
      </w:r>
    </w:p>
    <w:p>
      <w:pPr>
        <w:pStyle w:val="ListParagraph"/>
      </w:pPr>
      <w:r>
        <w:rPr>
          <w:sz w:val="22"/>
        </w:rPr>
        <w:t>C. Thực vật tạo ra ánh sáng cho các sinh vật khác.</w:t>
      </w:r>
    </w:p>
    <w:p>
      <w:pPr>
        <w:pStyle w:val="ListParagraph"/>
      </w:pPr>
      <w:r>
        <w:rPr>
          <w:sz w:val="22"/>
        </w:rPr>
        <w:t>D. Thực vật là sinh vật duy nhất không cần năng lượng.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C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