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on Sundays.</w:t>
      </w:r>
    </w:p>
    <w:p>
      <w:pPr>
        <w:pStyle w:val="ListParagraph"/>
      </w:pPr>
      <w:r>
        <w:rPr>
          <w:sz w:val="22"/>
        </w:rPr>
        <w:t>A. plays</w:t>
      </w:r>
    </w:p>
    <w:p>
      <w:pPr>
        <w:pStyle w:val="ListParagraph"/>
      </w:pPr>
      <w:r>
        <w:rPr>
          <w:sz w:val="22"/>
        </w:rPr>
        <w:t>B. play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are play</w:t>
      </w:r>
    </w:p>
    <w:p/>
    <w:p>
      <w:r>
        <w:rPr>
          <w:b/>
          <w:sz w:val="24"/>
        </w:rPr>
        <w:t>Câu 3: My brother ______ like coffee.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isn't</w:t>
      </w:r>
    </w:p>
    <w:p>
      <w:pPr>
        <w:pStyle w:val="ListParagraph"/>
      </w:pPr>
      <w:r>
        <w:rPr>
          <w:sz w:val="22"/>
        </w:rPr>
        <w:t>D. not</w:t>
      </w:r>
    </w:p>
    <w:p/>
    <w:p>
      <w:r>
        <w:rPr>
          <w:b/>
          <w:sz w:val="24"/>
        </w:rPr>
        <w:t>Câu 4: ______ you usually get up early?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5: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rose</w:t>
      </w:r>
    </w:p>
    <w:p>
      <w:pPr>
        <w:pStyle w:val="ListParagraph"/>
      </w:pPr>
      <w:r>
        <w:rPr>
          <w:sz w:val="22"/>
        </w:rPr>
        <w:t>D. is rising</w:t>
      </w:r>
    </w:p>
    <w:p/>
    <w:p>
      <w:r>
        <w:rPr>
          <w:b/>
          <w:sz w:val="24"/>
        </w:rPr>
        <w:t>Câu 6: We ______ our homework every evening.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7: He ______ TV after dinner.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8: They ______ not have any pets.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9: ______ she work in a hospital?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I ______ from Vietnam.</w:t>
      </w:r>
    </w:p>
    <w:p>
      <w:pPr>
        <w:pStyle w:val="ListParagraph"/>
      </w:pPr>
      <w:r>
        <w:rPr>
          <w:sz w:val="22"/>
        </w:rPr>
        <w:t>A. come</w:t>
      </w:r>
    </w:p>
    <w:p>
      <w:pPr>
        <w:pStyle w:val="ListParagraph"/>
      </w:pPr>
      <w:r>
        <w:rPr>
          <w:sz w:val="22"/>
        </w:rPr>
        <w:t>B. comes</w:t>
      </w:r>
    </w:p>
    <w:p>
      <w:pPr>
        <w:pStyle w:val="ListParagraph"/>
      </w:pPr>
      <w:r>
        <w:rPr>
          <w:sz w:val="22"/>
        </w:rPr>
        <w:t>C. coming</w:t>
      </w:r>
    </w:p>
    <w:p>
      <w:pPr>
        <w:pStyle w:val="ListParagraph"/>
      </w:pPr>
      <w:r>
        <w:rPr>
          <w:sz w:val="22"/>
        </w:rPr>
        <w:t>D. came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