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vật lý từ bài 1 đến bài 10 lớp 10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chuyển động thẳng đều, đại lượng nào sau đây không đổi theo thời gian?</w:t>
      </w:r>
    </w:p>
    <w:p>
      <w:pPr>
        <w:pStyle w:val="ListParagraph"/>
      </w:pPr>
      <w:r>
        <w:rPr>
          <w:sz w:val="22"/>
        </w:rPr>
        <w:t>A. Vận tốc</w:t>
      </w:r>
    </w:p>
    <w:p>
      <w:pPr>
        <w:pStyle w:val="ListParagraph"/>
      </w:pPr>
      <w:r>
        <w:rPr>
          <w:sz w:val="22"/>
        </w:rPr>
        <w:t>B. Gia tốc</w:t>
      </w:r>
    </w:p>
    <w:p>
      <w:pPr>
        <w:pStyle w:val="ListParagraph"/>
      </w:pPr>
      <w:r>
        <w:rPr>
          <w:sz w:val="22"/>
        </w:rPr>
        <w:t>C. Quãng đường</w:t>
      </w:r>
    </w:p>
    <w:p>
      <w:pPr>
        <w:pStyle w:val="ListParagraph"/>
      </w:pPr>
      <w:r>
        <w:rPr>
          <w:sz w:val="22"/>
        </w:rPr>
        <w:t>D. Thời gian</w:t>
      </w:r>
    </w:p>
    <w:p/>
    <w:p>
      <w:r>
        <w:rPr>
          <w:b/>
          <w:sz w:val="24"/>
        </w:rPr>
        <w:t>Câu 2: Một vật chuyển động thẳng đều với vận tốc $v = 5 \, \text{m/s}$. Quãng đường vật đi được sau $10 \, \text{s}$ là:</w:t>
      </w:r>
    </w:p>
    <w:p>
      <w:pPr>
        <w:pStyle w:val="ListParagraph"/>
      </w:pPr>
      <w:r>
        <w:rPr>
          <w:sz w:val="22"/>
        </w:rPr>
        <w:t>A. $50 \, \text{m}$</w:t>
      </w:r>
    </w:p>
    <w:p>
      <w:pPr>
        <w:pStyle w:val="ListParagraph"/>
      </w:pPr>
      <w:r>
        <w:rPr>
          <w:sz w:val="22"/>
        </w:rPr>
        <w:t>B. $5 \, \text{m}$</w:t>
      </w:r>
    </w:p>
    <w:p>
      <w:pPr>
        <w:pStyle w:val="ListParagraph"/>
      </w:pPr>
      <w:r>
        <w:rPr>
          <w:sz w:val="22"/>
        </w:rPr>
        <w:t>C. $10 \, \text{m}$</w:t>
      </w:r>
    </w:p>
    <w:p>
      <w:pPr>
        <w:pStyle w:val="ListParagraph"/>
      </w:pPr>
      <w:r>
        <w:rPr>
          <w:sz w:val="22"/>
        </w:rPr>
        <w:t>D. $2 \, \text{m}$</w:t>
      </w:r>
    </w:p>
    <w:p/>
    <w:p>
      <w:r>
        <w:rPr>
          <w:b/>
          <w:sz w:val="24"/>
        </w:rPr>
        <w:t>Câu 3: Đồ thị vận tốc – thời gian của chuyển động thẳng đều là:</w:t>
      </w:r>
    </w:p>
    <w:p>
      <w:pPr>
        <w:pStyle w:val="ListParagraph"/>
      </w:pPr>
      <w:r>
        <w:rPr>
          <w:sz w:val="22"/>
        </w:rPr>
        <w:t>A. Đường thẳng song song với trục thời gian</w:t>
      </w:r>
    </w:p>
    <w:p>
      <w:pPr>
        <w:pStyle w:val="ListParagraph"/>
      </w:pPr>
      <w:r>
        <w:rPr>
          <w:sz w:val="22"/>
        </w:rPr>
        <w:t>B. Đường thẳng đi qua gốc tọa độ</w:t>
      </w:r>
    </w:p>
    <w:p>
      <w:pPr>
        <w:pStyle w:val="ListParagraph"/>
      </w:pPr>
      <w:r>
        <w:rPr>
          <w:sz w:val="22"/>
        </w:rPr>
        <w:t>C. Đường parabol</w:t>
      </w:r>
    </w:p>
    <w:p>
      <w:pPr>
        <w:pStyle w:val="ListParagraph"/>
      </w:pPr>
      <w:r>
        <w:rPr>
          <w:sz w:val="22"/>
        </w:rPr>
        <w:t>D. Đường thẳng xiên góc</w:t>
      </w:r>
    </w:p>
    <w:p/>
    <w:p>
      <w:r>
        <w:rPr>
          <w:b/>
          <w:sz w:val="24"/>
        </w:rPr>
        <w:t>Câu 4: Chuyển động thẳng biến đổi đều có đặc điểm nào sau đây?</w:t>
      </w:r>
    </w:p>
    <w:p>
      <w:pPr>
        <w:pStyle w:val="ListParagraph"/>
      </w:pPr>
      <w:r>
        <w:rPr>
          <w:sz w:val="22"/>
        </w:rPr>
        <w:t>A. Gia tốc không đổi</w:t>
      </w:r>
    </w:p>
    <w:p>
      <w:pPr>
        <w:pStyle w:val="ListParagraph"/>
      </w:pPr>
      <w:r>
        <w:rPr>
          <w:sz w:val="22"/>
        </w:rPr>
        <w:t>B. Vận tốc không đổi</w:t>
      </w:r>
    </w:p>
    <w:p>
      <w:pPr>
        <w:pStyle w:val="ListParagraph"/>
      </w:pPr>
      <w:r>
        <w:rPr>
          <w:sz w:val="22"/>
        </w:rPr>
        <w:t>C. Quãng đường không đổi</w:t>
      </w:r>
    </w:p>
    <w:p>
      <w:pPr>
        <w:pStyle w:val="ListParagraph"/>
      </w:pPr>
      <w:r>
        <w:rPr>
          <w:sz w:val="22"/>
        </w:rPr>
        <w:t>D. Gia tốc thay đổi đều</w:t>
      </w:r>
    </w:p>
    <w:p/>
    <w:p>
      <w:r>
        <w:rPr>
          <w:b/>
          <w:sz w:val="24"/>
        </w:rPr>
        <w:t>Câu 5: Công thức liên hệ giữa vận tốc, gia tốc và quãng đường trong chuyển động thẳng biến đổi đều là:</w:t>
      </w:r>
    </w:p>
    <w:p>
      <w:pPr>
        <w:pStyle w:val="ListParagraph"/>
      </w:pPr>
      <w:r>
        <w:rPr>
          <w:sz w:val="22"/>
        </w:rPr>
        <w:t>A. $v^2 - v_0^2 = 2as$</w:t>
      </w:r>
    </w:p>
    <w:p>
      <w:pPr>
        <w:pStyle w:val="ListParagraph"/>
      </w:pPr>
      <w:r>
        <w:rPr>
          <w:sz w:val="22"/>
        </w:rPr>
        <w:t>B. $v = v_0 + at$</w:t>
      </w:r>
    </w:p>
    <w:p>
      <w:pPr>
        <w:pStyle w:val="ListParagraph"/>
      </w:pPr>
      <w:r>
        <w:rPr>
          <w:sz w:val="22"/>
        </w:rPr>
        <w:t>C. $s = v_0 t + \frac{1}{2} a t^2$</w:t>
      </w:r>
    </w:p>
    <w:p>
      <w:pPr>
        <w:pStyle w:val="ListParagraph"/>
      </w:pPr>
      <w:r>
        <w:rPr>
          <w:sz w:val="22"/>
        </w:rPr>
        <w:t>D. $v = v_0 - at$</w:t>
      </w:r>
    </w:p>
    <w:p/>
    <w:p>
      <w:r>
        <w:rPr>
          <w:b/>
          <w:sz w:val="24"/>
        </w:rPr>
        <w:t>Câu 6: Một vật rơi tự do từ độ cao $h$. Thời gian rơi được tính bởi công thức:</w:t>
      </w:r>
    </w:p>
    <w:p>
      <w:pPr>
        <w:pStyle w:val="ListParagraph"/>
      </w:pPr>
      <w:r>
        <w:rPr>
          <w:sz w:val="22"/>
        </w:rPr>
        <w:t>A. $t = \sqrt{\frac{2h}{g}}$</w:t>
      </w:r>
    </w:p>
    <w:p>
      <w:pPr>
        <w:pStyle w:val="ListParagraph"/>
      </w:pPr>
      <w:r>
        <w:rPr>
          <w:sz w:val="22"/>
        </w:rPr>
        <w:t>B. $t = \sqrt{\frac{h}{g}}$</w:t>
      </w:r>
    </w:p>
    <w:p>
      <w:pPr>
        <w:pStyle w:val="ListParagraph"/>
      </w:pPr>
      <w:r>
        <w:rPr>
          <w:sz w:val="22"/>
        </w:rPr>
        <w:t>C. $t = \frac{2h}{g}$</w:t>
      </w:r>
    </w:p>
    <w:p>
      <w:pPr>
        <w:pStyle w:val="ListParagraph"/>
      </w:pPr>
      <w:r>
        <w:rPr>
          <w:sz w:val="22"/>
        </w:rPr>
        <w:t>D. $t = \sqrt{2gh}$</w:t>
      </w:r>
    </w:p>
    <w:p/>
    <w:p>
      <w:r>
        <w:rPr>
          <w:b/>
          <w:sz w:val="24"/>
        </w:rPr>
        <w:t>Câu 7: Chuyển động tròn đều có đặc điểm nào sau đây?</w:t>
      </w:r>
    </w:p>
    <w:p>
      <w:pPr>
        <w:pStyle w:val="ListParagraph"/>
      </w:pPr>
      <w:r>
        <w:rPr>
          <w:sz w:val="22"/>
        </w:rPr>
        <w:t>A. Tốc độ dài không đổi</w:t>
      </w:r>
    </w:p>
    <w:p>
      <w:pPr>
        <w:pStyle w:val="ListParagraph"/>
      </w:pPr>
      <w:r>
        <w:rPr>
          <w:sz w:val="22"/>
        </w:rPr>
        <w:t>B. Vận tốc không đổi</w:t>
      </w:r>
    </w:p>
    <w:p>
      <w:pPr>
        <w:pStyle w:val="ListParagraph"/>
      </w:pPr>
      <w:r>
        <w:rPr>
          <w:sz w:val="22"/>
        </w:rPr>
        <w:t>C. Gia tốc bằng không</w:t>
      </w:r>
    </w:p>
    <w:p>
      <w:pPr>
        <w:pStyle w:val="ListParagraph"/>
      </w:pPr>
      <w:r>
        <w:rPr>
          <w:sz w:val="22"/>
        </w:rPr>
        <w:t>D. Tốc độ góc thay đổi</w:t>
      </w:r>
    </w:p>
    <w:p/>
    <w:p>
      <w:r>
        <w:rPr>
          <w:b/>
          <w:sz w:val="24"/>
        </w:rPr>
        <w:t>Câu 8: Công thức tính gia tốc hướng tâm trong chuyển động tròn đều là:</w:t>
      </w:r>
    </w:p>
    <w:p>
      <w:pPr>
        <w:pStyle w:val="ListParagraph"/>
      </w:pPr>
      <w:r>
        <w:rPr>
          <w:sz w:val="22"/>
        </w:rPr>
        <w:t>A. $a_{ht} = \frac{v^2}{r}$</w:t>
      </w:r>
    </w:p>
    <w:p>
      <w:pPr>
        <w:pStyle w:val="ListParagraph"/>
      </w:pPr>
      <w:r>
        <w:rPr>
          <w:sz w:val="22"/>
        </w:rPr>
        <w:t>B. $a_{ht} = v r$</w:t>
      </w:r>
    </w:p>
    <w:p>
      <w:pPr>
        <w:pStyle w:val="ListParagraph"/>
      </w:pPr>
      <w:r>
        <w:rPr>
          <w:sz w:val="22"/>
        </w:rPr>
        <w:t>C. $a_{ht} = \frac{r}{v^2}$</w:t>
      </w:r>
    </w:p>
    <w:p>
      <w:pPr>
        <w:pStyle w:val="ListParagraph"/>
      </w:pPr>
      <w:r>
        <w:rPr>
          <w:sz w:val="22"/>
        </w:rPr>
        <w:t>D. $a_{ht} = \omega r$</w:t>
      </w:r>
    </w:p>
    <w:p/>
    <w:p>
      <w:r>
        <w:rPr>
          <w:b/>
          <w:sz w:val="24"/>
        </w:rPr>
        <w:t>Câu 9: Tính tương đối của chuyển động là:</w:t>
      </w:r>
    </w:p>
    <w:p>
      <w:pPr>
        <w:pStyle w:val="ListParagraph"/>
      </w:pPr>
      <w:r>
        <w:rPr>
          <w:sz w:val="22"/>
        </w:rPr>
        <w:t>A. Vận tốc của vật phụ thuộc vào hệ quy chiếu</w:t>
      </w:r>
    </w:p>
    <w:p>
      <w:pPr>
        <w:pStyle w:val="ListParagraph"/>
      </w:pPr>
      <w:r>
        <w:rPr>
          <w:sz w:val="22"/>
        </w:rPr>
        <w:t>B. Vận tốc của vật không phụ thuộc vào hệ quy chiếu</w:t>
      </w:r>
    </w:p>
    <w:p>
      <w:pPr>
        <w:pStyle w:val="ListParagraph"/>
      </w:pPr>
      <w:r>
        <w:rPr>
          <w:sz w:val="22"/>
        </w:rPr>
        <w:t>C. Quỹ đạo chuyển động luôn là đường thẳng</w:t>
      </w:r>
    </w:p>
    <w:p>
      <w:pPr>
        <w:pStyle w:val="ListParagraph"/>
      </w:pPr>
      <w:r>
        <w:rPr>
          <w:sz w:val="22"/>
        </w:rPr>
        <w:t>D. Thời gian chuyển động phụ thuộc vào hệ quy chiếu</w:t>
      </w:r>
    </w:p>
    <w:p/>
    <w:p>
      <w:r>
        <w:rPr>
          <w:b/>
          <w:sz w:val="24"/>
        </w:rPr>
        <w:t>Câu 10: Công thức cộng vận tốc trong trường hợp các vận tốc cùng phương, cùng chiều là:</w:t>
      </w:r>
    </w:p>
    <w:p>
      <w:pPr>
        <w:pStyle w:val="ListParagraph"/>
      </w:pPr>
      <w:r>
        <w:rPr>
          <w:sz w:val="22"/>
        </w:rPr>
        <w:t>A. $v_{13} = v_{12} + v_{23}$</w:t>
      </w:r>
    </w:p>
    <w:p>
      <w:pPr>
        <w:pStyle w:val="ListParagraph"/>
      </w:pPr>
      <w:r>
        <w:rPr>
          <w:sz w:val="22"/>
        </w:rPr>
        <w:t>B. $v_{13} = v_{12} - v_{23}$</w:t>
      </w:r>
    </w:p>
    <w:p>
      <w:pPr>
        <w:pStyle w:val="ListParagraph"/>
      </w:pPr>
      <w:r>
        <w:rPr>
          <w:sz w:val="22"/>
        </w:rPr>
        <w:t>C. $v_{13} = \sqrt{v_{12}^2 + v_{23}^2}$</w:t>
      </w:r>
    </w:p>
    <w:p>
      <w:pPr>
        <w:pStyle w:val="ListParagraph"/>
      </w:pPr>
      <w:r>
        <w:rPr>
          <w:sz w:val="22"/>
        </w:rPr>
        <w:t>D. $v_{13} = v_{12} \cdot v_{23}$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