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BÀI 3: SỰ HÌNH THÀNH LIÊN BANG CỘNG HÒA XÃ HỘI</w:t>
      </w:r>
    </w:p>
    <w:p>
      <w:pPr>
        <w:jc w:val="center"/>
      </w:pPr>
      <w:r>
        <w:rPr>
          <w:sz w:val="22"/>
        </w:rPr>
        <w:t>Số câu: 55    Thời gian: _____ phút    Họ và tên: _________________________</w:t>
      </w:r>
    </w:p>
    <w:p/>
    <w:p>
      <w:r>
        <w:rPr>
          <w:b/>
          <w:sz w:val="24"/>
        </w:rPr>
        <w:t>Câu 1: Sau cách mạng tháng Hai năm 1917, giai cấp tư sản ở nước Nga đã thành lập</w:t>
      </w:r>
    </w:p>
    <w:p>
      <w:pPr>
        <w:pStyle w:val="ListParagraph"/>
      </w:pPr>
      <w:r>
        <w:rPr>
          <w:sz w:val="22"/>
        </w:rPr>
        <w:t>A. Chính phủ tư sản lâm thời</w:t>
      </w:r>
    </w:p>
    <w:p>
      <w:pPr>
        <w:pStyle w:val="ListParagraph"/>
      </w:pPr>
      <w:r>
        <w:rPr>
          <w:sz w:val="22"/>
        </w:rPr>
        <w:t>B. Chính phủ dân tộc dân chủ</w:t>
      </w:r>
    </w:p>
    <w:p>
      <w:pPr>
        <w:pStyle w:val="ListParagraph"/>
      </w:pPr>
      <w:r>
        <w:rPr>
          <w:sz w:val="22"/>
        </w:rPr>
        <w:t>C. Chính quyền Xô viết</w:t>
      </w:r>
    </w:p>
    <w:p>
      <w:pPr>
        <w:pStyle w:val="ListParagraph"/>
      </w:pPr>
      <w:r>
        <w:rPr>
          <w:sz w:val="22"/>
        </w:rPr>
        <w:t>D. Chính phủ dân chủ cộng hòa</w:t>
      </w:r>
    </w:p>
    <w:p/>
    <w:p>
      <w:r>
        <w:rPr>
          <w:b/>
          <w:sz w:val="24"/>
        </w:rPr>
        <w:t>Câu 2: Sau Cách mạng tháng Hai năm 1917, chính quyền cách mạng của quần chúng nhân dân được thiết lập ở nước Nga được gọi là</w:t>
      </w:r>
    </w:p>
    <w:p>
      <w:pPr>
        <w:pStyle w:val="ListParagraph"/>
      </w:pPr>
      <w:r>
        <w:rPr>
          <w:sz w:val="22"/>
        </w:rPr>
        <w:t>A. chính phủ tư sản lâm thời</w:t>
      </w:r>
    </w:p>
    <w:p>
      <w:pPr>
        <w:pStyle w:val="ListParagraph"/>
      </w:pPr>
      <w:r>
        <w:rPr>
          <w:sz w:val="22"/>
        </w:rPr>
        <w:t>B. chính phủ dân tộc dân chủ</w:t>
      </w:r>
    </w:p>
    <w:p>
      <w:pPr>
        <w:pStyle w:val="ListParagraph"/>
      </w:pPr>
      <w:r>
        <w:rPr>
          <w:sz w:val="22"/>
        </w:rPr>
        <w:t>C. chính quyền Xô viết</w:t>
      </w:r>
    </w:p>
    <w:p>
      <w:pPr>
        <w:pStyle w:val="ListParagraph"/>
      </w:pPr>
      <w:r>
        <w:rPr>
          <w:sz w:val="22"/>
        </w:rPr>
        <w:t>D. chính phủ dân chủ cộng hòa</w:t>
      </w:r>
    </w:p>
    <w:p/>
    <w:p>
      <w:r>
        <w:rPr>
          <w:b/>
          <w:sz w:val="24"/>
        </w:rPr>
        <w:t>Câu 3: Đại hội Xô viết toàn Nga lần thứ hai họp (25/10/1917) đã tuyên bố</w:t>
      </w:r>
    </w:p>
    <w:p>
      <w:pPr>
        <w:pStyle w:val="ListParagraph"/>
      </w:pPr>
      <w:r>
        <w:rPr>
          <w:sz w:val="22"/>
        </w:rPr>
        <w:t>A. thành lập chính phủ Xô viết</w:t>
      </w:r>
    </w:p>
    <w:p>
      <w:pPr>
        <w:pStyle w:val="ListParagraph"/>
      </w:pPr>
      <w:r>
        <w:rPr>
          <w:sz w:val="22"/>
        </w:rPr>
        <w:t>B. tham chiến chống Nhật ở châu Á.</w:t>
      </w:r>
    </w:p>
    <w:p>
      <w:pPr>
        <w:pStyle w:val="ListParagraph"/>
      </w:pPr>
      <w:r>
        <w:rPr>
          <w:sz w:val="22"/>
        </w:rPr>
        <w:t>C. thành lập khối Đồng minh chống phát xít.</w:t>
      </w:r>
    </w:p>
    <w:p>
      <w:pPr>
        <w:pStyle w:val="ListParagraph"/>
      </w:pPr>
      <w:r>
        <w:rPr>
          <w:sz w:val="22"/>
        </w:rPr>
        <w:t>D. thành lập chính phủ tư sản lâm thời.</w:t>
      </w:r>
    </w:p>
    <w:p/>
    <w:p>
      <w:r>
        <w:rPr>
          <w:b/>
          <w:sz w:val="24"/>
        </w:rPr>
        <w:t>Câu 4: Ngay sau khi thành lập (1917), chính quyền Xô viết ở Nga do Lê-nin đứng đầu đã</w:t>
      </w:r>
    </w:p>
    <w:p>
      <w:pPr>
        <w:pStyle w:val="ListParagraph"/>
      </w:pPr>
      <w:r>
        <w:rPr>
          <w:sz w:val="22"/>
        </w:rPr>
        <w:t>A. ban hành “Sắc lệnh hoà bình” và “Sắc lệnh ruộng đất”.</w:t>
      </w:r>
    </w:p>
    <w:p>
      <w:pPr>
        <w:pStyle w:val="ListParagraph"/>
      </w:pPr>
      <w:r>
        <w:rPr>
          <w:sz w:val="22"/>
        </w:rPr>
        <w:t>B. giúp đỡ các nước xã hội chủ nghĩa xây dựng đất nước.</w:t>
      </w:r>
    </w:p>
    <w:p>
      <w:pPr>
        <w:pStyle w:val="ListParagraph"/>
      </w:pPr>
      <w:r>
        <w:rPr>
          <w:sz w:val="22"/>
        </w:rPr>
        <w:t>C. tiến hành công cuộc cải tổ toàn diện đất nước.</w:t>
      </w:r>
    </w:p>
    <w:p>
      <w:pPr>
        <w:pStyle w:val="ListParagraph"/>
      </w:pPr>
      <w:r>
        <w:rPr>
          <w:sz w:val="22"/>
        </w:rPr>
        <w:t>D. lãnh đạo nhân dân lật đổ chế độ Nga hoàng.</w:t>
      </w:r>
    </w:p>
    <w:p/>
    <w:p>
      <w:r>
        <w:rPr>
          <w:b/>
          <w:sz w:val="24"/>
        </w:rPr>
        <w:t>Câu 5: Quốc gia nào sau đây đã thành lập nhà nước chuyên chính vô sản đầu tiên trên thế giới?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Pháp.</w:t>
      </w:r>
    </w:p>
    <w:p>
      <w:pPr>
        <w:pStyle w:val="ListParagraph"/>
      </w:pPr>
      <w:r>
        <w:rPr>
          <w:sz w:val="22"/>
        </w:rPr>
        <w:t>C. Liên Xô.</w:t>
      </w:r>
    </w:p>
    <w:p>
      <w:pPr>
        <w:pStyle w:val="ListParagraph"/>
      </w:pPr>
      <w:r>
        <w:rPr>
          <w:sz w:val="22"/>
        </w:rPr>
        <w:t>D. Mĩ.</w:t>
      </w:r>
    </w:p>
    <w:p/>
    <w:p>
      <w:r>
        <w:rPr>
          <w:b/>
          <w:sz w:val="24"/>
        </w:rPr>
        <w:t>Câu 6: Một trong những quốc gia đầu tiên gia nhập Liên bang Cộng hoà xã hội chủ nghĩa Xô viết năm 1922 là</w:t>
      </w:r>
    </w:p>
    <w:p>
      <w:pPr>
        <w:pStyle w:val="ListParagraph"/>
      </w:pPr>
      <w:r>
        <w:rPr>
          <w:sz w:val="22"/>
        </w:rPr>
        <w:t>A. Nga.</w:t>
      </w:r>
    </w:p>
    <w:p>
      <w:pPr>
        <w:pStyle w:val="ListParagraph"/>
      </w:pPr>
      <w:r>
        <w:rPr>
          <w:sz w:val="22"/>
        </w:rPr>
        <w:t>B. Nhật Bản.</w:t>
      </w:r>
    </w:p>
    <w:p>
      <w:pPr>
        <w:pStyle w:val="ListParagraph"/>
      </w:pPr>
      <w:r>
        <w:rPr>
          <w:sz w:val="22"/>
        </w:rPr>
        <w:t>C. Campuchia.</w:t>
      </w:r>
    </w:p>
    <w:p>
      <w:pPr>
        <w:pStyle w:val="ListParagraph"/>
      </w:pPr>
      <w:r>
        <w:rPr>
          <w:sz w:val="22"/>
        </w:rPr>
        <w:t>D. Lào.</w:t>
      </w:r>
    </w:p>
    <w:p/>
    <w:p>
      <w:r>
        <w:rPr>
          <w:b/>
          <w:sz w:val="24"/>
        </w:rPr>
        <w:t>Câu 7: Cách mạng tháng Hai năm 1917 ở Nga đã lật đổ</w:t>
      </w:r>
    </w:p>
    <w:p>
      <w:pPr>
        <w:pStyle w:val="ListParagraph"/>
      </w:pPr>
      <w:r>
        <w:rPr>
          <w:sz w:val="22"/>
        </w:rPr>
        <w:t>A. chế độ quân chủ chuyên chế</w:t>
      </w:r>
    </w:p>
    <w:p>
      <w:pPr>
        <w:pStyle w:val="ListParagraph"/>
      </w:pPr>
      <w:r>
        <w:rPr>
          <w:sz w:val="22"/>
        </w:rPr>
        <w:t>B. chế độ độc tài quân sự</w:t>
      </w:r>
    </w:p>
    <w:p>
      <w:pPr>
        <w:pStyle w:val="ListParagraph"/>
      </w:pPr>
      <w:r>
        <w:rPr>
          <w:sz w:val="22"/>
        </w:rPr>
        <w:t>C. chính phủ tư sản lâm thời.</w:t>
      </w:r>
    </w:p>
    <w:p>
      <w:pPr>
        <w:pStyle w:val="ListParagraph"/>
      </w:pPr>
      <w:r>
        <w:rPr>
          <w:sz w:val="22"/>
        </w:rPr>
        <w:t>D. Chính quyền Xô viết</w:t>
      </w:r>
    </w:p>
    <w:p/>
    <w:p>
      <w:r>
        <w:rPr>
          <w:b/>
          <w:sz w:val="24"/>
        </w:rPr>
        <w:t>Câu 8: Năm 1924, Hiến pháp đầu tiên của Liên Xô đã</w:t>
      </w:r>
    </w:p>
    <w:p>
      <w:pPr>
        <w:pStyle w:val="ListParagraph"/>
      </w:pPr>
      <w:r>
        <w:rPr>
          <w:sz w:val="22"/>
        </w:rPr>
        <w:t>A. hoàn thành quá trình thành lập nhà nước Liên Xô</w:t>
      </w:r>
    </w:p>
    <w:p>
      <w:pPr>
        <w:pStyle w:val="ListParagraph"/>
      </w:pPr>
      <w:r>
        <w:rPr>
          <w:sz w:val="22"/>
        </w:rPr>
        <w:t>B. kết thúc cuộc chiến tranh bảo vệ tổ quốc.</w:t>
      </w:r>
    </w:p>
    <w:p>
      <w:pPr>
        <w:pStyle w:val="ListParagraph"/>
      </w:pPr>
      <w:r>
        <w:rPr>
          <w:sz w:val="22"/>
        </w:rPr>
        <w:t>C. giải quyết yêu cầu hòa bình cho nhân dân</w:t>
      </w:r>
    </w:p>
    <w:p>
      <w:pPr>
        <w:pStyle w:val="ListParagraph"/>
      </w:pPr>
      <w:r>
        <w:rPr>
          <w:sz w:val="22"/>
        </w:rPr>
        <w:t>D. giải quyết vấn đề ruộng đất cho nông dân.</w:t>
      </w:r>
    </w:p>
    <w:p/>
    <w:p>
      <w:r>
        <w:rPr>
          <w:b/>
          <w:sz w:val="24"/>
        </w:rPr>
        <w:t>Câu 9: Sự ra đời của Liên bang cộng hòa xã hội chủ nghĩa Xô Viết (1922) đã</w:t>
      </w:r>
    </w:p>
    <w:p>
      <w:pPr>
        <w:pStyle w:val="ListParagraph"/>
      </w:pPr>
      <w:r>
        <w:rPr>
          <w:sz w:val="22"/>
        </w:rPr>
        <w:t>A. giải phóng các dân tộc trên toàn thế giới.</w:t>
      </w:r>
    </w:p>
    <w:p>
      <w:pPr>
        <w:pStyle w:val="ListParagraph"/>
      </w:pPr>
      <w:r>
        <w:rPr>
          <w:sz w:val="22"/>
        </w:rPr>
        <w:t>B. liên kết phong trào công nhân các nươc tư bản.</w:t>
      </w:r>
    </w:p>
    <w:p>
      <w:pPr>
        <w:pStyle w:val="ListParagraph"/>
      </w:pPr>
      <w:r>
        <w:rPr>
          <w:sz w:val="22"/>
        </w:rPr>
        <w:t>C. tạo sức mạnh tổng hợp để xây dựng đất nước.</w:t>
      </w:r>
    </w:p>
    <w:p>
      <w:pPr>
        <w:pStyle w:val="ListParagraph"/>
      </w:pPr>
      <w:r>
        <w:rPr>
          <w:sz w:val="22"/>
        </w:rPr>
        <w:t>D. đập tan âm mưu xâm lược của các nước đế quốc.</w:t>
      </w:r>
    </w:p>
    <w:p/>
    <w:p>
      <w:r>
        <w:rPr>
          <w:b/>
          <w:sz w:val="24"/>
        </w:rPr>
        <w:t>Câu 10: Lãnh đạo cách mạng tháng Mười Nga năm 1917 là</w:t>
      </w:r>
    </w:p>
    <w:p>
      <w:pPr>
        <w:pStyle w:val="ListParagraph"/>
      </w:pPr>
      <w:r>
        <w:rPr>
          <w:sz w:val="22"/>
        </w:rPr>
        <w:t>A. Các Mác.</w:t>
      </w:r>
    </w:p>
    <w:p>
      <w:pPr>
        <w:pStyle w:val="ListParagraph"/>
      </w:pPr>
      <w:r>
        <w:rPr>
          <w:sz w:val="22"/>
        </w:rPr>
        <w:t>B. Ănghen.</w:t>
      </w:r>
    </w:p>
    <w:p>
      <w:pPr>
        <w:pStyle w:val="ListParagraph"/>
      </w:pPr>
      <w:r>
        <w:rPr>
          <w:sz w:val="22"/>
        </w:rPr>
        <w:t>C. Xtalin.</w:t>
      </w:r>
    </w:p>
    <w:p>
      <w:pPr>
        <w:pStyle w:val="ListParagraph"/>
      </w:pPr>
      <w:r>
        <w:rPr>
          <w:sz w:val="22"/>
        </w:rPr>
        <w:t>D. Lênin.</w:t>
      </w:r>
    </w:p>
    <w:p/>
    <w:p>
      <w:r>
        <w:rPr>
          <w:b/>
          <w:sz w:val="24"/>
        </w:rPr>
        <w:t>Câu 11: Liên bang Cộng hoà xã hội chủ nghĩa Xô viết được thành lập trong bối cảnh lịch sử nào sau đây?</w:t>
      </w:r>
    </w:p>
    <w:p>
      <w:pPr>
        <w:pStyle w:val="ListParagraph"/>
      </w:pPr>
      <w:r>
        <w:rPr>
          <w:sz w:val="22"/>
        </w:rPr>
        <w:t>A. Các nước cộng hòa Xô viết phát triển không đồng đều về kinh tế.</w:t>
      </w:r>
    </w:p>
    <w:p>
      <w:pPr>
        <w:pStyle w:val="ListParagraph"/>
      </w:pPr>
      <w:r>
        <w:rPr>
          <w:sz w:val="22"/>
        </w:rPr>
        <w:t>B. Mâu thuẫn giữa các dân tộc Nga với chế độ Nga hoàng gay gắt.</w:t>
      </w:r>
    </w:p>
    <w:p>
      <w:pPr>
        <w:pStyle w:val="ListParagraph"/>
      </w:pPr>
      <w:r>
        <w:rPr>
          <w:sz w:val="22"/>
        </w:rPr>
        <w:t>C. Các nước cộng hòa Xô Viết có sự thống nhất về chính sách phát triển.</w:t>
      </w:r>
    </w:p>
    <w:p>
      <w:pPr>
        <w:pStyle w:val="ListParagraph"/>
      </w:pPr>
      <w:r>
        <w:rPr>
          <w:sz w:val="22"/>
        </w:rPr>
        <w:t>D. Mâu thuẫn giữa nước Nga với các nước cộng hòa Xô viết gay gắt.</w:t>
      </w:r>
    </w:p>
    <w:p/>
    <w:p>
      <w:r>
        <w:rPr>
          <w:b/>
          <w:sz w:val="24"/>
        </w:rPr>
        <w:t>Câu 12: Đặc điểm nổi bật của tình hình nước Nga sau cách mạng tháng Hai năm 1917 là</w:t>
      </w:r>
    </w:p>
    <w:p>
      <w:pPr>
        <w:pStyle w:val="ListParagraph"/>
      </w:pPr>
      <w:r>
        <w:rPr>
          <w:sz w:val="22"/>
        </w:rPr>
        <w:t>A. hai chính quyền song song tồn tại.</w:t>
      </w:r>
    </w:p>
    <w:p>
      <w:pPr>
        <w:pStyle w:val="ListParagraph"/>
      </w:pPr>
      <w:r>
        <w:rPr>
          <w:sz w:val="22"/>
        </w:rPr>
        <w:t>B. Nhân dân lên nắm chính quyền.</w:t>
      </w:r>
    </w:p>
    <w:p>
      <w:pPr>
        <w:pStyle w:val="ListParagraph"/>
      </w:pPr>
      <w:r>
        <w:rPr>
          <w:sz w:val="22"/>
        </w:rPr>
        <w:t>C. ba chính quyền tồn tại đồng thời.</w:t>
      </w:r>
    </w:p>
    <w:p>
      <w:pPr>
        <w:pStyle w:val="ListParagraph"/>
      </w:pPr>
      <w:r>
        <w:rPr>
          <w:sz w:val="22"/>
        </w:rPr>
        <w:t>D. giai cấp tư sản nắm chính quyền.</w:t>
      </w:r>
    </w:p>
    <w:p/>
    <w:p>
      <w:r>
        <w:rPr>
          <w:b/>
          <w:sz w:val="24"/>
        </w:rPr>
        <w:t>Câu 13: Mục tiêu của việc thành lập Liên bang Cộng hòa xã hội chủ nghĩa Xô viết là</w:t>
      </w:r>
    </w:p>
    <w:p>
      <w:pPr>
        <w:pStyle w:val="ListParagraph"/>
      </w:pPr>
      <w:r>
        <w:rPr>
          <w:sz w:val="22"/>
        </w:rPr>
        <w:t>A. chống lại sự tấn công của 14 nước đế quốc.</w:t>
      </w:r>
    </w:p>
    <w:p>
      <w:pPr>
        <w:pStyle w:val="ListParagraph"/>
      </w:pPr>
      <w:r>
        <w:rPr>
          <w:sz w:val="22"/>
        </w:rPr>
        <w:t>B. thực hiện hiệu quả chính sách kinh tế mới.</w:t>
      </w:r>
    </w:p>
    <w:p>
      <w:pPr>
        <w:pStyle w:val="ListParagraph"/>
      </w:pPr>
      <w:r>
        <w:rPr>
          <w:sz w:val="22"/>
        </w:rPr>
        <w:t>C. hợp tác, giúp đỡ lẫn nhau để cùng phát triển.</w:t>
      </w:r>
    </w:p>
    <w:p>
      <w:pPr>
        <w:pStyle w:val="ListParagraph"/>
      </w:pPr>
      <w:r>
        <w:rPr>
          <w:sz w:val="22"/>
        </w:rPr>
        <w:t>D. chống lại cuộc tấn công của phát xít Đức.</w:t>
      </w:r>
    </w:p>
    <w:p/>
    <w:p>
      <w:r>
        <w:rPr>
          <w:b/>
          <w:sz w:val="24"/>
        </w:rPr>
        <w:t>Câu 14: Năm 1917, nước Nga diễn ra hai cuộc cách mạng xã hội đều gắn với sự lãnh đạo của</w:t>
      </w:r>
    </w:p>
    <w:p>
      <w:pPr>
        <w:pStyle w:val="ListParagraph"/>
      </w:pPr>
      <w:r>
        <w:rPr>
          <w:sz w:val="22"/>
        </w:rPr>
        <w:t>A. giai cấp tư sản.</w:t>
      </w:r>
    </w:p>
    <w:p>
      <w:pPr>
        <w:pStyle w:val="ListParagraph"/>
      </w:pPr>
      <w:r>
        <w:rPr>
          <w:sz w:val="22"/>
        </w:rPr>
        <w:t>B. giai cấp vô sản.</w:t>
      </w:r>
    </w:p>
    <w:p>
      <w:pPr>
        <w:pStyle w:val="ListParagraph"/>
      </w:pPr>
      <w:r>
        <w:rPr>
          <w:sz w:val="22"/>
        </w:rPr>
        <w:t>C. tiểu tư sản trí thức.</w:t>
      </w:r>
    </w:p>
    <w:p>
      <w:pPr>
        <w:pStyle w:val="ListParagraph"/>
      </w:pPr>
      <w:r>
        <w:rPr>
          <w:sz w:val="22"/>
        </w:rPr>
        <w:t>D. địa chủ phong kiến.</w:t>
      </w:r>
    </w:p>
    <w:p/>
    <w:p>
      <w:r>
        <w:rPr>
          <w:b/>
          <w:sz w:val="24"/>
        </w:rPr>
        <w:t>Câu 15: Cách mạng tháng Mười Nga năm 1917 đã</w:t>
      </w:r>
    </w:p>
    <w:p>
      <w:pPr>
        <w:pStyle w:val="ListParagraph"/>
      </w:pPr>
      <w:r>
        <w:rPr>
          <w:sz w:val="22"/>
        </w:rPr>
        <w:t>A. lật đổ được Chính phủ tư sản lâm thời.</w:t>
      </w:r>
    </w:p>
    <w:p>
      <w:pPr>
        <w:pStyle w:val="ListParagraph"/>
      </w:pPr>
      <w:r>
        <w:rPr>
          <w:sz w:val="22"/>
        </w:rPr>
        <w:t>B. lật đổ được chế độ quân chủ chuyên chế.</w:t>
      </w:r>
    </w:p>
    <w:p>
      <w:pPr>
        <w:pStyle w:val="ListParagraph"/>
      </w:pPr>
      <w:r>
        <w:rPr>
          <w:sz w:val="22"/>
        </w:rPr>
        <w:t>C. đưa nước Nga ra khỏi cuộc Chiến tranh thế giới.</w:t>
      </w:r>
    </w:p>
    <w:p>
      <w:pPr>
        <w:pStyle w:val="ListParagraph"/>
      </w:pPr>
      <w:r>
        <w:rPr>
          <w:sz w:val="22"/>
        </w:rPr>
        <w:t>D. giải phóng các dân tộc khỏi chế độ tư bản chủ nghĩa.</w:t>
      </w:r>
    </w:p>
    <w:p/>
    <w:p>
      <w:r>
        <w:rPr>
          <w:b/>
          <w:sz w:val="24"/>
        </w:rPr>
        <w:t>Câu 16: Năm 1922, Đại hội lần thứ nhất các Xô viết toàn Liên bang đã thông qua</w:t>
      </w:r>
    </w:p>
    <w:p>
      <w:pPr>
        <w:pStyle w:val="ListParagraph"/>
      </w:pPr>
      <w:r>
        <w:rPr>
          <w:sz w:val="22"/>
        </w:rPr>
        <w:t>A. Tuyên ngôn thành lập Cộng hòa xã hội chủ nghĩa Xô viết.</w:t>
      </w:r>
    </w:p>
    <w:p>
      <w:pPr>
        <w:pStyle w:val="ListParagraph"/>
      </w:pPr>
      <w:r>
        <w:rPr>
          <w:sz w:val="22"/>
        </w:rPr>
        <w:t>B. Hiến pháp đầu tiến của Cộng hòa xã hội chủ nghĩa Xô viết.</w:t>
      </w:r>
    </w:p>
    <w:p>
      <w:pPr>
        <w:pStyle w:val="ListParagraph"/>
      </w:pPr>
      <w:r>
        <w:rPr>
          <w:sz w:val="22"/>
        </w:rPr>
        <w:t>C. Cương lĩnh xây dựng đất nước tiến lên chủ nghĩa xã hội.</w:t>
      </w:r>
    </w:p>
    <w:p>
      <w:pPr>
        <w:pStyle w:val="ListParagraph"/>
      </w:pPr>
      <w:r>
        <w:rPr>
          <w:sz w:val="22"/>
        </w:rPr>
        <w:t>D. Báo cáo chính trị và báo cáo sửa đổi điều lệ Đảng Cộng sản.</w:t>
      </w:r>
    </w:p>
    <w:p/>
    <w:p>
      <w:r>
        <w:rPr>
          <w:b/>
          <w:sz w:val="24"/>
        </w:rPr>
        <w:t>Câu 17: Một trong những tư tưởng chỉ đạo của Lê-nin trong việc thành lập Liên bang Cộng hòa xã hội chủ nghĩa Xô viết năm 1922 là</w:t>
      </w:r>
    </w:p>
    <w:p>
      <w:pPr>
        <w:pStyle w:val="ListParagraph"/>
      </w:pPr>
      <w:r>
        <w:rPr>
          <w:sz w:val="22"/>
        </w:rPr>
        <w:t>A. sự bình đẳng về mọi mặt.</w:t>
      </w:r>
    </w:p>
    <w:p>
      <w:pPr>
        <w:pStyle w:val="ListParagraph"/>
      </w:pPr>
      <w:r>
        <w:rPr>
          <w:sz w:val="22"/>
        </w:rPr>
        <w:t>B. phân biệt về tôn giáo.</w:t>
      </w:r>
    </w:p>
    <w:p>
      <w:pPr>
        <w:pStyle w:val="ListParagraph"/>
      </w:pPr>
      <w:r>
        <w:rPr>
          <w:sz w:val="22"/>
        </w:rPr>
        <w:t>C. đồng hóa về văn hóa.</w:t>
      </w:r>
    </w:p>
    <w:p>
      <w:pPr>
        <w:pStyle w:val="ListParagraph"/>
      </w:pPr>
      <w:r>
        <w:rPr>
          <w:sz w:val="22"/>
        </w:rPr>
        <w:t>D. phân biệt về chủng tộc.</w:t>
      </w:r>
    </w:p>
    <w:p/>
    <w:p>
      <w:r>
        <w:rPr>
          <w:b/>
          <w:sz w:val="24"/>
        </w:rPr>
        <w:t>Câu 18: Đối với Liên Xô, sự ra đời của Liên bang Cộng hoà xã hội chủ nghĩa Xô viết không có ý nghĩa nào sau đây?</w:t>
      </w:r>
    </w:p>
    <w:p>
      <w:pPr>
        <w:pStyle w:val="ListParagraph"/>
      </w:pPr>
      <w:r>
        <w:rPr>
          <w:sz w:val="22"/>
        </w:rPr>
        <w:t>A. Thể hiện sức mạnh đoàn kết, giúp đỡ nhau giữa các dân tộc Xô viết.</w:t>
      </w:r>
    </w:p>
    <w:p>
      <w:pPr>
        <w:pStyle w:val="ListParagraph"/>
      </w:pPr>
      <w:r>
        <w:rPr>
          <w:sz w:val="22"/>
        </w:rPr>
        <w:t>B. Phù hợp với lợi ích chung của các dân tộc trên đất nước Xô viết.</w:t>
      </w:r>
    </w:p>
    <w:p>
      <w:pPr>
        <w:pStyle w:val="ListParagraph"/>
      </w:pPr>
      <w:r>
        <w:rPr>
          <w:sz w:val="22"/>
        </w:rPr>
        <w:t>C. Tăng cường vị thế của Nhà nước Liên Xô trên trường quốc tế.</w:t>
      </w:r>
    </w:p>
    <w:p>
      <w:pPr>
        <w:pStyle w:val="ListParagraph"/>
      </w:pPr>
      <w:r>
        <w:rPr>
          <w:sz w:val="22"/>
        </w:rPr>
        <w:t>D. Tạo tiền đề cho sự ra đời của hệ thống xã hội chủ nghĩa trên thế giới.</w:t>
      </w:r>
    </w:p>
    <w:p/>
    <w:p>
      <w:r>
        <w:rPr>
          <w:b/>
          <w:sz w:val="24"/>
        </w:rPr>
        <w:t>Câu 19: Nội dung nào sau đây phản ánh đúng sự ra đời của Liên bang Cộng hòa xã hội chủ nghĩa Xô viết năm 1922?</w:t>
      </w:r>
    </w:p>
    <w:p>
      <w:pPr>
        <w:pStyle w:val="ListParagraph"/>
      </w:pPr>
      <w:r>
        <w:rPr>
          <w:sz w:val="22"/>
        </w:rPr>
        <w:t>A. Phù hợp với lợi ích chung của các dân tộc trên đất nước Xô viết.</w:t>
      </w:r>
    </w:p>
    <w:p>
      <w:pPr>
        <w:pStyle w:val="ListParagraph"/>
      </w:pPr>
      <w:r>
        <w:rPr>
          <w:sz w:val="22"/>
        </w:rPr>
        <w:t>B. Phù hợp với xu thế phát triển chung của thế giới lúc bấy giờ.</w:t>
      </w:r>
    </w:p>
    <w:p>
      <w:pPr>
        <w:pStyle w:val="ListParagraph"/>
      </w:pPr>
      <w:r>
        <w:rPr>
          <w:sz w:val="22"/>
        </w:rPr>
        <w:t>C. Đáp ứng được nhiệm vụ cấp bách trong đấu tranh chống ngoại xâm.</w:t>
      </w:r>
    </w:p>
    <w:p>
      <w:pPr>
        <w:pStyle w:val="ListParagraph"/>
      </w:pPr>
      <w:r>
        <w:rPr>
          <w:sz w:val="22"/>
        </w:rPr>
        <w:t>D. Chưa phù hợp với nguyện vọng các dân tộc trên đất nước Xô viết.</w:t>
      </w:r>
    </w:p>
    <w:p/>
    <w:p>
      <w:r>
        <w:rPr>
          <w:b/>
          <w:sz w:val="24"/>
        </w:rPr>
        <w:t>Câu 20: Đối với thế giới, sự ra đời của Liên bang Cộng hoà xã hội chủ nghĩa Xô viết không có ý nghĩa nào sau đây?</w:t>
      </w:r>
    </w:p>
    <w:p>
      <w:pPr>
        <w:pStyle w:val="ListParagraph"/>
      </w:pPr>
      <w:r>
        <w:rPr>
          <w:sz w:val="22"/>
        </w:rPr>
        <w:t>A. Tăng cường vị thế của Nhà nước Liên Xô trên trường quốc tế.</w:t>
      </w:r>
    </w:p>
    <w:p>
      <w:pPr>
        <w:pStyle w:val="ListParagraph"/>
      </w:pPr>
      <w:r>
        <w:rPr>
          <w:sz w:val="22"/>
        </w:rPr>
        <w:t>B. Cổ vũ mạnh mẽ phong trào giải phóng dân tộc trên thế giới</w:t>
      </w:r>
    </w:p>
    <w:p>
      <w:pPr>
        <w:pStyle w:val="ListParagraph"/>
      </w:pPr>
      <w:r>
        <w:rPr>
          <w:sz w:val="22"/>
        </w:rPr>
        <w:t>C. Để lại nhiều bài học kinh nghiệm quý báu về mô hình nhà nước</w:t>
      </w:r>
    </w:p>
    <w:p>
      <w:pPr>
        <w:pStyle w:val="ListParagraph"/>
      </w:pPr>
      <w:r>
        <w:rPr>
          <w:sz w:val="22"/>
        </w:rPr>
        <w:t>D. Chứng minh học thuyết Mác – Lênin là đúng đắn, khoa học</w:t>
      </w:r>
    </w:p>
    <w:p/>
    <w:p>
      <w:r>
        <w:rPr>
          <w:b/>
          <w:sz w:val="24"/>
        </w:rPr>
        <w:t>Câu 21: Khi mới thành lập, Liên bang Cộng hòa xã hội chủ nghĩa Xô viết gồm 4 nước Cộng hòa là</w:t>
      </w:r>
    </w:p>
    <w:p>
      <w:pPr>
        <w:pStyle w:val="ListParagraph"/>
      </w:pPr>
      <w:r>
        <w:rPr>
          <w:sz w:val="22"/>
        </w:rPr>
        <w:t>A. Nga, U-crai-na, Bê-lô-rút-xi-a và Ngoại Cáp-ca-dơ.</w:t>
      </w:r>
    </w:p>
    <w:p>
      <w:pPr>
        <w:pStyle w:val="ListParagraph"/>
      </w:pPr>
      <w:r>
        <w:rPr>
          <w:sz w:val="22"/>
        </w:rPr>
        <w:t>B. Nga, Hung-ga-ri, Bê-lô-rút-xi-a và Ngoại Cáp-ca-dơ.</w:t>
      </w:r>
    </w:p>
    <w:p>
      <w:pPr>
        <w:pStyle w:val="ListParagraph"/>
      </w:pPr>
      <w:r>
        <w:rPr>
          <w:sz w:val="22"/>
        </w:rPr>
        <w:t>C. Nga, Hung-ga-ri, Bung-ra-ri và Ngoại Cáp-ca-dơ.</w:t>
      </w:r>
    </w:p>
    <w:p>
      <w:pPr>
        <w:pStyle w:val="ListParagraph"/>
      </w:pPr>
      <w:r>
        <w:rPr>
          <w:sz w:val="22"/>
        </w:rPr>
        <w:t>D. Liên Xô, Hung-ga-ri, Bung-ra-ri và Ngoại Cáp-ca-dơ.</w:t>
      </w:r>
    </w:p>
    <w:p/>
    <w:p>
      <w:r>
        <w:rPr>
          <w:b/>
          <w:sz w:val="24"/>
        </w:rPr>
        <w:t>Câu 22: Thắng lợi nào sau đây dẫn đến sự ra đời của Nhà nước xã hội chủ nghĩa đầu tiên trên thế giới?</w:t>
      </w:r>
    </w:p>
    <w:p>
      <w:pPr>
        <w:pStyle w:val="ListParagraph"/>
      </w:pPr>
      <w:r>
        <w:rPr>
          <w:sz w:val="22"/>
        </w:rPr>
        <w:t>A. Cách mạng tháng Hai (1917) ở Nga.</w:t>
      </w:r>
    </w:p>
    <w:p>
      <w:pPr>
        <w:pStyle w:val="ListParagraph"/>
      </w:pPr>
      <w:r>
        <w:rPr>
          <w:sz w:val="22"/>
        </w:rPr>
        <w:t>B. Cách mạng tháng Mười Nga (1917).</w:t>
      </w:r>
    </w:p>
    <w:p>
      <w:pPr>
        <w:pStyle w:val="ListParagraph"/>
      </w:pPr>
      <w:r>
        <w:rPr>
          <w:sz w:val="22"/>
        </w:rPr>
        <w:t>C. Cách mạng Nga năm 1905 - 1907.</w:t>
      </w:r>
    </w:p>
    <w:p>
      <w:pPr>
        <w:pStyle w:val="ListParagraph"/>
      </w:pPr>
      <w:r>
        <w:rPr>
          <w:sz w:val="22"/>
        </w:rPr>
        <w:t>D. Công xã Pa-ri năm 1871 ở Pháp.</w:t>
      </w:r>
    </w:p>
    <w:p/>
    <w:p>
      <w:r>
        <w:rPr>
          <w:b/>
          <w:sz w:val="24"/>
        </w:rPr>
        <w:t>Câu 23: Liên bang Cộng hòa xã hội chủ nghĩa Xô viết ra đời năm 1922 đã</w:t>
      </w:r>
    </w:p>
    <w:p>
      <w:pPr>
        <w:pStyle w:val="ListParagraph"/>
      </w:pPr>
      <w:r>
        <w:rPr>
          <w:sz w:val="22"/>
        </w:rPr>
        <w:t>A. đánh dấu Liên Xô hoàn thành công cuộc đấu tranh chống thù trong, giặc ngoài</w:t>
      </w:r>
    </w:p>
    <w:p>
      <w:pPr>
        <w:pStyle w:val="ListParagraph"/>
      </w:pPr>
      <w:r>
        <w:rPr>
          <w:sz w:val="22"/>
        </w:rPr>
        <w:t>B. chứng tỏ chế độ quân chủ chuyên chế do Nga hoàng dứng đầu hoàn toàn sụp đổ</w:t>
      </w:r>
    </w:p>
    <w:p>
      <w:pPr>
        <w:pStyle w:val="ListParagraph"/>
      </w:pPr>
      <w:r>
        <w:rPr>
          <w:sz w:val="22"/>
        </w:rPr>
        <w:t>C. đánh dấu sự xác lập chế độ xã hội chủ nghĩa trên toàn lãnh thổ Liên Xô rộng lớn</w:t>
      </w:r>
    </w:p>
    <w:p>
      <w:pPr>
        <w:pStyle w:val="ListParagraph"/>
      </w:pPr>
      <w:r>
        <w:rPr>
          <w:sz w:val="22"/>
        </w:rPr>
        <w:t>D. đánh dấu Liên Xô đã hoàn thành công cuộc xây dựng chế độ xã hội chủ nghĩa</w:t>
      </w:r>
    </w:p>
    <w:p/>
    <w:p>
      <w:r>
        <w:rPr>
          <w:b/>
          <w:sz w:val="24"/>
        </w:rPr>
        <w:t>Câu 24: Nhận xét nào sau đây là đúng về tình hình kinh tế - xã hội các nước Đông Âu từ năm 1950 đến nửa đầu những năm 70 của thế kỉ XX?</w:t>
      </w:r>
    </w:p>
    <w:p>
      <w:pPr>
        <w:pStyle w:val="ListParagraph"/>
      </w:pPr>
      <w:r>
        <w:rPr>
          <w:sz w:val="22"/>
        </w:rPr>
        <w:t>A. Phát triển, đạt nhiều thành tựu</w:t>
      </w:r>
    </w:p>
    <w:p>
      <w:pPr>
        <w:pStyle w:val="ListParagraph"/>
      </w:pPr>
      <w:r>
        <w:rPr>
          <w:sz w:val="22"/>
        </w:rPr>
        <w:t>B. Khủng hoảng trầm trọng</w:t>
      </w:r>
    </w:p>
    <w:p>
      <w:pPr>
        <w:pStyle w:val="ListParagraph"/>
      </w:pPr>
      <w:r>
        <w:rPr>
          <w:sz w:val="22"/>
        </w:rPr>
        <w:t>C. Phát triển xen lẫn suy thoái</w:t>
      </w:r>
    </w:p>
    <w:p>
      <w:pPr>
        <w:pStyle w:val="ListParagraph"/>
      </w:pPr>
      <w:r>
        <w:rPr>
          <w:sz w:val="22"/>
        </w:rPr>
        <w:t>D. Phát triển thần kì</w:t>
      </w:r>
    </w:p>
    <w:p/>
    <w:p>
      <w:r>
        <w:rPr>
          <w:b/>
          <w:sz w:val="24"/>
        </w:rPr>
        <w:t>Câu 25: Quốc gia nào sau đây ở châu Á chọn con đường phát triển lên chủ nghĩa xã hội?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Nhật Bản.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Hàn Quốc.</w:t>
      </w:r>
    </w:p>
    <w:p/>
    <w:p>
      <w:r>
        <w:rPr>
          <w:b/>
          <w:sz w:val="24"/>
        </w:rPr>
        <w:t>Câu 26: Quốc gia nào sau đây ở khu vực Đông Nam Á chọn con đường phát triển lên chủ nghĩa xã hội?</w:t>
      </w:r>
    </w:p>
    <w:p>
      <w:pPr>
        <w:pStyle w:val="ListParagraph"/>
      </w:pPr>
      <w:r>
        <w:rPr>
          <w:sz w:val="22"/>
        </w:rPr>
        <w:t>A. Việt Nam.</w:t>
      </w:r>
    </w:p>
    <w:p>
      <w:pPr>
        <w:pStyle w:val="ListParagraph"/>
      </w:pPr>
      <w:r>
        <w:rPr>
          <w:sz w:val="22"/>
        </w:rPr>
        <w:t>B. Inđônêxia.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Philippin.</w:t>
      </w:r>
    </w:p>
    <w:p/>
    <w:p>
      <w:r>
        <w:rPr>
          <w:b/>
          <w:sz w:val="24"/>
        </w:rPr>
        <w:t>Câu 27: Quốc gia nào sau đây ở Mĩ la tinh chọn con đường phát triển lên chủ nghĩa xã hội?</w:t>
      </w:r>
    </w:p>
    <w:p>
      <w:pPr>
        <w:pStyle w:val="ListParagraph"/>
      </w:pPr>
      <w:r>
        <w:rPr>
          <w:sz w:val="22"/>
        </w:rPr>
        <w:t>A. Cuba.</w:t>
      </w:r>
    </w:p>
    <w:p>
      <w:pPr>
        <w:pStyle w:val="ListParagraph"/>
      </w:pPr>
      <w:r>
        <w:rPr>
          <w:sz w:val="22"/>
        </w:rPr>
        <w:t>B. Braxin.</w:t>
      </w:r>
    </w:p>
    <w:p>
      <w:pPr>
        <w:pStyle w:val="ListParagraph"/>
      </w:pPr>
      <w:r>
        <w:rPr>
          <w:sz w:val="22"/>
        </w:rPr>
        <w:t>C. Áchentina.</w:t>
      </w:r>
    </w:p>
    <w:p>
      <w:pPr>
        <w:pStyle w:val="ListParagraph"/>
      </w:pPr>
      <w:r>
        <w:rPr>
          <w:sz w:val="22"/>
        </w:rPr>
        <w:t>D. Mêhicô.</w:t>
      </w:r>
    </w:p>
    <w:p/>
    <w:p>
      <w:r>
        <w:rPr>
          <w:b/>
          <w:sz w:val="24"/>
        </w:rPr>
        <w:t>Câu 28: Trong những năm 1944-1945, ở Đông Âu, quốc gia nào sau đây đã thành lập chính quyền dân chủ nhân dân?</w:t>
      </w:r>
    </w:p>
    <w:p>
      <w:pPr>
        <w:pStyle w:val="ListParagraph"/>
      </w:pPr>
      <w:r>
        <w:rPr>
          <w:sz w:val="22"/>
        </w:rPr>
        <w:t>A. Hà Lan.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Bun-ga-ri.</w:t>
      </w:r>
    </w:p>
    <w:p>
      <w:pPr>
        <w:pStyle w:val="ListParagraph"/>
      </w:pPr>
      <w:r>
        <w:rPr>
          <w:sz w:val="22"/>
        </w:rPr>
        <w:t>D. Liên Xô.</w:t>
      </w:r>
    </w:p>
    <w:p/>
    <w:p>
      <w:r>
        <w:rPr>
          <w:b/>
          <w:sz w:val="24"/>
        </w:rPr>
        <w:t>Câu 29: Nhiệm vụ chủ yếu của các nước Đông Âu từ năm 1950 đến đầu những năm 70 của thế kỉ XX là</w:t>
      </w:r>
    </w:p>
    <w:p>
      <w:pPr>
        <w:pStyle w:val="ListParagraph"/>
      </w:pPr>
      <w:r>
        <w:rPr>
          <w:sz w:val="22"/>
        </w:rPr>
        <w:t>A. xây dựng chủ nghĩa xã hội.</w:t>
      </w:r>
    </w:p>
    <w:p>
      <w:pPr>
        <w:pStyle w:val="ListParagraph"/>
      </w:pPr>
      <w:r>
        <w:rPr>
          <w:sz w:val="22"/>
        </w:rPr>
        <w:t>B. lật đổ chế độ quân chủ chuyên chế.</w:t>
      </w:r>
    </w:p>
    <w:p>
      <w:pPr>
        <w:pStyle w:val="ListParagraph"/>
      </w:pPr>
      <w:r>
        <w:rPr>
          <w:sz w:val="22"/>
        </w:rPr>
        <w:t>C. đánh bại chủ nghĩa phát xít.</w:t>
      </w:r>
    </w:p>
    <w:p>
      <w:pPr>
        <w:pStyle w:val="ListParagraph"/>
      </w:pPr>
      <w:r>
        <w:rPr>
          <w:sz w:val="22"/>
        </w:rPr>
        <w:t>D. lật đổ chế độ thực dân kiểu mới.</w:t>
      </w:r>
    </w:p>
    <w:p/>
    <w:p>
      <w:r>
        <w:rPr>
          <w:b/>
          <w:sz w:val="24"/>
        </w:rPr>
        <w:t>Câu 30: Tháng 12-1975, nhà nước nào sau đây được thành lập và đi lên xây dựng chủ nghĩa xã hội?</w:t>
      </w:r>
    </w:p>
    <w:p>
      <w:pPr>
        <w:pStyle w:val="ListParagraph"/>
      </w:pPr>
      <w:r>
        <w:rPr>
          <w:sz w:val="22"/>
        </w:rPr>
        <w:t>A. Cộng hòa nhân dân Trung Hoa.</w:t>
      </w:r>
    </w:p>
    <w:p>
      <w:pPr>
        <w:pStyle w:val="ListParagraph"/>
      </w:pPr>
      <w:r>
        <w:rPr>
          <w:sz w:val="22"/>
        </w:rPr>
        <w:t>B. Cộng hòa Inđônêxia.</w:t>
      </w:r>
    </w:p>
    <w:p>
      <w:pPr>
        <w:pStyle w:val="ListParagraph"/>
      </w:pPr>
      <w:r>
        <w:rPr>
          <w:sz w:val="22"/>
        </w:rPr>
        <w:t>C. Cộng hòa Dân chủ nhân dân Lào.</w:t>
      </w:r>
    </w:p>
    <w:p>
      <w:pPr>
        <w:pStyle w:val="ListParagraph"/>
      </w:pPr>
      <w:r>
        <w:rPr>
          <w:sz w:val="22"/>
        </w:rPr>
        <w:t>D. Cộng hòa Nhân dân Campuchia.</w:t>
      </w:r>
    </w:p>
    <w:p/>
    <w:p>
      <w:r>
        <w:rPr>
          <w:b/>
          <w:sz w:val="24"/>
        </w:rPr>
        <w:t>Câu 31: Chính sách đối ngoại của Trung Quốc từ những năm 80 của thế kỉ XX là</w:t>
      </w:r>
    </w:p>
    <w:p>
      <w:pPr>
        <w:pStyle w:val="ListParagraph"/>
      </w:pPr>
      <w:r>
        <w:rPr>
          <w:sz w:val="22"/>
        </w:rPr>
        <w:t>A. thiết lập quan hệ đối tác chiến lược với tất cả các quốc gia</w:t>
      </w:r>
    </w:p>
    <w:p>
      <w:pPr>
        <w:pStyle w:val="ListParagraph"/>
      </w:pPr>
      <w:r>
        <w:rPr>
          <w:sz w:val="22"/>
        </w:rPr>
        <w:t>B. thực hiện chính sách cấm vận đối với khu vực Đông Nam Á.</w:t>
      </w:r>
    </w:p>
    <w:p>
      <w:pPr>
        <w:pStyle w:val="ListParagraph"/>
      </w:pPr>
      <w:r>
        <w:rPr>
          <w:sz w:val="22"/>
        </w:rPr>
        <w:t>C. đa dạng hóa, đa phương hóa trong quan hệ với các nước.</w:t>
      </w:r>
    </w:p>
    <w:p>
      <w:pPr>
        <w:pStyle w:val="ListParagraph"/>
      </w:pPr>
      <w:r>
        <w:rPr>
          <w:sz w:val="22"/>
        </w:rPr>
        <w:t>D. bắt tay với Mĩ chống lại Liên Xô và các nước Tây Âu.</w:t>
      </w:r>
    </w:p>
    <w:p/>
    <w:p>
      <w:r>
        <w:rPr>
          <w:b/>
          <w:sz w:val="24"/>
        </w:rPr>
        <w:t>Câu 32: Mục tiêu chủ yếu của công cuộc cải cách, mở cửa ở Trung Quốc (1978) là</w:t>
      </w:r>
    </w:p>
    <w:p>
      <w:pPr>
        <w:pStyle w:val="ListParagraph"/>
      </w:pPr>
      <w:r>
        <w:rPr>
          <w:sz w:val="22"/>
        </w:rPr>
        <w:t>A. đưa Trung Quốc thành quốc gia giàu mạnh, dân chủ, văn minh.</w:t>
      </w:r>
    </w:p>
    <w:p>
      <w:pPr>
        <w:pStyle w:val="ListParagraph"/>
      </w:pPr>
      <w:r>
        <w:rPr>
          <w:sz w:val="22"/>
        </w:rPr>
        <w:t>B. mở rộng quan hệ hợp tác toàn diện với các nước tư bản phát triển.</w:t>
      </w:r>
    </w:p>
    <w:p>
      <w:pPr>
        <w:pStyle w:val="ListParagraph"/>
      </w:pPr>
      <w:r>
        <w:rPr>
          <w:sz w:val="22"/>
        </w:rPr>
        <w:t>C. hoàn thành triệt để cuộc cách mạng dân tộc dân chủ nhân dân.</w:t>
      </w:r>
    </w:p>
    <w:p>
      <w:pPr>
        <w:pStyle w:val="ListParagraph"/>
      </w:pPr>
      <w:r>
        <w:rPr>
          <w:sz w:val="22"/>
        </w:rPr>
        <w:t>D. phát triển kinh tế xã hội chủ nghĩa do Nhà nước nắm độc quyền</w:t>
      </w:r>
    </w:p>
    <w:p/>
    <w:p>
      <w:r>
        <w:rPr>
          <w:b/>
          <w:sz w:val="24"/>
        </w:rPr>
        <w:t>Câu 33: Trước chiến tranh thế giới II, quốc gia duy nhất đi theo con đường xã hội chủ nghĩa là</w:t>
      </w:r>
    </w:p>
    <w:p>
      <w:pPr>
        <w:pStyle w:val="ListParagraph"/>
      </w:pPr>
      <w:r>
        <w:rPr>
          <w:sz w:val="22"/>
        </w:rPr>
        <w:t>A. Lào.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Liên Xô.</w:t>
      </w:r>
    </w:p>
    <w:p>
      <w:pPr>
        <w:pStyle w:val="ListParagraph"/>
      </w:pPr>
      <w:r>
        <w:rPr>
          <w:sz w:val="22"/>
        </w:rPr>
        <w:t>D. Việt Nam.</w:t>
      </w:r>
    </w:p>
    <w:p/>
    <w:p>
      <w:r>
        <w:rPr>
          <w:b/>
          <w:sz w:val="24"/>
        </w:rPr>
        <w:t>Câu 34: Trong những năm 1944-1945, quốc gia nào sau đây ở Đông Âu thành lập chính quyền dân chủ nhân dân?</w:t>
      </w:r>
    </w:p>
    <w:p>
      <w:pPr>
        <w:pStyle w:val="ListParagraph"/>
      </w:pPr>
      <w:r>
        <w:rPr>
          <w:sz w:val="22"/>
        </w:rPr>
        <w:t>A. Ba Lan.</w:t>
      </w:r>
    </w:p>
    <w:p>
      <w:pPr>
        <w:pStyle w:val="ListParagraph"/>
      </w:pPr>
      <w:r>
        <w:rPr>
          <w:sz w:val="22"/>
        </w:rPr>
        <w:t>B. Angiêri.</w:t>
      </w:r>
    </w:p>
    <w:p>
      <w:pPr>
        <w:pStyle w:val="ListParagraph"/>
      </w:pPr>
      <w:r>
        <w:rPr>
          <w:sz w:val="22"/>
        </w:rPr>
        <w:t>C. Cu Ba.</w:t>
      </w:r>
    </w:p>
    <w:p>
      <w:pPr>
        <w:pStyle w:val="ListParagraph"/>
      </w:pPr>
      <w:r>
        <w:rPr>
          <w:sz w:val="22"/>
        </w:rPr>
        <w:t>D. Nhật Bản.</w:t>
      </w:r>
    </w:p>
    <w:p/>
    <w:p>
      <w:r>
        <w:rPr>
          <w:b/>
          <w:sz w:val="24"/>
        </w:rPr>
        <w:t>Câu 35: Năm 1948, ở châu Á, quốc gia nào sau đây đi lên xây dựng chủ nghĩa xã hội?</w:t>
      </w:r>
    </w:p>
    <w:p>
      <w:pPr>
        <w:pStyle w:val="ListParagraph"/>
      </w:pPr>
      <w:r>
        <w:rPr>
          <w:sz w:val="22"/>
        </w:rPr>
        <w:t>A. Triều Tiên.</w:t>
      </w:r>
    </w:p>
    <w:p>
      <w:pPr>
        <w:pStyle w:val="ListParagraph"/>
      </w:pPr>
      <w:r>
        <w:rPr>
          <w:sz w:val="22"/>
        </w:rPr>
        <w:t>B. Cu Ba.</w:t>
      </w:r>
    </w:p>
    <w:p>
      <w:pPr>
        <w:pStyle w:val="ListParagraph"/>
      </w:pPr>
      <w:r>
        <w:rPr>
          <w:sz w:val="22"/>
        </w:rPr>
        <w:t>C. Việt Nam.</w:t>
      </w:r>
    </w:p>
    <w:p>
      <w:pPr>
        <w:pStyle w:val="ListParagraph"/>
      </w:pPr>
      <w:r>
        <w:rPr>
          <w:sz w:val="22"/>
        </w:rPr>
        <w:t>D. Lào.</w:t>
      </w:r>
    </w:p>
    <w:p/>
    <w:p>
      <w:r>
        <w:rPr>
          <w:b/>
          <w:sz w:val="24"/>
        </w:rPr>
        <w:t>Câu 36: Năm 1949, ở châu Á, quốc gia nào sau đây đi lên xây dựng chủ nghĩa xã hội?</w:t>
      </w:r>
    </w:p>
    <w:p>
      <w:pPr>
        <w:pStyle w:val="ListParagraph"/>
      </w:pPr>
      <w:r>
        <w:rPr>
          <w:sz w:val="22"/>
        </w:rPr>
        <w:t>A. Triều Tiên.</w:t>
      </w:r>
    </w:p>
    <w:p>
      <w:pPr>
        <w:pStyle w:val="ListParagraph"/>
      </w:pPr>
      <w:r>
        <w:rPr>
          <w:sz w:val="22"/>
        </w:rPr>
        <w:t>B. Cu Ba.</w:t>
      </w:r>
    </w:p>
    <w:p>
      <w:pPr>
        <w:pStyle w:val="ListParagraph"/>
      </w:pPr>
      <w:r>
        <w:rPr>
          <w:sz w:val="22"/>
        </w:rPr>
        <w:t>C. Trung Quốc.</w:t>
      </w:r>
    </w:p>
    <w:p>
      <w:pPr>
        <w:pStyle w:val="ListParagraph"/>
      </w:pPr>
      <w:r>
        <w:rPr>
          <w:sz w:val="22"/>
        </w:rPr>
        <w:t>D. Lào.</w:t>
      </w:r>
    </w:p>
    <w:p/>
    <w:p>
      <w:r>
        <w:rPr>
          <w:b/>
          <w:sz w:val="24"/>
        </w:rPr>
        <w:t>Câu 37: Trong công cuộc cải cách, mở cửa (12/1978), Trung Quốc xác định lấy phát triển lĩnh vực nào làm trung tâm?</w:t>
      </w:r>
    </w:p>
    <w:p>
      <w:pPr>
        <w:pStyle w:val="ListParagraph"/>
      </w:pPr>
      <w:r>
        <w:rPr>
          <w:sz w:val="22"/>
        </w:rPr>
        <w:t>A. kinh tế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quân sự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38: Trong 30 năm thực hiện đường lối cải cách (1978 - 2008), Trung Quốc đã đạt được thành tựu nào sau đây về kinh tế?</w:t>
      </w:r>
    </w:p>
    <w:p>
      <w:pPr>
        <w:pStyle w:val="ListParagraph"/>
      </w:pPr>
      <w:r>
        <w:rPr>
          <w:sz w:val="22"/>
        </w:rPr>
        <w:t>A. Là quốc gia thứ ba thế giới có tàu và người bay vào vĩ trụ</w:t>
      </w:r>
    </w:p>
    <w:p>
      <w:pPr>
        <w:pStyle w:val="ListParagraph"/>
      </w:pPr>
      <w:r>
        <w:rPr>
          <w:sz w:val="22"/>
        </w:rPr>
        <w:t>B. Thiết lập được quan hệ đối ngoại với hầu hết các quốc gia</w:t>
      </w:r>
    </w:p>
    <w:p>
      <w:pPr>
        <w:pStyle w:val="ListParagraph"/>
      </w:pPr>
      <w:r>
        <w:rPr>
          <w:sz w:val="22"/>
        </w:rPr>
        <w:t>C. Là cường quốc xuất khẩu vũ khí và trang thiết bị quân sự</w:t>
      </w:r>
    </w:p>
    <w:p>
      <w:pPr>
        <w:pStyle w:val="ListParagraph"/>
      </w:pPr>
      <w:r>
        <w:rPr>
          <w:sz w:val="22"/>
        </w:rPr>
        <w:t>D. Là quốc gia có tốc độ phát triển kinh tế nhanh nhất thế giới.</w:t>
      </w:r>
    </w:p>
    <w:p/>
    <w:p>
      <w:r>
        <w:rPr>
          <w:b/>
          <w:sz w:val="24"/>
        </w:rPr>
        <w:t>Câu 39: Sự ra đời của quốc gia nào sau đây đã mở rộng không gian địa lý của chủ nghĩa xã hội sang khu vực Mĩ Latinh?</w:t>
      </w:r>
    </w:p>
    <w:p>
      <w:pPr>
        <w:pStyle w:val="ListParagraph"/>
      </w:pPr>
      <w:r>
        <w:rPr>
          <w:sz w:val="22"/>
        </w:rPr>
        <w:t>A. Thái Lan.</w:t>
      </w:r>
    </w:p>
    <w:p>
      <w:pPr>
        <w:pStyle w:val="ListParagraph"/>
      </w:pPr>
      <w:r>
        <w:rPr>
          <w:sz w:val="22"/>
        </w:rPr>
        <w:t>B. Cuba.</w:t>
      </w:r>
    </w:p>
    <w:p>
      <w:pPr>
        <w:pStyle w:val="ListParagraph"/>
      </w:pPr>
      <w:r>
        <w:rPr>
          <w:sz w:val="22"/>
        </w:rPr>
        <w:t>C. Ấn Độ.</w:t>
      </w:r>
    </w:p>
    <w:p>
      <w:pPr>
        <w:pStyle w:val="ListParagraph"/>
      </w:pPr>
      <w:r>
        <w:rPr>
          <w:sz w:val="22"/>
        </w:rPr>
        <w:t>D. Iran.</w:t>
      </w:r>
    </w:p>
    <w:p/>
    <w:p>
      <w:r>
        <w:rPr>
          <w:b/>
          <w:sz w:val="24"/>
        </w:rPr>
        <w:t>Câu 40: Năm 2010, ở châu Á, quốc gia nào sau đây có quy mô kinh tế lớn thứ hai thế giới?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Ấn Độ.</w:t>
      </w:r>
    </w:p>
    <w:p>
      <w:pPr>
        <w:pStyle w:val="ListParagraph"/>
      </w:pPr>
      <w:r>
        <w:rPr>
          <w:sz w:val="22"/>
        </w:rPr>
        <w:t>C. Anh.</w:t>
      </w:r>
    </w:p>
    <w:p>
      <w:pPr>
        <w:pStyle w:val="ListParagraph"/>
      </w:pPr>
      <w:r>
        <w:rPr>
          <w:sz w:val="22"/>
        </w:rPr>
        <w:t>D. Pháp.</w:t>
      </w:r>
    </w:p>
    <w:p/>
    <w:p>
      <w:r>
        <w:rPr>
          <w:b/>
          <w:sz w:val="24"/>
        </w:rPr>
        <w:t>Câu 41: Trong những năm 1944-1945, các nước Đông Âu nổi dậy giành chính quyền xuất phát từ điều kiện khách quan thuận lợi nào sau đây?</w:t>
      </w:r>
    </w:p>
    <w:p>
      <w:pPr>
        <w:pStyle w:val="ListParagraph"/>
      </w:pPr>
      <w:r>
        <w:rPr>
          <w:sz w:val="22"/>
        </w:rPr>
        <w:t>A. Phát xít Nhật đã bị tiêu diệt hoàn toàn.</w:t>
      </w:r>
    </w:p>
    <w:p>
      <w:pPr>
        <w:pStyle w:val="ListParagraph"/>
      </w:pPr>
      <w:r>
        <w:rPr>
          <w:sz w:val="22"/>
        </w:rPr>
        <w:t>B. Chiến tranh thế giới II lan rộng sang châu Á</w:t>
      </w:r>
    </w:p>
    <w:p>
      <w:pPr>
        <w:pStyle w:val="ListParagraph"/>
      </w:pPr>
      <w:r>
        <w:rPr>
          <w:sz w:val="22"/>
        </w:rPr>
        <w:t>C. Khối Đồng minh chống phát xít được thành lập.</w:t>
      </w:r>
    </w:p>
    <w:p>
      <w:pPr>
        <w:pStyle w:val="ListParagraph"/>
      </w:pPr>
      <w:r>
        <w:rPr>
          <w:sz w:val="22"/>
        </w:rPr>
        <w:t>D. Thất bại của chủ nghĩa phát xít ở châu Âu.</w:t>
      </w:r>
    </w:p>
    <w:p/>
    <w:p>
      <w:r>
        <w:rPr>
          <w:b/>
          <w:sz w:val="24"/>
        </w:rPr>
        <w:t>Câu 42: Quốc gia nào say đây thành lập nhà nước dân chủ nhân dân ở Đông Âu trong giai đoạn 1945-1949?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Ấn Độ.</w:t>
      </w:r>
    </w:p>
    <w:p>
      <w:pPr>
        <w:pStyle w:val="ListParagraph"/>
      </w:pPr>
      <w:r>
        <w:rPr>
          <w:sz w:val="22"/>
        </w:rPr>
        <w:t>C. Hà Lan.</w:t>
      </w:r>
    </w:p>
    <w:p>
      <w:pPr>
        <w:pStyle w:val="ListParagraph"/>
      </w:pPr>
      <w:r>
        <w:rPr>
          <w:sz w:val="22"/>
        </w:rPr>
        <w:t>D. Nam Tư.</w:t>
      </w:r>
    </w:p>
    <w:p/>
    <w:p>
      <w:r>
        <w:rPr>
          <w:b/>
          <w:sz w:val="24"/>
        </w:rPr>
        <w:t>Câu 43: Nguyên nhân khách quan đẫn đến sự sụp đổ chủ nghĩa xã hội ở Liên Xô và Đông Âu là</w:t>
      </w:r>
    </w:p>
    <w:p>
      <w:pPr>
        <w:pStyle w:val="ListParagraph"/>
      </w:pPr>
      <w:r>
        <w:rPr>
          <w:sz w:val="22"/>
        </w:rPr>
        <w:t>A. đường lối lãnh đạo chủ quan, duy ý chí.</w:t>
      </w:r>
    </w:p>
    <w:p>
      <w:pPr>
        <w:pStyle w:val="ListParagraph"/>
      </w:pPr>
      <w:r>
        <w:rPr>
          <w:sz w:val="22"/>
        </w:rPr>
        <w:t>B. chưa khai thác tốt thành tựu khoa học kĩ thuật.</w:t>
      </w:r>
    </w:p>
    <w:p>
      <w:pPr>
        <w:pStyle w:val="ListParagraph"/>
      </w:pPr>
      <w:r>
        <w:rPr>
          <w:sz w:val="22"/>
        </w:rPr>
        <w:t>C. công cuộc cải tổ đất nước có nhiều sai lầm.</w:t>
      </w:r>
    </w:p>
    <w:p>
      <w:pPr>
        <w:pStyle w:val="ListParagraph"/>
      </w:pPr>
      <w:r>
        <w:rPr>
          <w:sz w:val="22"/>
        </w:rPr>
        <w:t>D. sự chống phá quyết liệt của các thế lực thù địch.</w:t>
      </w:r>
    </w:p>
    <w:p/>
    <w:p>
      <w:r>
        <w:rPr>
          <w:b/>
          <w:sz w:val="24"/>
        </w:rPr>
        <w:t>Câu 44: Một trong những nguyên nhân chủ quan đẫn đến sự sụp đổ của chế độ xã hội chủ nghĩa ở Liên Xô và Đông Âu là</w:t>
      </w:r>
    </w:p>
    <w:p>
      <w:pPr>
        <w:pStyle w:val="ListParagraph"/>
      </w:pPr>
      <w:r>
        <w:rPr>
          <w:sz w:val="22"/>
        </w:rPr>
        <w:t>A. sự chống phá của các thế lực thù địch.</w:t>
      </w:r>
    </w:p>
    <w:p>
      <w:pPr>
        <w:pStyle w:val="ListParagraph"/>
      </w:pPr>
      <w:r>
        <w:rPr>
          <w:sz w:val="22"/>
        </w:rPr>
        <w:t>B. đường lối lãnh đạo chủ quan, duy ý chí.</w:t>
      </w:r>
    </w:p>
    <w:p>
      <w:pPr>
        <w:pStyle w:val="ListParagraph"/>
      </w:pPr>
      <w:r>
        <w:rPr>
          <w:sz w:val="22"/>
        </w:rPr>
        <w:t>C. không chịu tiến hành cải tổ đất nước</w:t>
      </w:r>
    </w:p>
    <w:p>
      <w:pPr>
        <w:pStyle w:val="ListParagraph"/>
      </w:pPr>
      <w:r>
        <w:rPr>
          <w:sz w:val="22"/>
        </w:rPr>
        <w:t>D. niềm tin của các tầng lớp nhân dân suy giảm</w:t>
      </w:r>
    </w:p>
    <w:p/>
    <w:p>
      <w:r>
        <w:rPr>
          <w:b/>
          <w:sz w:val="24"/>
        </w:rPr>
        <w:t>Câu 45: Về chính trị, công cuộc cải cách mở cửa của Trung Quốc (1978) đạt được thành tựu nổi bật nào sau đây?</w:t>
      </w:r>
    </w:p>
    <w:p>
      <w:pPr>
        <w:pStyle w:val="ListParagraph"/>
      </w:pPr>
      <w:r>
        <w:rPr>
          <w:sz w:val="22"/>
        </w:rPr>
        <w:t>A. Xây dựng được hệ thống lí luận chủ nghĩa xã hội đặc sắc Trung Quốc.</w:t>
      </w:r>
    </w:p>
    <w:p>
      <w:pPr>
        <w:pStyle w:val="ListParagraph"/>
      </w:pPr>
      <w:r>
        <w:rPr>
          <w:sz w:val="22"/>
        </w:rPr>
        <w:t>B. Duy trì được tốc độ tăng trưởng kinh tế cao liên tục trong nhiều năm</w:t>
      </w:r>
    </w:p>
    <w:p>
      <w:pPr>
        <w:pStyle w:val="ListParagraph"/>
      </w:pPr>
      <w:r>
        <w:rPr>
          <w:sz w:val="22"/>
        </w:rPr>
        <w:t>C. Đời sống các tầng lớp nhân dân ngày càng được cải thiện và nâng cao.</w:t>
      </w:r>
    </w:p>
    <w:p>
      <w:pPr>
        <w:pStyle w:val="ListParagraph"/>
      </w:pPr>
      <w:r>
        <w:rPr>
          <w:sz w:val="22"/>
        </w:rPr>
        <w:t>D. Trở thành cường quốc về xuất khẩu vũ khí và trong thiết bị quân sự</w:t>
      </w:r>
    </w:p>
    <w:p/>
    <w:p>
      <w:r>
        <w:rPr>
          <w:b/>
          <w:sz w:val="24"/>
        </w:rPr>
        <w:t>Câu 46: Một trong những khó khăn của Cuba trong công cuộc xây dựng chủ nghĩa xã hội từ 1991 đến nay là</w:t>
      </w:r>
    </w:p>
    <w:p>
      <w:pPr>
        <w:pStyle w:val="ListParagraph"/>
      </w:pPr>
      <w:r>
        <w:rPr>
          <w:sz w:val="22"/>
        </w:rPr>
        <w:t>A. lệnh cấm vận kéo dài của Mĩ và phương Tây.</w:t>
      </w:r>
    </w:p>
    <w:p>
      <w:pPr>
        <w:pStyle w:val="ListParagraph"/>
      </w:pPr>
      <w:r>
        <w:rPr>
          <w:sz w:val="22"/>
        </w:rPr>
        <w:t>B. sự chống phá quyết liệt của các thế lực thù địch.</w:t>
      </w:r>
    </w:p>
    <w:p>
      <w:pPr>
        <w:pStyle w:val="ListParagraph"/>
      </w:pPr>
      <w:r>
        <w:rPr>
          <w:sz w:val="22"/>
        </w:rPr>
        <w:t>C. mô hình kinh tế tập trung bao cấp kém hiệu quả.</w:t>
      </w:r>
    </w:p>
    <w:p>
      <w:pPr>
        <w:pStyle w:val="ListParagraph"/>
      </w:pPr>
      <w:r>
        <w:rPr>
          <w:sz w:val="22"/>
        </w:rPr>
        <w:t>D. mâu thuẫn sắc tộc, tôn giáo không thể điều hòa</w:t>
      </w:r>
    </w:p>
    <w:p/>
    <w:p>
      <w:r>
        <w:rPr>
          <w:b/>
          <w:sz w:val="24"/>
        </w:rPr>
        <w:t>Câu 47: Trong những năm 1944 - 1949, nhân dân các nước ở khu vực nào sau đây nổi dậy giành chính quyền, thành lập nhà nước dân chủ nhân dân?</w:t>
      </w:r>
    </w:p>
    <w:p>
      <w:pPr>
        <w:pStyle w:val="ListParagraph"/>
      </w:pPr>
      <w:r>
        <w:rPr>
          <w:sz w:val="22"/>
        </w:rPr>
        <w:t>A. Tây Âu.</w:t>
      </w:r>
    </w:p>
    <w:p>
      <w:pPr>
        <w:pStyle w:val="ListParagraph"/>
      </w:pPr>
      <w:r>
        <w:rPr>
          <w:sz w:val="22"/>
        </w:rPr>
        <w:t>B. Đông Âu.</w:t>
      </w:r>
    </w:p>
    <w:p>
      <w:pPr>
        <w:pStyle w:val="ListParagraph"/>
      </w:pPr>
      <w:r>
        <w:rPr>
          <w:sz w:val="22"/>
        </w:rPr>
        <w:t>C. Châu Phi.</w:t>
      </w:r>
    </w:p>
    <w:p>
      <w:pPr>
        <w:pStyle w:val="ListParagraph"/>
      </w:pPr>
      <w:r>
        <w:rPr>
          <w:sz w:val="22"/>
        </w:rPr>
        <w:t>D. Mĩ La-tinh.</w:t>
      </w:r>
    </w:p>
    <w:p/>
    <w:p>
      <w:r>
        <w:rPr>
          <w:b/>
          <w:sz w:val="24"/>
        </w:rPr>
        <w:t>Câu 48: Từ năm 1991 đến nay, nhân dân một số nước ở khu vực nào sau đây tiến hành cải cách, đổi mới, kiên định con đường xã hội chủ nghĩa?</w:t>
      </w:r>
    </w:p>
    <w:p>
      <w:pPr>
        <w:pStyle w:val="ListParagraph"/>
      </w:pPr>
      <w:r>
        <w:rPr>
          <w:sz w:val="22"/>
        </w:rPr>
        <w:t>A. Châu Á.</w:t>
      </w:r>
    </w:p>
    <w:p>
      <w:pPr>
        <w:pStyle w:val="ListParagraph"/>
      </w:pPr>
      <w:r>
        <w:rPr>
          <w:sz w:val="22"/>
        </w:rPr>
        <w:t>B. Bắc Phi.</w:t>
      </w:r>
    </w:p>
    <w:p>
      <w:pPr>
        <w:pStyle w:val="ListParagraph"/>
      </w:pPr>
      <w:r>
        <w:rPr>
          <w:sz w:val="22"/>
        </w:rPr>
        <w:t>C. Tây Âu.</w:t>
      </w:r>
    </w:p>
    <w:p>
      <w:pPr>
        <w:pStyle w:val="ListParagraph"/>
      </w:pPr>
      <w:r>
        <w:rPr>
          <w:sz w:val="22"/>
        </w:rPr>
        <w:t>D. Nam Phi.</w:t>
      </w:r>
    </w:p>
    <w:p/>
    <w:p>
      <w:r>
        <w:rPr>
          <w:b/>
          <w:sz w:val="24"/>
        </w:rPr>
        <w:t>Câu 49: Tháng 12-1978, quốc gia nào sau đây thực hiện công cuộc cải cách, mở cửa, đạt được thành tựu to lớn về kinh tế xã hội?</w:t>
      </w:r>
    </w:p>
    <w:p>
      <w:pPr>
        <w:pStyle w:val="ListParagraph"/>
      </w:pPr>
      <w:r>
        <w:rPr>
          <w:sz w:val="22"/>
        </w:rPr>
        <w:t>A. Liên Xô.</w:t>
      </w:r>
    </w:p>
    <w:p>
      <w:pPr>
        <w:pStyle w:val="ListParagraph"/>
      </w:pPr>
      <w:r>
        <w:rPr>
          <w:sz w:val="22"/>
        </w:rPr>
        <w:t>B. Cu-ba.</w:t>
      </w:r>
    </w:p>
    <w:p>
      <w:pPr>
        <w:pStyle w:val="ListParagraph"/>
      </w:pPr>
      <w:r>
        <w:rPr>
          <w:sz w:val="22"/>
        </w:rPr>
        <w:t>C. Ấn Độ.</w:t>
      </w:r>
    </w:p>
    <w:p>
      <w:pPr>
        <w:pStyle w:val="ListParagraph"/>
      </w:pPr>
      <w:r>
        <w:rPr>
          <w:sz w:val="22"/>
        </w:rPr>
        <w:t>D. Trung Quốc.</w:t>
      </w:r>
    </w:p>
    <w:p/>
    <w:p>
      <w:r>
        <w:rPr>
          <w:b/>
          <w:sz w:val="24"/>
        </w:rPr>
        <w:t>Câu 50: Từ năm 1991 đến nay, quốc gia nào sau đây không xây dựng chủ nghĩa xã hội?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Cuba.</w:t>
      </w:r>
    </w:p>
    <w:p>
      <w:pPr>
        <w:pStyle w:val="ListParagraph"/>
      </w:pPr>
      <w:r>
        <w:rPr>
          <w:sz w:val="22"/>
        </w:rPr>
        <w:t>C. Ấn Độ.</w:t>
      </w:r>
    </w:p>
    <w:p>
      <w:pPr>
        <w:pStyle w:val="ListParagraph"/>
      </w:pPr>
      <w:r>
        <w:rPr>
          <w:sz w:val="22"/>
        </w:rPr>
        <w:t>D. Việt Nam.</w:t>
      </w:r>
    </w:p>
    <w:p/>
    <w:p>
      <w:r>
        <w:rPr>
          <w:b/>
          <w:sz w:val="24"/>
        </w:rPr>
        <w:t>Câu 51: Năm 1999, Trung Quốc đã thu hồi chủ quyền đối với vùng lãnh thổ nào sau đây?</w:t>
      </w:r>
    </w:p>
    <w:p>
      <w:pPr>
        <w:pStyle w:val="ListParagraph"/>
      </w:pPr>
      <w:r>
        <w:rPr>
          <w:sz w:val="22"/>
        </w:rPr>
        <w:t>A. Ma Cao.</w:t>
      </w:r>
    </w:p>
    <w:p>
      <w:pPr>
        <w:pStyle w:val="ListParagraph"/>
      </w:pPr>
      <w:r>
        <w:rPr>
          <w:sz w:val="22"/>
        </w:rPr>
        <w:t>B. Thượng Hải.</w:t>
      </w:r>
    </w:p>
    <w:p>
      <w:pPr>
        <w:pStyle w:val="ListParagraph"/>
      </w:pPr>
      <w:r>
        <w:rPr>
          <w:sz w:val="22"/>
        </w:rPr>
        <w:t>C. Đài Loan.</w:t>
      </w:r>
    </w:p>
    <w:p>
      <w:pPr>
        <w:pStyle w:val="ListParagraph"/>
      </w:pPr>
      <w:r>
        <w:rPr>
          <w:sz w:val="22"/>
        </w:rPr>
        <w:t>D. Hồng Kông.</w:t>
      </w:r>
    </w:p>
    <w:p/>
    <w:p>
      <w:r>
        <w:rPr>
          <w:b/>
          <w:sz w:val="24"/>
        </w:rPr>
        <w:t>Câu 52: Từ năm 1976 đến nay, nhân dân Việt Nam thực hiện nhiệm vụ chiến lược nào sau đây?</w:t>
      </w:r>
    </w:p>
    <w:p>
      <w:pPr>
        <w:pStyle w:val="ListParagraph"/>
      </w:pPr>
      <w:r>
        <w:rPr>
          <w:sz w:val="22"/>
        </w:rPr>
        <w:t>A. Xây dựng chủ nghĩa xã hội.</w:t>
      </w:r>
    </w:p>
    <w:p>
      <w:pPr>
        <w:pStyle w:val="ListParagraph"/>
      </w:pPr>
      <w:r>
        <w:rPr>
          <w:sz w:val="22"/>
        </w:rPr>
        <w:t>B. Kháng chiến chống Pháp.</w:t>
      </w:r>
    </w:p>
    <w:p>
      <w:pPr>
        <w:pStyle w:val="ListParagraph"/>
      </w:pPr>
      <w:r>
        <w:rPr>
          <w:sz w:val="22"/>
        </w:rPr>
        <w:t>C. Kháng chiến chống Mĩ.</w:t>
      </w:r>
    </w:p>
    <w:p>
      <w:pPr>
        <w:pStyle w:val="ListParagraph"/>
      </w:pPr>
      <w:r>
        <w:rPr>
          <w:sz w:val="22"/>
        </w:rPr>
        <w:t>D. Giải phóng dân tộc.</w:t>
      </w:r>
    </w:p>
    <w:p/>
    <w:p>
      <w:r>
        <w:rPr>
          <w:b/>
          <w:sz w:val="24"/>
        </w:rPr>
        <w:t>Câu 53: Thắng lợi của Hồng quân Liên Xô trong những năm 1944 – 1945 đã tạo điều kiện cho sự ra đời của nhà nước dân chủ nhân dân ở các nước</w:t>
      </w:r>
    </w:p>
    <w:p>
      <w:pPr>
        <w:pStyle w:val="ListParagraph"/>
      </w:pPr>
      <w:r>
        <w:rPr>
          <w:sz w:val="22"/>
        </w:rPr>
        <w:t>A. Đông Âu.</w:t>
      </w:r>
    </w:p>
    <w:p>
      <w:pPr>
        <w:pStyle w:val="ListParagraph"/>
      </w:pPr>
      <w:r>
        <w:rPr>
          <w:sz w:val="22"/>
        </w:rPr>
        <w:t>B. Tây Âu.</w:t>
      </w:r>
    </w:p>
    <w:p>
      <w:pPr>
        <w:pStyle w:val="ListParagraph"/>
      </w:pPr>
      <w:r>
        <w:rPr>
          <w:sz w:val="22"/>
        </w:rPr>
        <w:t>C. Nam Âu.</w:t>
      </w:r>
    </w:p>
    <w:p>
      <w:pPr>
        <w:pStyle w:val="ListParagraph"/>
      </w:pPr>
      <w:r>
        <w:rPr>
          <w:sz w:val="22"/>
        </w:rPr>
        <w:t>D. Bắc Âu.</w:t>
      </w:r>
    </w:p>
    <w:p/>
    <w:p>
      <w:r>
        <w:rPr>
          <w:b/>
          <w:sz w:val="24"/>
        </w:rPr>
        <w:t>Câu 54: Miền Bắc Việt Nam tiến lên xây dựng chủ nghĩa xã hội sau thắng lợi của</w:t>
      </w:r>
    </w:p>
    <w:p>
      <w:pPr>
        <w:pStyle w:val="ListParagraph"/>
      </w:pPr>
      <w:r>
        <w:rPr>
          <w:sz w:val="22"/>
        </w:rPr>
        <w:t>A. cuộc kháng chiến chống thực dân Pháp năm 1954.</w:t>
      </w:r>
    </w:p>
    <w:p>
      <w:pPr>
        <w:pStyle w:val="ListParagraph"/>
      </w:pPr>
      <w:r>
        <w:rPr>
          <w:sz w:val="22"/>
        </w:rPr>
        <w:t>B. Hiệp định Pari về Việt Nam được kí kết năm 1973.</w:t>
      </w:r>
    </w:p>
    <w:p>
      <w:pPr>
        <w:pStyle w:val="ListParagraph"/>
      </w:pPr>
      <w:r>
        <w:rPr>
          <w:sz w:val="22"/>
        </w:rPr>
        <w:t>C. cuộc kháng chiến chống Mĩ và tay sai năm 1975.</w:t>
      </w:r>
    </w:p>
    <w:p>
      <w:pPr>
        <w:pStyle w:val="ListParagraph"/>
      </w:pPr>
      <w:r>
        <w:rPr>
          <w:sz w:val="22"/>
        </w:rPr>
        <w:t>D. quá trình thống nhất hai miền Nam – Bắc năm 1976.</w:t>
      </w:r>
    </w:p>
    <w:p/>
    <w:p>
      <w:r>
        <w:rPr>
          <w:b/>
          <w:sz w:val="24"/>
        </w:rPr>
        <w:t>Câu 55: Trong những năm 1945 - 1949, nhân dân các nước Đông Âu hoàn thành một trong những nhiệm vụ nào sau đây?</w:t>
      </w:r>
    </w:p>
    <w:p>
      <w:pPr>
        <w:pStyle w:val="ListParagraph"/>
      </w:pPr>
      <w:r>
        <w:rPr>
          <w:sz w:val="22"/>
        </w:rPr>
        <w:t>A. điện khí hóa toàn quốc.</w:t>
      </w:r>
    </w:p>
    <w:p>
      <w:pPr>
        <w:pStyle w:val="ListParagraph"/>
      </w:pPr>
      <w:r>
        <w:rPr>
          <w:sz w:val="22"/>
        </w:rPr>
        <w:t>B. đổi mới đất nước.</w:t>
      </w:r>
    </w:p>
    <w:p>
      <w:pPr>
        <w:pStyle w:val="ListParagraph"/>
      </w:pPr>
      <w:r>
        <w:rPr>
          <w:sz w:val="22"/>
        </w:rPr>
        <w:t>C. kháng chiến chống Mĩ.</w:t>
      </w:r>
    </w:p>
    <w:p>
      <w:pPr>
        <w:pStyle w:val="ListParagraph"/>
      </w:pPr>
      <w:r>
        <w:rPr>
          <w:sz w:val="22"/>
        </w:rPr>
        <w:t>D. quốc hữu hóa nhà máy.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D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D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