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Lịch sử 12: Cách mạng tháng tám năm 1945</w:t>
      </w:r>
    </w:p>
    <w:p>
      <w:pPr>
        <w:jc w:val="center"/>
      </w:pPr>
      <w:r>
        <w:rPr>
          <w:sz w:val="22"/>
        </w:rPr>
        <w:t>Số câu: 10    Thời gian: _____ phút    Họ và tên: _________________________</w:t>
      </w:r>
    </w:p>
    <w:p/>
    <w:p>
      <w:r>
        <w:rPr>
          <w:b/>
          <w:sz w:val="24"/>
        </w:rPr>
        <w:t>Câu 1: Hội nghị Ban Chấp hành Trung ương Đảng Cộng sản Đông Dương lần thứ VIII (5-1941) đã xác định nhiệm vụ trung tâm của cách mạng Việt Nam là gì?</w:t>
      </w:r>
    </w:p>
    <w:p>
      <w:pPr>
        <w:pStyle w:val="ListParagraph"/>
      </w:pPr>
      <w:r>
        <w:rPr>
          <w:sz w:val="22"/>
        </w:rPr>
        <w:t>A. Xây dựng chính quyền công nông</w:t>
      </w:r>
    </w:p>
    <w:p>
      <w:pPr>
        <w:pStyle w:val="ListParagraph"/>
      </w:pPr>
      <w:r>
        <w:rPr>
          <w:sz w:val="22"/>
        </w:rPr>
        <w:t>B. Phát triển kinh tế theo con đường tư bản chủ nghĩa</w:t>
      </w:r>
    </w:p>
    <w:p>
      <w:pPr>
        <w:pStyle w:val="ListParagraph"/>
      </w:pPr>
      <w:r>
        <w:rPr>
          <w:sz w:val="22"/>
        </w:rPr>
        <w:t>C. Tiến hành cải cách ruộng đất triệt để</w:t>
      </w:r>
    </w:p>
    <w:p>
      <w:pPr>
        <w:pStyle w:val="ListParagraph"/>
      </w:pPr>
      <w:r>
        <w:rPr>
          <w:sz w:val="22"/>
        </w:rPr>
        <w:t>D. Giải phóng dân tộc, đánh đuổi đế quốc Pháp - Nhật</w:t>
      </w:r>
    </w:p>
    <w:p/>
    <w:p>
      <w:r>
        <w:rPr>
          <w:b/>
          <w:sz w:val="24"/>
        </w:rPr>
        <w:t>Câu 2: Sự kiện nào đánh dấu thời cơ cách mạng chín muồi để Đảng ta phát động Tổng khởi nghĩa tháng Tám năm 1945?</w:t>
      </w:r>
    </w:p>
    <w:p>
      <w:pPr>
        <w:pStyle w:val="ListParagraph"/>
      </w:pPr>
      <w:r>
        <w:rPr>
          <w:sz w:val="22"/>
        </w:rPr>
        <w:t>A. Nhật đầu hàng Đồng minh ngày 15-8-1945</w:t>
      </w:r>
    </w:p>
    <w:p>
      <w:pPr>
        <w:pStyle w:val="ListParagraph"/>
      </w:pPr>
      <w:r>
        <w:rPr>
          <w:sz w:val="22"/>
        </w:rPr>
        <w:t>B. Mỹ ném bom nguyên tử xuống Hiroshima ngày 6-8-1945</w:t>
      </w:r>
    </w:p>
    <w:p>
      <w:pPr>
        <w:pStyle w:val="ListParagraph"/>
      </w:pPr>
      <w:r>
        <w:rPr>
          <w:sz w:val="22"/>
        </w:rPr>
        <w:t>C. Đức đầu hàng Đồng minh ngày 9-5-1945</w:t>
      </w:r>
    </w:p>
    <w:p>
      <w:pPr>
        <w:pStyle w:val="ListParagraph"/>
      </w:pPr>
      <w:r>
        <w:rPr>
          <w:sz w:val="22"/>
        </w:rPr>
        <w:t>D. Nhật đảo chính Pháp ngày 9-3-1945</w:t>
      </w:r>
    </w:p>
    <w:p/>
    <w:p>
      <w:r>
        <w:rPr>
          <w:b/>
          <w:sz w:val="24"/>
        </w:rPr>
        <w:t>Câu 3: Ngày 13-8-1945, Ủy ban Khởi nghĩa toàn quốc đã ra bản Quân lệnh số 1 với nội dung gì?</w:t>
      </w:r>
    </w:p>
    <w:p>
      <w:pPr>
        <w:pStyle w:val="ListParagraph"/>
      </w:pPr>
      <w:r>
        <w:rPr>
          <w:sz w:val="22"/>
        </w:rPr>
        <w:t>A. Kêu gọi nhân dân cả nước đứng lên khởi nghĩa giành chính quyền</w:t>
      </w:r>
    </w:p>
    <w:p>
      <w:pPr>
        <w:pStyle w:val="ListParagraph"/>
      </w:pPr>
      <w:r>
        <w:rPr>
          <w:sz w:val="22"/>
        </w:rPr>
        <w:t>B. Kêu gọi Đồng minh giúp đỡ Việt Nam</w:t>
      </w:r>
    </w:p>
    <w:p>
      <w:pPr>
        <w:pStyle w:val="ListParagraph"/>
      </w:pPr>
      <w:r>
        <w:rPr>
          <w:sz w:val="22"/>
        </w:rPr>
        <w:t>C. Tuyên bố thành lập nước Việt Nam Dân chủ Cộng hòa</w:t>
      </w:r>
    </w:p>
    <w:p>
      <w:pPr>
        <w:pStyle w:val="ListParagraph"/>
      </w:pPr>
      <w:r>
        <w:rPr>
          <w:sz w:val="22"/>
        </w:rPr>
        <w:t>D. Ra lệnh cho quân Nhật giải giáp vũ khí</w:t>
      </w:r>
    </w:p>
    <w:p/>
    <w:p>
      <w:r>
        <w:rPr>
          <w:b/>
          <w:sz w:val="24"/>
        </w:rPr>
        <w:t>Câu 4: Cuộc khởi nghĩa giành chính quyền thắng lợi đầu tiên trong Cách mạng tháng Tám năm 1945 diễn ra ở đâu?</w:t>
      </w:r>
    </w:p>
    <w:p>
      <w:pPr>
        <w:pStyle w:val="ListParagraph"/>
      </w:pPr>
      <w:r>
        <w:rPr>
          <w:sz w:val="22"/>
        </w:rPr>
        <w:t>A. Sài Gòn</w:t>
      </w:r>
    </w:p>
    <w:p>
      <w:pPr>
        <w:pStyle w:val="ListParagraph"/>
      </w:pPr>
      <w:r>
        <w:rPr>
          <w:sz w:val="22"/>
        </w:rPr>
        <w:t>B. Hải Phòng</w:t>
      </w:r>
    </w:p>
    <w:p>
      <w:pPr>
        <w:pStyle w:val="ListParagraph"/>
      </w:pPr>
      <w:r>
        <w:rPr>
          <w:sz w:val="22"/>
        </w:rPr>
        <w:t>C. Hà Tĩnh</w:t>
      </w:r>
    </w:p>
    <w:p>
      <w:pPr>
        <w:pStyle w:val="ListParagraph"/>
      </w:pPr>
      <w:r>
        <w:rPr>
          <w:sz w:val="22"/>
        </w:rPr>
        <w:t>D. Hà Nội</w:t>
      </w:r>
    </w:p>
    <w:p/>
    <w:p>
      <w:r>
        <w:rPr>
          <w:b/>
          <w:sz w:val="24"/>
        </w:rPr>
        <w:t>Câu 5: Ngày 19-8-1945, sự kiện gì đã diễn ra tại Hà Nội?</w:t>
      </w:r>
    </w:p>
    <w:p>
      <w:pPr>
        <w:pStyle w:val="ListParagraph"/>
      </w:pPr>
      <w:r>
        <w:rPr>
          <w:sz w:val="22"/>
        </w:rPr>
        <w:t>A. Khởi nghĩa giành chính quyền thắng lợi</w:t>
      </w:r>
    </w:p>
    <w:p>
      <w:pPr>
        <w:pStyle w:val="ListParagraph"/>
      </w:pPr>
      <w:r>
        <w:rPr>
          <w:sz w:val="22"/>
        </w:rPr>
        <w:t>B. Quân Nhật rút khỏi Hà Nội</w:t>
      </w:r>
    </w:p>
    <w:p>
      <w:pPr>
        <w:pStyle w:val="ListParagraph"/>
      </w:pPr>
      <w:r>
        <w:rPr>
          <w:sz w:val="22"/>
        </w:rPr>
        <w:t>C. Chủ tịch Hồ Chí Minh đọc Tuyên ngôn Độc lập</w:t>
      </w:r>
    </w:p>
    <w:p>
      <w:pPr>
        <w:pStyle w:val="ListParagraph"/>
      </w:pPr>
      <w:r>
        <w:rPr>
          <w:sz w:val="22"/>
        </w:rPr>
        <w:t>D. Thành lập Chính phủ lâm thời</w:t>
      </w:r>
    </w:p>
    <w:p/>
    <w:p>
      <w:r>
        <w:rPr>
          <w:b/>
          <w:sz w:val="24"/>
        </w:rPr>
        <w:t>Câu 6: Nội dung nào sau đây không phải là nguyên nhân thắng lợi của Cách mạng tháng Tám năm 1945?</w:t>
      </w:r>
    </w:p>
    <w:p>
      <w:pPr>
        <w:pStyle w:val="ListParagraph"/>
      </w:pPr>
      <w:r>
        <w:rPr>
          <w:sz w:val="22"/>
        </w:rPr>
        <w:t>A. Sự lãnh đạo tài tình của Đảng và Chủ tịch Hồ Chí Minh</w:t>
      </w:r>
    </w:p>
    <w:p>
      <w:pPr>
        <w:pStyle w:val="ListParagraph"/>
      </w:pPr>
      <w:r>
        <w:rPr>
          <w:sz w:val="22"/>
        </w:rPr>
        <w:t>B. Truyền thống yêu nước, đấu tranh bất khuất của dân tộc</w:t>
      </w:r>
    </w:p>
    <w:p>
      <w:pPr>
        <w:pStyle w:val="ListParagraph"/>
      </w:pPr>
      <w:r>
        <w:rPr>
          <w:sz w:val="22"/>
        </w:rPr>
        <w:t>C. Sự ủng hộ và giúp đỡ của quân Đồng minh</w:t>
      </w:r>
    </w:p>
    <w:p>
      <w:pPr>
        <w:pStyle w:val="ListParagraph"/>
      </w:pPr>
      <w:r>
        <w:rPr>
          <w:sz w:val="22"/>
        </w:rPr>
        <w:t>D. Sự chuẩn bị chu đáo về lực lượng và thời cơ của Đảng</w:t>
      </w:r>
    </w:p>
    <w:p/>
    <w:p>
      <w:r>
        <w:rPr>
          <w:b/>
          <w:sz w:val="24"/>
        </w:rPr>
        <w:t>Câu 7: Tại sao nói Cách mạng tháng Tám năm 1945 là một cuộc cách mạng giải phóng dân tộc điển hình?</w:t>
      </w:r>
    </w:p>
    <w:p>
      <w:pPr>
        <w:pStyle w:val="ListParagraph"/>
      </w:pPr>
      <w:r>
        <w:rPr>
          <w:sz w:val="22"/>
        </w:rPr>
        <w:t>A. Vì đã xóa bỏ hoàn toàn giai cấp địa chủ phong kiến</w:t>
      </w:r>
    </w:p>
    <w:p>
      <w:pPr>
        <w:pStyle w:val="ListParagraph"/>
      </w:pPr>
      <w:r>
        <w:rPr>
          <w:sz w:val="22"/>
        </w:rPr>
        <w:t>B. Vì đã quốc hữu hóa toàn bộ ruộng đất của địa chủ</w:t>
      </w:r>
    </w:p>
    <w:p>
      <w:pPr>
        <w:pStyle w:val="ListParagraph"/>
      </w:pPr>
      <w:r>
        <w:rPr>
          <w:sz w:val="22"/>
        </w:rPr>
        <w:t>C. Vì đã lật đổ ách thống trị của phát xít Nhật và chế độ phong kiến, lập nên nước Việt Nam Dân chủ Cộng hòa</w:t>
      </w:r>
    </w:p>
    <w:p>
      <w:pPr>
        <w:pStyle w:val="ListParagraph"/>
      </w:pPr>
      <w:r>
        <w:rPr>
          <w:sz w:val="22"/>
        </w:rPr>
        <w:t>D. Vì đã thực hiện triệt để khẩu hiệu 'người cày có ruộng'</w:t>
      </w:r>
    </w:p>
    <w:p/>
    <w:p>
      <w:r>
        <w:rPr>
          <w:b/>
          <w:sz w:val="24"/>
        </w:rPr>
        <w:t>Câu 8: Bài học kinh nghiệm nào của Cách mạng tháng Tám năm 1945 vẫn còn nguyên giá trị trong công cuộc xây dựng và bảo vệ Tổ quốc hiện nay?</w:t>
      </w:r>
    </w:p>
    <w:p>
      <w:pPr>
        <w:pStyle w:val="ListParagraph"/>
      </w:pPr>
      <w:r>
        <w:rPr>
          <w:sz w:val="22"/>
        </w:rPr>
        <w:t>A. Xây dựng lực lượng vũ trang ba thứ quân</w:t>
      </w:r>
    </w:p>
    <w:p>
      <w:pPr>
        <w:pStyle w:val="ListParagraph"/>
      </w:pPr>
      <w:r>
        <w:rPr>
          <w:sz w:val="22"/>
        </w:rPr>
        <w:t>B. Tiến hành tổng khởi nghĩa ở cả thành thị và nông thôn</w:t>
      </w:r>
    </w:p>
    <w:p>
      <w:pPr>
        <w:pStyle w:val="ListParagraph"/>
      </w:pPr>
      <w:r>
        <w:rPr>
          <w:sz w:val="22"/>
        </w:rPr>
        <w:t>C. Kết hợp đấu tranh vũ trang với đấu tranh ngoại giao</w:t>
      </w:r>
    </w:p>
    <w:p>
      <w:pPr>
        <w:pStyle w:val="ListParagraph"/>
      </w:pPr>
      <w:r>
        <w:rPr>
          <w:sz w:val="22"/>
        </w:rPr>
        <w:t>D. Nắm vững và chớp đúng thời cơ cách mạng</w:t>
      </w:r>
    </w:p>
    <w:p/>
    <w:p>
      <w:r>
        <w:rPr>
          <w:b/>
          <w:sz w:val="24"/>
        </w:rPr>
        <w:t>Câu 9: Điểm khác biệt cơ bản giữa Cách mạng tháng Tám năm 1945 với các phong trào cách mạng trước đó ở Việt Nam là gì?</w:t>
      </w:r>
    </w:p>
    <w:p>
      <w:pPr>
        <w:pStyle w:val="ListParagraph"/>
      </w:pPr>
      <w:r>
        <w:rPr>
          <w:sz w:val="22"/>
        </w:rPr>
        <w:t>A. Do Đảng Cộng sản lãnh đạo</w:t>
      </w:r>
    </w:p>
    <w:p>
      <w:pPr>
        <w:pStyle w:val="ListParagraph"/>
      </w:pPr>
      <w:r>
        <w:rPr>
          <w:sz w:val="22"/>
        </w:rPr>
        <w:t>B. Có sự tham gia của đông đảo quần chúng nhân dân</w:t>
      </w:r>
    </w:p>
    <w:p>
      <w:pPr>
        <w:pStyle w:val="ListParagraph"/>
      </w:pPr>
      <w:r>
        <w:rPr>
          <w:sz w:val="22"/>
        </w:rPr>
        <w:t>C. Diễn ra nhanh chóng, ít đổ máu</w:t>
      </w:r>
    </w:p>
    <w:p>
      <w:pPr>
        <w:pStyle w:val="ListParagraph"/>
      </w:pPr>
      <w:r>
        <w:rPr>
          <w:sz w:val="22"/>
        </w:rPr>
        <w:t>D. Giành chính quyền trong cả nước, thành lập nhà nước dân chủ nhân dân</w:t>
      </w:r>
    </w:p>
    <w:p/>
    <w:p>
      <w:r>
        <w:rPr>
          <w:b/>
          <w:sz w:val="24"/>
        </w:rPr>
        <w:t>Câu 10: Sự kiện nào dưới đây thể hiện sự sáng tạo của Đảng ta trong việc chỉ đạo khởi nghĩa giành chính quyền trong Cách mạng tháng Tám năm 1945?</w:t>
      </w:r>
    </w:p>
    <w:p>
      <w:pPr>
        <w:pStyle w:val="ListParagraph"/>
      </w:pPr>
      <w:r>
        <w:rPr>
          <w:sz w:val="22"/>
        </w:rPr>
        <w:t>A. Chờ quân Đồng minh vào giải giáp quân Nhật rồi mới khởi nghĩa</w:t>
      </w:r>
    </w:p>
    <w:p>
      <w:pPr>
        <w:pStyle w:val="ListParagraph"/>
      </w:pPr>
      <w:r>
        <w:rPr>
          <w:sz w:val="22"/>
        </w:rPr>
        <w:t>B. Kết hợp khởi nghĩa ở cả thành thị và nông thôn, giành chính quyền từng bước</w:t>
      </w:r>
    </w:p>
    <w:p>
      <w:pPr>
        <w:pStyle w:val="ListParagraph"/>
      </w:pPr>
      <w:r>
        <w:rPr>
          <w:sz w:val="22"/>
        </w:rPr>
        <w:t>C. Khởi nghĩa từ nông thôn rồi tiến về thành thị</w:t>
      </w:r>
    </w:p>
    <w:p>
      <w:pPr>
        <w:pStyle w:val="ListParagraph"/>
      </w:pPr>
      <w:r>
        <w:rPr>
          <w:sz w:val="22"/>
        </w:rPr>
        <w:t>D. Chỉ khởi nghĩa ở những nơi có lực lượng vũ trang mạnh</w:t>
      </w:r>
    </w:p>
    <w:p/>
    <w:p>
      <w:r>
        <w:t>──────────────────────────────────────────────────</w:t>
      </w:r>
    </w:p>
    <w:p>
      <w:r>
        <w:rPr>
          <w:b/>
        </w:rPr>
        <w:t>BẢNG ĐÁP ÁN &amp; LỜI GIẢI CHI TIẾT</w:t>
      </w:r>
    </w:p>
    <w:p>
      <w:r>
        <w:rPr>
          <w:b/>
        </w:rPr>
        <w:t>Câu 1: Đáp án đúng: D</w:t>
      </w:r>
    </w:p>
    <w:p>
      <w:r>
        <w:rPr>
          <w:i/>
        </w:rPr>
        <w:t>Giải thích: Hội nghị Trung ương VIII (5-1941) chủ trương đặt nhiệm vụ giải phóng dân tộc lên hàng đầu, đánh đuổi đế quốc Pháp - Nhật.</w:t>
      </w:r>
    </w:p>
    <w:p>
      <w:r>
        <w:rPr>
          <w:b/>
        </w:rPr>
        <w:t>Câu 2: Đáp án đúng: A</w:t>
      </w:r>
    </w:p>
    <w:p>
      <w:r>
        <w:rPr>
          <w:i/>
        </w:rPr>
        <w:t>Giải thích: Nhật đầu hàng Đồng minh ngày 15-8-1945 tạo thời cơ 'ngàn năm có một' để Tổng khởi nghĩa giành chính quyền.</w:t>
      </w:r>
    </w:p>
    <w:p>
      <w:r>
        <w:rPr>
          <w:b/>
        </w:rPr>
        <w:t>Câu 3: Đáp án đúng: A</w:t>
      </w:r>
    </w:p>
    <w:p>
      <w:r>
        <w:rPr>
          <w:i/>
        </w:rPr>
        <w:t>Giải thích: Quân lệnh số 1 của Ủy ban Khởi nghĩa toàn quốc kêu gọi nhân dân cả nước đứng lên khởi nghĩa giành chính quyền.</w:t>
      </w:r>
    </w:p>
    <w:p>
      <w:r>
        <w:rPr>
          <w:b/>
        </w:rPr>
        <w:t>Câu 4: Đáp án đúng: C</w:t>
      </w:r>
    </w:p>
    <w:p>
      <w:r>
        <w:rPr>
          <w:i/>
        </w:rPr>
        <w:t>Giải thích: Khởi nghĩa giành chính quyền thắng lợi đầu tiên ở Hà Tĩnh (ngày 18-8-1945) trước khi Hà Nội khởi nghĩa thắng lợi (19-8-1945).</w:t>
      </w:r>
    </w:p>
    <w:p>
      <w:r>
        <w:rPr>
          <w:b/>
        </w:rPr>
        <w:t>Câu 5: Đáp án đúng: A</w:t>
      </w:r>
    </w:p>
    <w:p>
      <w:r>
        <w:rPr>
          <w:i/>
        </w:rPr>
        <w:t>Giải thích: Ngày 19-8-1945, nhân dân Hà Nội khởi nghĩa giành chính quyền thắng lợi.</w:t>
      </w:r>
    </w:p>
    <w:p>
      <w:r>
        <w:rPr>
          <w:b/>
        </w:rPr>
        <w:t>Câu 6: Đáp án đúng: C</w:t>
      </w:r>
    </w:p>
    <w:p>
      <w:r>
        <w:rPr>
          <w:i/>
        </w:rPr>
        <w:t>Giải thích: Cách mạng tháng Tám thắng lợi chủ yếu do sự lãnh đạo của Đảng, truyền thống dân tộc và sự chuẩn bị chu đáo; không dựa vào sự giúp đỡ của quân Đồng minh.</w:t>
      </w:r>
    </w:p>
    <w:p>
      <w:r>
        <w:rPr>
          <w:b/>
        </w:rPr>
        <w:t>Câu 7: Đáp án đúng: C</w:t>
      </w:r>
    </w:p>
    <w:p>
      <w:r>
        <w:rPr>
          <w:i/>
        </w:rPr>
        <w:t>Giải thích: Cách mạng tháng Tám lật đổ ách thống trị của phát xít Nhật và chế độ phong kiến, lập nên nước Việt Nam Dân chủ Cộng hòa, mang tính chất giải phóng dân tộc điển hình.</w:t>
      </w:r>
    </w:p>
    <w:p>
      <w:r>
        <w:rPr>
          <w:b/>
        </w:rPr>
        <w:t>Câu 8: Đáp án đúng: D</w:t>
      </w:r>
    </w:p>
    <w:p>
      <w:r>
        <w:rPr>
          <w:i/>
        </w:rPr>
        <w:t>Giải thích: Bài học nắm vững và chớp đúng thời cơ cách mạng vẫn còn nguyên giá trị trong sự nghiệp xây dựng và bảo vệ Tổ quốc hiện nay.</w:t>
      </w:r>
    </w:p>
    <w:p>
      <w:r>
        <w:rPr>
          <w:b/>
        </w:rPr>
        <w:t>Câu 9: Đáp án đúng: D</w:t>
      </w:r>
    </w:p>
    <w:p>
      <w:r>
        <w:rPr>
          <w:i/>
        </w:rPr>
        <w:t>Giải thích: Cách mạng tháng Tám giành chính quyền trong cả nước và thành lập nhà nước dân chủ nhân dân đầu tiên ở Đông Nam Á, điều các phong trào trước chưa làm được.</w:t>
      </w:r>
    </w:p>
    <w:p>
      <w:r>
        <w:rPr>
          <w:b/>
        </w:rPr>
        <w:t>Câu 10: Đáp án đúng: B</w:t>
      </w:r>
    </w:p>
    <w:p>
      <w:r>
        <w:rPr>
          <w:i/>
        </w:rPr>
        <w:t>Giải thích: Đảng kết hợp khởi nghĩa ở cả thành thị và nông thôn, giành chính quyền từng bước, thể hiện sự sáng tạo trong chỉ đạo.</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