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Địa lí 12</w:t>
      </w:r>
    </w:p>
    <w:p>
      <w:pPr>
        <w:jc w:val="center"/>
      </w:pPr>
      <w:r>
        <w:rPr>
          <w:sz w:val="22"/>
        </w:rPr>
        <w:t>Số câu: 30    Thời gian: _____ phút    Họ và tên: _________________________</w:t>
      </w:r>
    </w:p>
    <w:p/>
    <w:p>
      <w:r>
        <w:rPr>
          <w:b/>
          <w:sz w:val="24"/>
        </w:rPr>
        <w:t>Câu 1: Việt Nam nằm ở rìa phía đông của bán đảo Đông Dương, gần trung tâm khu vực nào?</w:t>
      </w:r>
    </w:p>
    <w:p>
      <w:pPr>
        <w:pStyle w:val="ListParagraph"/>
      </w:pPr>
      <w:r>
        <w:rPr>
          <w:sz w:val="22"/>
        </w:rPr>
        <w:t>A. Đông Nam Á</w:t>
      </w:r>
    </w:p>
    <w:p>
      <w:pPr>
        <w:pStyle w:val="ListParagraph"/>
      </w:pPr>
      <w:r>
        <w:rPr>
          <w:sz w:val="22"/>
        </w:rPr>
        <w:t>B. Nam Á</w:t>
      </w:r>
    </w:p>
    <w:p>
      <w:pPr>
        <w:pStyle w:val="ListParagraph"/>
      </w:pPr>
      <w:r>
        <w:rPr>
          <w:sz w:val="22"/>
        </w:rPr>
        <w:t>C. Đông Á</w:t>
      </w:r>
    </w:p>
    <w:p>
      <w:pPr>
        <w:pStyle w:val="ListParagraph"/>
      </w:pPr>
      <w:r>
        <w:rPr>
          <w:sz w:val="22"/>
        </w:rPr>
        <w:t>D. Trung Á</w:t>
      </w:r>
    </w:p>
    <w:p/>
    <w:p>
      <w:r>
        <w:rPr>
          <w:b/>
          <w:sz w:val="24"/>
        </w:rPr>
        <w:t>Câu 2: Đường bờ biển nước ta kéo dài từ Bắc vào Nam, có chiều dài khoảng bao nhiêu km?</w:t>
      </w:r>
    </w:p>
    <w:p>
      <w:pPr>
        <w:pStyle w:val="ListParagraph"/>
      </w:pPr>
      <w:r>
        <w:rPr>
          <w:sz w:val="22"/>
        </w:rPr>
        <w:t>A. 3260 km</w:t>
      </w:r>
    </w:p>
    <w:p>
      <w:pPr>
        <w:pStyle w:val="ListParagraph"/>
      </w:pPr>
      <w:r>
        <w:rPr>
          <w:sz w:val="22"/>
        </w:rPr>
        <w:t>B. 3260 km</w:t>
      </w:r>
    </w:p>
    <w:p>
      <w:pPr>
        <w:pStyle w:val="ListParagraph"/>
      </w:pPr>
      <w:r>
        <w:rPr>
          <w:sz w:val="22"/>
        </w:rPr>
        <w:t>C. 3260 km</w:t>
      </w:r>
    </w:p>
    <w:p>
      <w:pPr>
        <w:pStyle w:val="ListParagraph"/>
      </w:pPr>
      <w:r>
        <w:rPr>
          <w:sz w:val="22"/>
        </w:rPr>
        <w:t>D. 3260 km</w:t>
      </w:r>
    </w:p>
    <w:p/>
    <w:p>
      <w:r>
        <w:rPr>
          <w:b/>
          <w:sz w:val="24"/>
        </w:rPr>
        <w:t>Câu 3: Việt Nam có đường biên giới trên đất liền dài khoảng bao nhiêu km?</w:t>
      </w:r>
    </w:p>
    <w:p>
      <w:pPr>
        <w:pStyle w:val="ListParagraph"/>
      </w:pPr>
      <w:r>
        <w:rPr>
          <w:sz w:val="22"/>
        </w:rPr>
        <w:t>A. 4600 km</w:t>
      </w:r>
    </w:p>
    <w:p>
      <w:pPr>
        <w:pStyle w:val="ListParagraph"/>
      </w:pPr>
      <w:r>
        <w:rPr>
          <w:sz w:val="22"/>
        </w:rPr>
        <w:t>B. 4600 km</w:t>
      </w:r>
    </w:p>
    <w:p>
      <w:pPr>
        <w:pStyle w:val="ListParagraph"/>
      </w:pPr>
      <w:r>
        <w:rPr>
          <w:sz w:val="22"/>
        </w:rPr>
        <w:t>C. 4600 km</w:t>
      </w:r>
    </w:p>
    <w:p>
      <w:pPr>
        <w:pStyle w:val="ListParagraph"/>
      </w:pPr>
      <w:r>
        <w:rPr>
          <w:sz w:val="22"/>
        </w:rPr>
        <w:t>D. 4600 km</w:t>
      </w:r>
    </w:p>
    <w:p/>
    <w:p>
      <w:r>
        <w:rPr>
          <w:b/>
          <w:sz w:val="24"/>
        </w:rPr>
        <w:t>Câu 4: Việt Nam có chung đường biên giới trên biển với bao nhiêu quốc gia?</w:t>
      </w:r>
    </w:p>
    <w:p>
      <w:pPr>
        <w:pStyle w:val="ListParagraph"/>
      </w:pPr>
      <w:r>
        <w:rPr>
          <w:sz w:val="22"/>
        </w:rPr>
        <w:t>A. 7</w:t>
      </w:r>
    </w:p>
    <w:p>
      <w:pPr>
        <w:pStyle w:val="ListParagraph"/>
      </w:pPr>
      <w:r>
        <w:rPr>
          <w:sz w:val="22"/>
        </w:rPr>
        <w:t>B. 8</w:t>
      </w:r>
    </w:p>
    <w:p>
      <w:pPr>
        <w:pStyle w:val="ListParagraph"/>
      </w:pPr>
      <w:r>
        <w:rPr>
          <w:sz w:val="22"/>
        </w:rPr>
        <w:t>C. 9</w:t>
      </w:r>
    </w:p>
    <w:p>
      <w:pPr>
        <w:pStyle w:val="ListParagraph"/>
      </w:pPr>
      <w:r>
        <w:rPr>
          <w:sz w:val="22"/>
        </w:rPr>
        <w:t>D. 10</w:t>
      </w:r>
    </w:p>
    <w:p/>
    <w:p>
      <w:r>
        <w:rPr>
          <w:b/>
          <w:sz w:val="24"/>
        </w:rPr>
        <w:t>Câu 5: Việt Nam có chung đường biên giới trên đất liền với bao nhiêu quốc gia?</w:t>
      </w:r>
    </w:p>
    <w:p>
      <w:pPr>
        <w:pStyle w:val="ListParagraph"/>
      </w:pPr>
      <w:r>
        <w:rPr>
          <w:sz w:val="22"/>
        </w:rPr>
        <w:t>A. 3</w:t>
      </w:r>
    </w:p>
    <w:p>
      <w:pPr>
        <w:pStyle w:val="ListParagraph"/>
      </w:pPr>
      <w:r>
        <w:rPr>
          <w:sz w:val="22"/>
        </w:rPr>
        <w:t>B. 4</w:t>
      </w:r>
    </w:p>
    <w:p>
      <w:pPr>
        <w:pStyle w:val="ListParagraph"/>
      </w:pPr>
      <w:r>
        <w:rPr>
          <w:sz w:val="22"/>
        </w:rPr>
        <w:t>C. 5</w:t>
      </w:r>
    </w:p>
    <w:p>
      <w:pPr>
        <w:pStyle w:val="ListParagraph"/>
      </w:pPr>
      <w:r>
        <w:rPr>
          <w:sz w:val="22"/>
        </w:rPr>
        <w:t>D. 6</w:t>
      </w:r>
    </w:p>
    <w:p/>
    <w:p>
      <w:r>
        <w:rPr>
          <w:b/>
          <w:sz w:val="24"/>
        </w:rPr>
        <w:t>Câu 6: Phần đất liền của nước ta có diện tích khoảng bao nhiêu km²?</w:t>
      </w:r>
    </w:p>
    <w:p>
      <w:pPr>
        <w:pStyle w:val="ListParagraph"/>
      </w:pPr>
      <w:r>
        <w:rPr>
          <w:sz w:val="22"/>
        </w:rPr>
        <w:t>A. 331212 km²</w:t>
      </w:r>
    </w:p>
    <w:p>
      <w:pPr>
        <w:pStyle w:val="ListParagraph"/>
      </w:pPr>
      <w:r>
        <w:rPr>
          <w:sz w:val="22"/>
        </w:rPr>
        <w:t>B. 331212 km²</w:t>
      </w:r>
    </w:p>
    <w:p>
      <w:pPr>
        <w:pStyle w:val="ListParagraph"/>
      </w:pPr>
      <w:r>
        <w:rPr>
          <w:sz w:val="22"/>
        </w:rPr>
        <w:t>C. 331212 km²</w:t>
      </w:r>
    </w:p>
    <w:p>
      <w:pPr>
        <w:pStyle w:val="ListParagraph"/>
      </w:pPr>
      <w:r>
        <w:rPr>
          <w:sz w:val="22"/>
        </w:rPr>
        <w:t>D. 331212 km²</w:t>
      </w:r>
    </w:p>
    <w:p/>
    <w:p>
      <w:r>
        <w:rPr>
          <w:b/>
          <w:sz w:val="24"/>
        </w:rPr>
        <w:t>Câu 7: Quần đảo Hoàng Sa thuộc tỉnh/thành phố nào của nước ta?</w:t>
      </w:r>
    </w:p>
    <w:p>
      <w:pPr>
        <w:pStyle w:val="ListParagraph"/>
      </w:pPr>
      <w:r>
        <w:rPr>
          <w:sz w:val="22"/>
        </w:rPr>
        <w:t>A. Đà Nẵng</w:t>
      </w:r>
    </w:p>
    <w:p>
      <w:pPr>
        <w:pStyle w:val="ListParagraph"/>
      </w:pPr>
      <w:r>
        <w:rPr>
          <w:sz w:val="22"/>
        </w:rPr>
        <w:t>B. Khánh Hòa</w:t>
      </w:r>
    </w:p>
    <w:p>
      <w:pPr>
        <w:pStyle w:val="ListParagraph"/>
      </w:pPr>
      <w:r>
        <w:rPr>
          <w:sz w:val="22"/>
        </w:rPr>
        <w:t>C. Quảng Ngãi</w:t>
      </w:r>
    </w:p>
    <w:p>
      <w:pPr>
        <w:pStyle w:val="ListParagraph"/>
      </w:pPr>
      <w:r>
        <w:rPr>
          <w:sz w:val="22"/>
        </w:rPr>
        <w:t>D. Bình Định</w:t>
      </w:r>
    </w:p>
    <w:p/>
    <w:p>
      <w:r>
        <w:rPr>
          <w:b/>
          <w:sz w:val="24"/>
        </w:rPr>
        <w:t>Câu 8: Quần đảo Trường Sa thuộc tỉnh/thành phố nào của nước ta?</w:t>
      </w:r>
    </w:p>
    <w:p>
      <w:pPr>
        <w:pStyle w:val="ListParagraph"/>
      </w:pPr>
      <w:r>
        <w:rPr>
          <w:sz w:val="22"/>
        </w:rPr>
        <w:t>A. Khánh Hòa</w:t>
      </w:r>
    </w:p>
    <w:p>
      <w:pPr>
        <w:pStyle w:val="ListParagraph"/>
      </w:pPr>
      <w:r>
        <w:rPr>
          <w:sz w:val="22"/>
        </w:rPr>
        <w:t>B. Đà Nẵng</w:t>
      </w:r>
    </w:p>
    <w:p>
      <w:pPr>
        <w:pStyle w:val="ListParagraph"/>
      </w:pPr>
      <w:r>
        <w:rPr>
          <w:sz w:val="22"/>
        </w:rPr>
        <w:t>C. Quảng Ngãi</w:t>
      </w:r>
    </w:p>
    <w:p>
      <w:pPr>
        <w:pStyle w:val="ListParagraph"/>
      </w:pPr>
      <w:r>
        <w:rPr>
          <w:sz w:val="22"/>
        </w:rPr>
        <w:t>D. Bình Định</w:t>
      </w:r>
    </w:p>
    <w:p/>
    <w:p>
      <w:r>
        <w:rPr>
          <w:b/>
          <w:sz w:val="24"/>
        </w:rPr>
        <w:t>Câu 9: Việt Nam có bao nhiêu tỉnh/thành phố trực thuộc Trung ương?</w:t>
      </w:r>
    </w:p>
    <w:p>
      <w:pPr>
        <w:pStyle w:val="ListParagraph"/>
      </w:pPr>
      <w:r>
        <w:rPr>
          <w:sz w:val="22"/>
        </w:rPr>
        <w:t>A. 63</w:t>
      </w:r>
    </w:p>
    <w:p>
      <w:pPr>
        <w:pStyle w:val="ListParagraph"/>
      </w:pPr>
      <w:r>
        <w:rPr>
          <w:sz w:val="22"/>
        </w:rPr>
        <w:t>B. 64</w:t>
      </w:r>
    </w:p>
    <w:p>
      <w:pPr>
        <w:pStyle w:val="ListParagraph"/>
      </w:pPr>
      <w:r>
        <w:rPr>
          <w:sz w:val="22"/>
        </w:rPr>
        <w:t>C. 65</w:t>
      </w:r>
    </w:p>
    <w:p>
      <w:pPr>
        <w:pStyle w:val="ListParagraph"/>
      </w:pPr>
      <w:r>
        <w:rPr>
          <w:sz w:val="22"/>
        </w:rPr>
        <w:t>D. 66</w:t>
      </w:r>
    </w:p>
    <w:p/>
    <w:p>
      <w:r>
        <w:rPr>
          <w:b/>
          <w:sz w:val="24"/>
        </w:rPr>
        <w:t>Câu 10: Việt Nam có bao nhiêu tỉnh/thành phố có biển?</w:t>
      </w:r>
    </w:p>
    <w:p>
      <w:pPr>
        <w:pStyle w:val="ListParagraph"/>
      </w:pPr>
      <w:r>
        <w:rPr>
          <w:sz w:val="22"/>
        </w:rPr>
        <w:t>A. 28</w:t>
      </w:r>
    </w:p>
    <w:p>
      <w:pPr>
        <w:pStyle w:val="ListParagraph"/>
      </w:pPr>
      <w:r>
        <w:rPr>
          <w:sz w:val="22"/>
        </w:rPr>
        <w:t>B. 29</w:t>
      </w:r>
    </w:p>
    <w:p>
      <w:pPr>
        <w:pStyle w:val="ListParagraph"/>
      </w:pPr>
      <w:r>
        <w:rPr>
          <w:sz w:val="22"/>
        </w:rPr>
        <w:t>C. 30</w:t>
      </w:r>
    </w:p>
    <w:p>
      <w:pPr>
        <w:pStyle w:val="ListParagraph"/>
      </w:pPr>
      <w:r>
        <w:rPr>
          <w:sz w:val="22"/>
        </w:rPr>
        <w:t>D. 31</w:t>
      </w:r>
    </w:p>
    <w:p/>
    <w:p>
      <w:r>
        <w:rPr>
          <w:b/>
          <w:sz w:val="24"/>
        </w:rPr>
        <w:t>Câu 11: Vùng biển của nước ta bao gồm các bộ phận nào?</w:t>
      </w:r>
    </w:p>
    <w:p>
      <w:pPr>
        <w:pStyle w:val="ListParagraph"/>
      </w:pPr>
      <w:r>
        <w:rPr>
          <w:sz w:val="22"/>
        </w:rPr>
        <w:t>A. Nội thủy, lãnh hải, vùng tiếp giáp lãnh hải, vùng đặc quyền kinh tế và thềm lục địa</w:t>
      </w:r>
    </w:p>
    <w:p>
      <w:pPr>
        <w:pStyle w:val="ListParagraph"/>
      </w:pPr>
      <w:r>
        <w:rPr>
          <w:sz w:val="22"/>
        </w:rPr>
        <w:t>B. Nội thủy, lãnh hải, vùng tiếp giáp lãnh hải, vùng đặc quyền kinh tế</w:t>
      </w:r>
    </w:p>
    <w:p>
      <w:pPr>
        <w:pStyle w:val="ListParagraph"/>
      </w:pPr>
      <w:r>
        <w:rPr>
          <w:sz w:val="22"/>
        </w:rPr>
        <w:t>C. Lãnh hải, vùng tiếp giáp lãnh hải, vùng đặc quyền kinh tế và thềm lục địa</w:t>
      </w:r>
    </w:p>
    <w:p>
      <w:pPr>
        <w:pStyle w:val="ListParagraph"/>
      </w:pPr>
      <w:r>
        <w:rPr>
          <w:sz w:val="22"/>
        </w:rPr>
        <w:t>D. Nội thủy, lãnh hải, vùng đặc quyền kinh tế và thềm lục địa</w:t>
      </w:r>
    </w:p>
    <w:p/>
    <w:p>
      <w:r>
        <w:rPr>
          <w:b/>
          <w:sz w:val="24"/>
        </w:rPr>
        <w:t>Câu 12: Vùng biển nước ta có diện tích khoảng bao nhiêu km²?</w:t>
      </w:r>
    </w:p>
    <w:p>
      <w:pPr>
        <w:pStyle w:val="ListParagraph"/>
      </w:pPr>
      <w:r>
        <w:rPr>
          <w:sz w:val="22"/>
        </w:rPr>
        <w:t>A. 1 triệu km²</w:t>
      </w:r>
    </w:p>
    <w:p>
      <w:pPr>
        <w:pStyle w:val="ListParagraph"/>
      </w:pPr>
      <w:r>
        <w:rPr>
          <w:sz w:val="22"/>
        </w:rPr>
        <w:t>B. 2 triệu km²</w:t>
      </w:r>
    </w:p>
    <w:p>
      <w:pPr>
        <w:pStyle w:val="ListParagraph"/>
      </w:pPr>
      <w:r>
        <w:rPr>
          <w:sz w:val="22"/>
        </w:rPr>
        <w:t>C. 3 triệu km²</w:t>
      </w:r>
    </w:p>
    <w:p>
      <w:pPr>
        <w:pStyle w:val="ListParagraph"/>
      </w:pPr>
      <w:r>
        <w:rPr>
          <w:sz w:val="22"/>
        </w:rPr>
        <w:t>D. 4 triệu km²</w:t>
      </w:r>
    </w:p>
    <w:p/>
    <w:p>
      <w:r>
        <w:rPr>
          <w:b/>
          <w:sz w:val="24"/>
        </w:rPr>
        <w:t>Câu 13: Việt Nam có bao nhiêu huyện đảo?</w:t>
      </w:r>
    </w:p>
    <w:p>
      <w:pPr>
        <w:pStyle w:val="ListParagraph"/>
      </w:pPr>
      <w:r>
        <w:rPr>
          <w:sz w:val="22"/>
        </w:rPr>
        <w:t>A. 12</w:t>
      </w:r>
    </w:p>
    <w:p>
      <w:pPr>
        <w:pStyle w:val="ListParagraph"/>
      </w:pPr>
      <w:r>
        <w:rPr>
          <w:sz w:val="22"/>
        </w:rPr>
        <w:t>B. 13</w:t>
      </w:r>
    </w:p>
    <w:p>
      <w:pPr>
        <w:pStyle w:val="ListParagraph"/>
      </w:pPr>
      <w:r>
        <w:rPr>
          <w:sz w:val="22"/>
        </w:rPr>
        <w:t>C. 14</w:t>
      </w:r>
    </w:p>
    <w:p>
      <w:pPr>
        <w:pStyle w:val="ListParagraph"/>
      </w:pPr>
      <w:r>
        <w:rPr>
          <w:sz w:val="22"/>
        </w:rPr>
        <w:t>D. 15</w:t>
      </w:r>
    </w:p>
    <w:p/>
    <w:p>
      <w:r>
        <w:rPr>
          <w:b/>
          <w:sz w:val="24"/>
        </w:rPr>
        <w:t>Câu 14: Đảo lớn nhất của nước ta là đảo nào?</w:t>
      </w:r>
    </w:p>
    <w:p>
      <w:pPr>
        <w:pStyle w:val="ListParagraph"/>
      </w:pPr>
      <w:r>
        <w:rPr>
          <w:sz w:val="22"/>
        </w:rPr>
        <w:t>A. Phú Quốc</w:t>
      </w:r>
    </w:p>
    <w:p>
      <w:pPr>
        <w:pStyle w:val="ListParagraph"/>
      </w:pPr>
      <w:r>
        <w:rPr>
          <w:sz w:val="22"/>
        </w:rPr>
        <w:t>B. Cát Bà</w:t>
      </w:r>
    </w:p>
    <w:p>
      <w:pPr>
        <w:pStyle w:val="ListParagraph"/>
      </w:pPr>
      <w:r>
        <w:rPr>
          <w:sz w:val="22"/>
        </w:rPr>
        <w:t>C. Bạch Long Vĩ</w:t>
      </w:r>
    </w:p>
    <w:p>
      <w:pPr>
        <w:pStyle w:val="ListParagraph"/>
      </w:pPr>
      <w:r>
        <w:rPr>
          <w:sz w:val="22"/>
        </w:rPr>
        <w:t>D. Côn Đảo</w:t>
      </w:r>
    </w:p>
    <w:p/>
    <w:p>
      <w:r>
        <w:rPr>
          <w:b/>
          <w:sz w:val="24"/>
        </w:rPr>
        <w:t>Câu 15: Việt Nam có bao nhiêu đảo lớn nhỏ?</w:t>
      </w:r>
    </w:p>
    <w:p>
      <w:pPr>
        <w:pStyle w:val="ListParagraph"/>
      </w:pPr>
      <w:r>
        <w:rPr>
          <w:sz w:val="22"/>
        </w:rPr>
        <w:t>A. khoảng 4000</w:t>
      </w:r>
    </w:p>
    <w:p>
      <w:pPr>
        <w:pStyle w:val="ListParagraph"/>
      </w:pPr>
      <w:r>
        <w:rPr>
          <w:sz w:val="22"/>
        </w:rPr>
        <w:t>B. khoảng 3000</w:t>
      </w:r>
    </w:p>
    <w:p>
      <w:pPr>
        <w:pStyle w:val="ListParagraph"/>
      </w:pPr>
      <w:r>
        <w:rPr>
          <w:sz w:val="22"/>
        </w:rPr>
        <w:t>C. khoảng 2000</w:t>
      </w:r>
    </w:p>
    <w:p>
      <w:pPr>
        <w:pStyle w:val="ListParagraph"/>
      </w:pPr>
      <w:r>
        <w:rPr>
          <w:sz w:val="22"/>
        </w:rPr>
        <w:t>D. khoảng 1000</w:t>
      </w:r>
    </w:p>
    <w:p/>
    <w:p>
      <w:r>
        <w:rPr>
          <w:b/>
          <w:sz w:val="24"/>
        </w:rPr>
        <w:t>Câu 16: Vị trí địa lí nước ta nằm trong khoảng vĩ độ nào?</w:t>
      </w:r>
    </w:p>
    <w:p>
      <w:pPr>
        <w:pStyle w:val="ListParagraph"/>
      </w:pPr>
      <w:r>
        <w:rPr>
          <w:sz w:val="22"/>
        </w:rPr>
        <w:t>A. 23°23'B - 8°34'B</w:t>
      </w:r>
    </w:p>
    <w:p>
      <w:pPr>
        <w:pStyle w:val="ListParagraph"/>
      </w:pPr>
      <w:r>
        <w:rPr>
          <w:sz w:val="22"/>
        </w:rPr>
        <w:t>B. 23°23'B - 8°30'B</w:t>
      </w:r>
    </w:p>
    <w:p>
      <w:pPr>
        <w:pStyle w:val="ListParagraph"/>
      </w:pPr>
      <w:r>
        <w:rPr>
          <w:sz w:val="22"/>
        </w:rPr>
        <w:t>C. 23°20'B - 8°34'B</w:t>
      </w:r>
    </w:p>
    <w:p>
      <w:pPr>
        <w:pStyle w:val="ListParagraph"/>
      </w:pPr>
      <w:r>
        <w:rPr>
          <w:sz w:val="22"/>
        </w:rPr>
        <w:t>D. 23°23'B - 8°35'B</w:t>
      </w:r>
    </w:p>
    <w:p/>
    <w:p>
      <w:r>
        <w:rPr>
          <w:b/>
          <w:sz w:val="24"/>
        </w:rPr>
        <w:t>Câu 17: Vị trí địa lí nước ta nằm trong khoảng kinh độ nào?</w:t>
      </w:r>
    </w:p>
    <w:p>
      <w:pPr>
        <w:pStyle w:val="ListParagraph"/>
      </w:pPr>
      <w:r>
        <w:rPr>
          <w:sz w:val="22"/>
        </w:rPr>
        <w:t>A. 102°09'Đ - 109°24'Đ</w:t>
      </w:r>
    </w:p>
    <w:p>
      <w:pPr>
        <w:pStyle w:val="ListParagraph"/>
      </w:pPr>
      <w:r>
        <w:rPr>
          <w:sz w:val="22"/>
        </w:rPr>
        <w:t>B. 102°09'Đ - 109°20'Đ</w:t>
      </w:r>
    </w:p>
    <w:p>
      <w:pPr>
        <w:pStyle w:val="ListParagraph"/>
      </w:pPr>
      <w:r>
        <w:rPr>
          <w:sz w:val="22"/>
        </w:rPr>
        <w:t>C. 102°10'Đ - 109°24'Đ</w:t>
      </w:r>
    </w:p>
    <w:p>
      <w:pPr>
        <w:pStyle w:val="ListParagraph"/>
      </w:pPr>
      <w:r>
        <w:rPr>
          <w:sz w:val="22"/>
        </w:rPr>
        <w:t>D. 102°09'Đ - 109°25'Đ</w:t>
      </w:r>
    </w:p>
    <w:p/>
    <w:p>
      <w:r>
        <w:rPr>
          <w:b/>
          <w:sz w:val="24"/>
        </w:rPr>
        <w:t>Câu 18: Việt Nam nằm ở múi giờ số mấy?</w:t>
      </w:r>
    </w:p>
    <w:p>
      <w:pPr>
        <w:pStyle w:val="ListParagraph"/>
      </w:pPr>
      <w:r>
        <w:rPr>
          <w:sz w:val="22"/>
        </w:rPr>
        <w:t>A. 7</w:t>
      </w:r>
    </w:p>
    <w:p>
      <w:pPr>
        <w:pStyle w:val="ListParagraph"/>
      </w:pPr>
      <w:r>
        <w:rPr>
          <w:sz w:val="22"/>
        </w:rPr>
        <w:t>B. 8</w:t>
      </w:r>
    </w:p>
    <w:p>
      <w:pPr>
        <w:pStyle w:val="ListParagraph"/>
      </w:pPr>
      <w:r>
        <w:rPr>
          <w:sz w:val="22"/>
        </w:rPr>
        <w:t>C. 9</w:t>
      </w:r>
    </w:p>
    <w:p>
      <w:pPr>
        <w:pStyle w:val="ListParagraph"/>
      </w:pPr>
      <w:r>
        <w:rPr>
          <w:sz w:val="22"/>
        </w:rPr>
        <w:t>D. 6</w:t>
      </w:r>
    </w:p>
    <w:p/>
    <w:p>
      <w:r>
        <w:rPr>
          <w:b/>
          <w:sz w:val="24"/>
        </w:rPr>
        <w:t>Câu 19: Việt Nam có vị trí địa lí nằm ở khu vực nào?</w:t>
      </w:r>
    </w:p>
    <w:p>
      <w:pPr>
        <w:pStyle w:val="ListParagraph"/>
      </w:pPr>
      <w:r>
        <w:rPr>
          <w:sz w:val="22"/>
        </w:rPr>
        <w:t>A. Đông Nam Á</w:t>
      </w:r>
    </w:p>
    <w:p>
      <w:pPr>
        <w:pStyle w:val="ListParagraph"/>
      </w:pPr>
      <w:r>
        <w:rPr>
          <w:sz w:val="22"/>
        </w:rPr>
        <w:t>B. Nam Á</w:t>
      </w:r>
    </w:p>
    <w:p>
      <w:pPr>
        <w:pStyle w:val="ListParagraph"/>
      </w:pPr>
      <w:r>
        <w:rPr>
          <w:sz w:val="22"/>
        </w:rPr>
        <w:t>C. Đông Á</w:t>
      </w:r>
    </w:p>
    <w:p>
      <w:pPr>
        <w:pStyle w:val="ListParagraph"/>
      </w:pPr>
      <w:r>
        <w:rPr>
          <w:sz w:val="22"/>
        </w:rPr>
        <w:t>D. Trung Á</w:t>
      </w:r>
    </w:p>
    <w:p/>
    <w:p>
      <w:r>
        <w:rPr>
          <w:b/>
          <w:sz w:val="24"/>
        </w:rPr>
        <w:t>Câu 20: Việt Nam là thành viên của tổ chức nào sau đây?</w:t>
      </w:r>
    </w:p>
    <w:p>
      <w:pPr>
        <w:pStyle w:val="ListParagraph"/>
      </w:pPr>
      <w:r>
        <w:rPr>
          <w:sz w:val="22"/>
        </w:rPr>
        <w:t>A. ASEAN</w:t>
      </w:r>
    </w:p>
    <w:p>
      <w:pPr>
        <w:pStyle w:val="ListParagraph"/>
      </w:pPr>
      <w:r>
        <w:rPr>
          <w:sz w:val="22"/>
        </w:rPr>
        <w:t>B. EU</w:t>
      </w:r>
    </w:p>
    <w:p>
      <w:pPr>
        <w:pStyle w:val="ListParagraph"/>
      </w:pPr>
      <w:r>
        <w:rPr>
          <w:sz w:val="22"/>
        </w:rPr>
        <w:t>C. NAFTA</w:t>
      </w:r>
    </w:p>
    <w:p>
      <w:pPr>
        <w:pStyle w:val="ListParagraph"/>
      </w:pPr>
      <w:r>
        <w:rPr>
          <w:sz w:val="22"/>
        </w:rPr>
        <w:t>D. OPEC</w:t>
      </w:r>
    </w:p>
    <w:p/>
    <w:p>
      <w:r>
        <w:rPr>
          <w:b/>
          <w:sz w:val="24"/>
        </w:rPr>
        <w:t>Câu 21: Việt Nam có đường biên giới trên đất liền với Trung Quốc dài bao nhiêu km?</w:t>
      </w:r>
    </w:p>
    <w:p>
      <w:pPr>
        <w:pStyle w:val="ListParagraph"/>
      </w:pPr>
      <w:r>
        <w:rPr>
          <w:sz w:val="22"/>
        </w:rPr>
        <w:t>A. khoảng 1400 km</w:t>
      </w:r>
    </w:p>
    <w:p>
      <w:pPr>
        <w:pStyle w:val="ListParagraph"/>
      </w:pPr>
      <w:r>
        <w:rPr>
          <w:sz w:val="22"/>
        </w:rPr>
        <w:t>B. khoảng 1500 km</w:t>
      </w:r>
    </w:p>
    <w:p>
      <w:pPr>
        <w:pStyle w:val="ListParagraph"/>
      </w:pPr>
      <w:r>
        <w:rPr>
          <w:sz w:val="22"/>
        </w:rPr>
        <w:t>C. khoảng 1600 km</w:t>
      </w:r>
    </w:p>
    <w:p>
      <w:pPr>
        <w:pStyle w:val="ListParagraph"/>
      </w:pPr>
      <w:r>
        <w:rPr>
          <w:sz w:val="22"/>
        </w:rPr>
        <w:t>D. khoảng 1700 km</w:t>
      </w:r>
    </w:p>
    <w:p/>
    <w:p>
      <w:r>
        <w:rPr>
          <w:b/>
          <w:sz w:val="24"/>
        </w:rPr>
        <w:t>Câu 22: Việt Nam có đường biên giới trên đất liền với Lào dài bao nhiêu km?</w:t>
      </w:r>
    </w:p>
    <w:p>
      <w:pPr>
        <w:pStyle w:val="ListParagraph"/>
      </w:pPr>
      <w:r>
        <w:rPr>
          <w:sz w:val="22"/>
        </w:rPr>
        <w:t>A. khoảng 2100 km</w:t>
      </w:r>
    </w:p>
    <w:p>
      <w:pPr>
        <w:pStyle w:val="ListParagraph"/>
      </w:pPr>
      <w:r>
        <w:rPr>
          <w:sz w:val="22"/>
        </w:rPr>
        <w:t>B. khoảng 2000 km</w:t>
      </w:r>
    </w:p>
    <w:p>
      <w:pPr>
        <w:pStyle w:val="ListParagraph"/>
      </w:pPr>
      <w:r>
        <w:rPr>
          <w:sz w:val="22"/>
        </w:rPr>
        <w:t>C. khoảng 2200 km</w:t>
      </w:r>
    </w:p>
    <w:p>
      <w:pPr>
        <w:pStyle w:val="ListParagraph"/>
      </w:pPr>
      <w:r>
        <w:rPr>
          <w:sz w:val="22"/>
        </w:rPr>
        <w:t>D. khoảng 2300 km</w:t>
      </w:r>
    </w:p>
    <w:p/>
    <w:p>
      <w:r>
        <w:rPr>
          <w:b/>
          <w:sz w:val="24"/>
        </w:rPr>
        <w:t>Câu 23: Việt Nam có đường biên giới trên đất liền với Campuchia dài bao nhiêu km?</w:t>
      </w:r>
    </w:p>
    <w:p>
      <w:pPr>
        <w:pStyle w:val="ListParagraph"/>
      </w:pPr>
      <w:r>
        <w:rPr>
          <w:sz w:val="22"/>
        </w:rPr>
        <w:t>A. khoảng 1100 km</w:t>
      </w:r>
    </w:p>
    <w:p>
      <w:pPr>
        <w:pStyle w:val="ListParagraph"/>
      </w:pPr>
      <w:r>
        <w:rPr>
          <w:sz w:val="22"/>
        </w:rPr>
        <w:t>B. khoảng 1000 km</w:t>
      </w:r>
    </w:p>
    <w:p>
      <w:pPr>
        <w:pStyle w:val="ListParagraph"/>
      </w:pPr>
      <w:r>
        <w:rPr>
          <w:sz w:val="22"/>
        </w:rPr>
        <w:t>C. khoảng 1200 km</w:t>
      </w:r>
    </w:p>
    <w:p>
      <w:pPr>
        <w:pStyle w:val="ListParagraph"/>
      </w:pPr>
      <w:r>
        <w:rPr>
          <w:sz w:val="22"/>
        </w:rPr>
        <w:t>D. khoảng 1300 km</w:t>
      </w:r>
    </w:p>
    <w:p/>
    <w:p>
      <w:r>
        <w:rPr>
          <w:b/>
          <w:sz w:val="24"/>
        </w:rPr>
        <w:t>Câu 24: Việt Nam có bao nhiêu cửa khẩu quốc tế?</w:t>
      </w:r>
    </w:p>
    <w:p>
      <w:pPr>
        <w:pStyle w:val="ListParagraph"/>
      </w:pPr>
      <w:r>
        <w:rPr>
          <w:sz w:val="22"/>
        </w:rPr>
        <w:t>A. khoảng 30</w:t>
      </w:r>
    </w:p>
    <w:p>
      <w:pPr>
        <w:pStyle w:val="ListParagraph"/>
      </w:pPr>
      <w:r>
        <w:rPr>
          <w:sz w:val="22"/>
        </w:rPr>
        <w:t>B. khoảng 20</w:t>
      </w:r>
    </w:p>
    <w:p>
      <w:pPr>
        <w:pStyle w:val="ListParagraph"/>
      </w:pPr>
      <w:r>
        <w:rPr>
          <w:sz w:val="22"/>
        </w:rPr>
        <w:t>C. khoảng 40</w:t>
      </w:r>
    </w:p>
    <w:p>
      <w:pPr>
        <w:pStyle w:val="ListParagraph"/>
      </w:pPr>
      <w:r>
        <w:rPr>
          <w:sz w:val="22"/>
        </w:rPr>
        <w:t>D. khoảng 50</w:t>
      </w:r>
    </w:p>
    <w:p/>
    <w:p>
      <w:r>
        <w:rPr>
          <w:b/>
          <w:sz w:val="24"/>
        </w:rPr>
        <w:t>Câu 25: Việt Nam có bao nhiêu sân bay quốc tế?</w:t>
      </w:r>
    </w:p>
    <w:p>
      <w:pPr>
        <w:pStyle w:val="ListParagraph"/>
      </w:pPr>
      <w:r>
        <w:rPr>
          <w:sz w:val="22"/>
        </w:rPr>
        <w:t>A. khoảng 10</w:t>
      </w:r>
    </w:p>
    <w:p>
      <w:pPr>
        <w:pStyle w:val="ListParagraph"/>
      </w:pPr>
      <w:r>
        <w:rPr>
          <w:sz w:val="22"/>
        </w:rPr>
        <w:t>B. khoảng 8</w:t>
      </w:r>
    </w:p>
    <w:p>
      <w:pPr>
        <w:pStyle w:val="ListParagraph"/>
      </w:pPr>
      <w:r>
        <w:rPr>
          <w:sz w:val="22"/>
        </w:rPr>
        <w:t>C. khoảng 12</w:t>
      </w:r>
    </w:p>
    <w:p>
      <w:pPr>
        <w:pStyle w:val="ListParagraph"/>
      </w:pPr>
      <w:r>
        <w:rPr>
          <w:sz w:val="22"/>
        </w:rPr>
        <w:t>D. khoảng 14</w:t>
      </w:r>
    </w:p>
    <w:p/>
    <w:p>
      <w:r>
        <w:rPr>
          <w:b/>
          <w:sz w:val="24"/>
        </w:rPr>
        <w:t>Câu 26: Việt Nam có bao nhiêu cảng biển quốc tế?</w:t>
      </w:r>
    </w:p>
    <w:p>
      <w:pPr>
        <w:pStyle w:val="ListParagraph"/>
      </w:pPr>
      <w:r>
        <w:rPr>
          <w:sz w:val="22"/>
        </w:rPr>
        <w:t>A. khoảng 10</w:t>
      </w:r>
    </w:p>
    <w:p>
      <w:pPr>
        <w:pStyle w:val="ListParagraph"/>
      </w:pPr>
      <w:r>
        <w:rPr>
          <w:sz w:val="22"/>
        </w:rPr>
        <w:t>B. khoảng 8</w:t>
      </w:r>
    </w:p>
    <w:p>
      <w:pPr>
        <w:pStyle w:val="ListParagraph"/>
      </w:pPr>
      <w:r>
        <w:rPr>
          <w:sz w:val="22"/>
        </w:rPr>
        <w:t>C. khoảng 12</w:t>
      </w:r>
    </w:p>
    <w:p>
      <w:pPr>
        <w:pStyle w:val="ListParagraph"/>
      </w:pPr>
      <w:r>
        <w:rPr>
          <w:sz w:val="22"/>
        </w:rPr>
        <w:t>D. khoảng 14</w:t>
      </w:r>
    </w:p>
    <w:p/>
    <w:p>
      <w:r>
        <w:rPr>
          <w:b/>
          <w:sz w:val="24"/>
        </w:rPr>
        <w:t>Câu 27: Việt Nam có bao nhiêu tuyến đường bộ quốc tế?</w:t>
      </w:r>
    </w:p>
    <w:p>
      <w:pPr>
        <w:pStyle w:val="ListParagraph"/>
      </w:pPr>
      <w:r>
        <w:rPr>
          <w:sz w:val="22"/>
        </w:rPr>
        <w:t>A. khoảng 10</w:t>
      </w:r>
    </w:p>
    <w:p>
      <w:pPr>
        <w:pStyle w:val="ListParagraph"/>
      </w:pPr>
      <w:r>
        <w:rPr>
          <w:sz w:val="22"/>
        </w:rPr>
        <w:t>B. khoảng 8</w:t>
      </w:r>
    </w:p>
    <w:p>
      <w:pPr>
        <w:pStyle w:val="ListParagraph"/>
      </w:pPr>
      <w:r>
        <w:rPr>
          <w:sz w:val="22"/>
        </w:rPr>
        <w:t>C. khoảng 12</w:t>
      </w:r>
    </w:p>
    <w:p>
      <w:pPr>
        <w:pStyle w:val="ListParagraph"/>
      </w:pPr>
      <w:r>
        <w:rPr>
          <w:sz w:val="22"/>
        </w:rPr>
        <w:t>D. khoảng 14</w:t>
      </w:r>
    </w:p>
    <w:p/>
    <w:p>
      <w:r>
        <w:rPr>
          <w:b/>
          <w:sz w:val="24"/>
        </w:rPr>
        <w:t>Câu 28: Việt Nam có bao nhiêu tuyến đường sắt quốc tế?</w:t>
      </w:r>
    </w:p>
    <w:p>
      <w:pPr>
        <w:pStyle w:val="ListParagraph"/>
      </w:pPr>
      <w:r>
        <w:rPr>
          <w:sz w:val="22"/>
        </w:rPr>
        <w:t>A. khoảng 5</w:t>
      </w:r>
    </w:p>
    <w:p>
      <w:pPr>
        <w:pStyle w:val="ListParagraph"/>
      </w:pPr>
      <w:r>
        <w:rPr>
          <w:sz w:val="22"/>
        </w:rPr>
        <w:t>B. khoảng 4</w:t>
      </w:r>
    </w:p>
    <w:p>
      <w:pPr>
        <w:pStyle w:val="ListParagraph"/>
      </w:pPr>
      <w:r>
        <w:rPr>
          <w:sz w:val="22"/>
        </w:rPr>
        <w:t>C. khoảng 6</w:t>
      </w:r>
    </w:p>
    <w:p>
      <w:pPr>
        <w:pStyle w:val="ListParagraph"/>
      </w:pPr>
      <w:r>
        <w:rPr>
          <w:sz w:val="22"/>
        </w:rPr>
        <w:t>D. khoảng 7</w:t>
      </w:r>
    </w:p>
    <w:p/>
    <w:p>
      <w:r>
        <w:rPr>
          <w:b/>
          <w:sz w:val="24"/>
        </w:rPr>
        <w:t>Câu 29: Việt Nam có bao nhiêu tuyến đường biển quốc tế?</w:t>
      </w:r>
    </w:p>
    <w:p>
      <w:pPr>
        <w:pStyle w:val="ListParagraph"/>
      </w:pPr>
      <w:r>
        <w:rPr>
          <w:sz w:val="22"/>
        </w:rPr>
        <w:t>A. khoảng 10</w:t>
      </w:r>
    </w:p>
    <w:p>
      <w:pPr>
        <w:pStyle w:val="ListParagraph"/>
      </w:pPr>
      <w:r>
        <w:rPr>
          <w:sz w:val="22"/>
        </w:rPr>
        <w:t>B. khoảng 8</w:t>
      </w:r>
    </w:p>
    <w:p>
      <w:pPr>
        <w:pStyle w:val="ListParagraph"/>
      </w:pPr>
      <w:r>
        <w:rPr>
          <w:sz w:val="22"/>
        </w:rPr>
        <w:t>C. khoảng 12</w:t>
      </w:r>
    </w:p>
    <w:p>
      <w:pPr>
        <w:pStyle w:val="ListParagraph"/>
      </w:pPr>
      <w:r>
        <w:rPr>
          <w:sz w:val="22"/>
        </w:rPr>
        <w:t>D. khoảng 14</w:t>
      </w:r>
    </w:p>
    <w:p/>
    <w:p>
      <w:r>
        <w:rPr>
          <w:b/>
          <w:sz w:val="24"/>
        </w:rPr>
        <w:t>Câu 30: Việt Nam có bao nhiêu tuyến đường hàng không quốc tế?</w:t>
      </w:r>
    </w:p>
    <w:p>
      <w:pPr>
        <w:pStyle w:val="ListParagraph"/>
      </w:pPr>
      <w:r>
        <w:rPr>
          <w:sz w:val="22"/>
        </w:rPr>
        <w:t>A. khoảng 10</w:t>
      </w:r>
    </w:p>
    <w:p>
      <w:pPr>
        <w:pStyle w:val="ListParagraph"/>
      </w:pPr>
      <w:r>
        <w:rPr>
          <w:sz w:val="22"/>
        </w:rPr>
        <w:t>B. khoảng 8</w:t>
      </w:r>
    </w:p>
    <w:p>
      <w:pPr>
        <w:pStyle w:val="ListParagraph"/>
      </w:pPr>
      <w:r>
        <w:rPr>
          <w:sz w:val="22"/>
        </w:rPr>
        <w:t>C. khoảng 12</w:t>
      </w:r>
    </w:p>
    <w:p>
      <w:pPr>
        <w:pStyle w:val="ListParagraph"/>
      </w:pPr>
      <w:r>
        <w:rPr>
          <w:sz w:val="22"/>
        </w:rPr>
        <w:t>D. khoảng 14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A</w:t>
      </w:r>
    </w:p>
    <w:p>
      <w:r>
        <w:rPr>
          <w:b/>
        </w:rPr>
        <w:t>Câu 24: Đáp án đúng: A</w:t>
      </w:r>
    </w:p>
    <w:p>
      <w:r>
        <w:rPr>
          <w:b/>
        </w:rPr>
        <w:t>Câu 25: Đáp án đúng: A</w:t>
      </w:r>
    </w:p>
    <w:p>
      <w:r>
        <w:rPr>
          <w:b/>
        </w:rPr>
        <w:t>Câu 26: Đáp án đúng: A</w:t>
      </w:r>
    </w:p>
    <w:p>
      <w:r>
        <w:rPr>
          <w:b/>
        </w:rPr>
        <w:t>Câu 27: Đáp án đúng: A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A</w:t>
      </w:r>
    </w:p>
    <w:p>
      <w:r>
        <w:rPr>
          <w:b/>
        </w:rPr>
        <w:t>Câu 30: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