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công nghệ 10: công nghệ kỹ thuật lớp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hệ thống cơ khí, bộ phận nào có chức năng truyền chuyển động và mô men xoắn giữa các trục?</w:t>
      </w:r>
    </w:p>
    <w:p>
      <w:pPr>
        <w:pStyle w:val="ListParagraph"/>
      </w:pPr>
      <w:r>
        <w:rPr>
          <w:sz w:val="22"/>
        </w:rPr>
        <w:t>A. Khớp nối</w:t>
      </w:r>
    </w:p>
    <w:p>
      <w:pPr>
        <w:pStyle w:val="ListParagraph"/>
      </w:pPr>
      <w:r>
        <w:rPr>
          <w:sz w:val="22"/>
        </w:rPr>
        <w:t>B. Ổ trục</w:t>
      </w:r>
    </w:p>
    <w:p>
      <w:pPr>
        <w:pStyle w:val="ListParagraph"/>
      </w:pPr>
      <w:r>
        <w:rPr>
          <w:sz w:val="22"/>
        </w:rPr>
        <w:t>C. Bộ truyền động đai</w:t>
      </w:r>
    </w:p>
    <w:p>
      <w:pPr>
        <w:pStyle w:val="ListParagraph"/>
      </w:pPr>
      <w:r>
        <w:rPr>
          <w:sz w:val="22"/>
        </w:rPr>
        <w:t>D. Bộ truyền động bánh răng</w:t>
      </w:r>
    </w:p>
    <w:p/>
    <w:p>
      <w:r>
        <w:rPr>
          <w:b/>
          <w:sz w:val="24"/>
        </w:rPr>
        <w:t>Câu 2: Vật liệu nào sau đây là vật liệu vô cơ thường dùng trong cơ khí?</w:t>
      </w:r>
    </w:p>
    <w:p>
      <w:pPr>
        <w:pStyle w:val="ListParagraph"/>
      </w:pPr>
      <w:r>
        <w:rPr>
          <w:sz w:val="22"/>
        </w:rPr>
        <w:t>A. Gỗ</w:t>
      </w:r>
    </w:p>
    <w:p>
      <w:pPr>
        <w:pStyle w:val="ListParagraph"/>
      </w:pPr>
      <w:r>
        <w:rPr>
          <w:sz w:val="22"/>
        </w:rPr>
        <w:t>B. Nhựa nhiệt dẻo</w:t>
      </w:r>
    </w:p>
    <w:p>
      <w:pPr>
        <w:pStyle w:val="ListParagraph"/>
      </w:pPr>
      <w:r>
        <w:rPr>
          <w:sz w:val="22"/>
        </w:rPr>
        <w:t>C. Thép</w:t>
      </w:r>
    </w:p>
    <w:p>
      <w:pPr>
        <w:pStyle w:val="ListParagraph"/>
      </w:pPr>
      <w:r>
        <w:rPr>
          <w:sz w:val="22"/>
        </w:rPr>
        <w:t>D. Cao su</w:t>
      </w:r>
    </w:p>
    <w:p/>
    <w:p>
      <w:r>
        <w:rPr>
          <w:b/>
          <w:sz w:val="24"/>
        </w:rPr>
        <w:t>Câu 3: Trong mạch điện xoay chiều một pha, đại lượng nào đặc trưng cho mức độ cản trở dòng điện của tụ điện?</w:t>
      </w:r>
    </w:p>
    <w:p>
      <w:pPr>
        <w:pStyle w:val="ListParagraph"/>
      </w:pPr>
      <w:r>
        <w:rPr>
          <w:sz w:val="22"/>
        </w:rPr>
        <w:t>A. Tổng trở</w:t>
      </w:r>
    </w:p>
    <w:p>
      <w:pPr>
        <w:pStyle w:val="ListParagraph"/>
      </w:pPr>
      <w:r>
        <w:rPr>
          <w:sz w:val="22"/>
        </w:rPr>
        <w:t>B. Dung kháng</w:t>
      </w:r>
    </w:p>
    <w:p>
      <w:pPr>
        <w:pStyle w:val="ListParagraph"/>
      </w:pPr>
      <w:r>
        <w:rPr>
          <w:sz w:val="22"/>
        </w:rPr>
        <w:t>C. Điện trở</w:t>
      </w:r>
    </w:p>
    <w:p>
      <w:pPr>
        <w:pStyle w:val="ListParagraph"/>
      </w:pPr>
      <w:r>
        <w:rPr>
          <w:sz w:val="22"/>
        </w:rPr>
        <w:t>D. Cảm kháng</w:t>
      </w:r>
    </w:p>
    <w:p/>
    <w:p>
      <w:r>
        <w:rPr>
          <w:b/>
          <w:sz w:val="24"/>
        </w:rPr>
        <w:t>Câu 4: Thiết bị nào sau đây dùng để bảo vệ mạch điện khi xảy ra quá tải hoặc ngắn mạch?</w:t>
      </w:r>
    </w:p>
    <w:p>
      <w:pPr>
        <w:pStyle w:val="ListParagraph"/>
      </w:pPr>
      <w:r>
        <w:rPr>
          <w:sz w:val="22"/>
        </w:rPr>
        <w:t>A. Công tắc</w:t>
      </w:r>
    </w:p>
    <w:p>
      <w:pPr>
        <w:pStyle w:val="ListParagraph"/>
      </w:pPr>
      <w:r>
        <w:rPr>
          <w:sz w:val="22"/>
        </w:rPr>
        <w:t>B. Aptomat</w:t>
      </w:r>
    </w:p>
    <w:p>
      <w:pPr>
        <w:pStyle w:val="ListParagraph"/>
      </w:pPr>
      <w:r>
        <w:rPr>
          <w:sz w:val="22"/>
        </w:rPr>
        <w:t>C. Cầu dao</w:t>
      </w:r>
    </w:p>
    <w:p>
      <w:pPr>
        <w:pStyle w:val="ListParagraph"/>
      </w:pPr>
      <w:r>
        <w:rPr>
          <w:sz w:val="22"/>
        </w:rPr>
        <w:t>D. Ổ cắm</w:t>
      </w:r>
    </w:p>
    <w:p/>
    <w:p>
      <w:r>
        <w:rPr>
          <w:b/>
          <w:sz w:val="24"/>
        </w:rPr>
        <w:t>Câu 5: Trong hệ thống truyền động bánh răng, tỉ số truyền được tính bằng công thức nào?</w:t>
      </w:r>
    </w:p>
    <w:p>
      <w:pPr>
        <w:pStyle w:val="ListParagraph"/>
      </w:pPr>
      <w:r>
        <w:rPr>
          <w:sz w:val="22"/>
        </w:rPr>
        <w:t>A. i = n1.n2</w:t>
      </w:r>
    </w:p>
    <w:p>
      <w:pPr>
        <w:pStyle w:val="ListParagraph"/>
      </w:pPr>
      <w:r>
        <w:rPr>
          <w:sz w:val="22"/>
        </w:rPr>
        <w:t>B. i = Z2/Z1</w:t>
      </w:r>
    </w:p>
    <w:p>
      <w:pPr>
        <w:pStyle w:val="ListParagraph"/>
      </w:pPr>
      <w:r>
        <w:rPr>
          <w:sz w:val="22"/>
        </w:rPr>
        <w:t>C. i = Z1/Z2</w:t>
      </w:r>
    </w:p>
    <w:p>
      <w:pPr>
        <w:pStyle w:val="ListParagraph"/>
      </w:pPr>
      <w:r>
        <w:rPr>
          <w:sz w:val="22"/>
        </w:rPr>
        <w:t>D. i = D1/D2</w:t>
      </w:r>
    </w:p>
    <w:p/>
    <w:p>
      <w:r>
        <w:rPr>
          <w:b/>
          <w:sz w:val="24"/>
        </w:rPr>
        <w:t>Câu 6: Động cơ điện xoay chiều một pha thường được sử dụng trong thiết bị nào sau đây?</w:t>
      </w:r>
    </w:p>
    <w:p>
      <w:pPr>
        <w:pStyle w:val="ListParagraph"/>
      </w:pPr>
      <w:r>
        <w:rPr>
          <w:sz w:val="22"/>
        </w:rPr>
        <w:t>A. Máy bơm nước gia đình</w:t>
      </w:r>
    </w:p>
    <w:p>
      <w:pPr>
        <w:pStyle w:val="ListParagraph"/>
      </w:pPr>
      <w:r>
        <w:rPr>
          <w:sz w:val="22"/>
        </w:rPr>
        <w:t>B. Máy phát điện nhà máy thủy điện</w:t>
      </w:r>
    </w:p>
    <w:p>
      <w:pPr>
        <w:pStyle w:val="ListParagraph"/>
      </w:pPr>
      <w:r>
        <w:rPr>
          <w:sz w:val="22"/>
        </w:rPr>
        <w:t>C. Đầu máy xe lửa</w:t>
      </w:r>
    </w:p>
    <w:p>
      <w:pPr>
        <w:pStyle w:val="ListParagraph"/>
      </w:pPr>
      <w:r>
        <w:rPr>
          <w:sz w:val="22"/>
        </w:rPr>
        <w:t>D. Cần cẩu công nghiệp nặng</w:t>
      </w:r>
    </w:p>
    <w:p/>
    <w:p>
      <w:r>
        <w:rPr>
          <w:b/>
          <w:sz w:val="24"/>
        </w:rPr>
        <w:t>Câu 7: Trong quy trình chế tạo cơ khí, bước nào được thực hiện ngay sau khi lập bản vẽ chế tạo?</w:t>
      </w:r>
    </w:p>
    <w:p>
      <w:pPr>
        <w:pStyle w:val="ListParagraph"/>
      </w:pPr>
      <w:r>
        <w:rPr>
          <w:sz w:val="22"/>
        </w:rPr>
        <w:t>A. Lắp ráp và kiểm tra</w:t>
      </w:r>
    </w:p>
    <w:p>
      <w:pPr>
        <w:pStyle w:val="ListParagraph"/>
      </w:pPr>
      <w:r>
        <w:rPr>
          <w:sz w:val="22"/>
        </w:rPr>
        <w:t>B. Đóng gói sản phẩm</w:t>
      </w:r>
    </w:p>
    <w:p>
      <w:pPr>
        <w:pStyle w:val="ListParagraph"/>
      </w:pPr>
      <w:r>
        <w:rPr>
          <w:sz w:val="22"/>
        </w:rPr>
        <w:t>C. Chế tạo phôi</w:t>
      </w:r>
    </w:p>
    <w:p>
      <w:pPr>
        <w:pStyle w:val="ListParagraph"/>
      </w:pPr>
      <w:r>
        <w:rPr>
          <w:sz w:val="22"/>
        </w:rPr>
        <w:t>D. Gia công chi tiết</w:t>
      </w:r>
    </w:p>
    <w:p/>
    <w:p>
      <w:r>
        <w:rPr>
          <w:b/>
          <w:sz w:val="24"/>
        </w:rPr>
        <w:t>Câu 8: Đại lượng nào sau đây là đơn vị đo cường độ dòng điện?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Ôm (Ω)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Ampe (A)</w:t>
      </w:r>
    </w:p>
    <w:p/>
    <w:p>
      <w:r>
        <w:rPr>
          <w:b/>
          <w:sz w:val="24"/>
        </w:rPr>
        <w:t>Câu 9: Trong hệ thống điện quốc gia, lưới điện truyền tải có chức năng chính là gì?</w:t>
      </w:r>
    </w:p>
    <w:p>
      <w:pPr>
        <w:pStyle w:val="ListParagraph"/>
      </w:pPr>
      <w:r>
        <w:rPr>
          <w:sz w:val="22"/>
        </w:rPr>
        <w:t>A. Đo điện năng tiêu thụ</w:t>
      </w:r>
    </w:p>
    <w:p>
      <w:pPr>
        <w:pStyle w:val="ListParagraph"/>
      </w:pPr>
      <w:r>
        <w:rPr>
          <w:sz w:val="22"/>
        </w:rPr>
        <w:t>B. Phân phối điện đến hộ tiêu thụ</w:t>
      </w:r>
    </w:p>
    <w:p>
      <w:pPr>
        <w:pStyle w:val="ListParagraph"/>
      </w:pPr>
      <w:r>
        <w:rPr>
          <w:sz w:val="22"/>
        </w:rPr>
        <w:t>C. Truyền tải điện năng đi xa</w:t>
      </w:r>
    </w:p>
    <w:p>
      <w:pPr>
        <w:pStyle w:val="ListParagraph"/>
      </w:pPr>
      <w:r>
        <w:rPr>
          <w:sz w:val="22"/>
        </w:rPr>
        <w:t>D. Biến đổi điện áp cho gia đình</w:t>
      </w:r>
    </w:p>
    <w:p/>
    <w:p>
      <w:r>
        <w:rPr>
          <w:b/>
          <w:sz w:val="24"/>
        </w:rPr>
        <w:t>Câu 10: Bộ phận nào trong hệ thống cơ khí có chức năng biến đổi chuyển động quay thành chuyển động tịnh tiến?</w:t>
      </w:r>
    </w:p>
    <w:p>
      <w:pPr>
        <w:pStyle w:val="ListParagraph"/>
      </w:pPr>
      <w:r>
        <w:rPr>
          <w:sz w:val="22"/>
        </w:rPr>
        <w:t>A. Bánh răng</w:t>
      </w:r>
    </w:p>
    <w:p>
      <w:pPr>
        <w:pStyle w:val="ListParagraph"/>
      </w:pPr>
      <w:r>
        <w:rPr>
          <w:sz w:val="22"/>
        </w:rPr>
        <w:t>B. Khớp các đăng</w:t>
      </w:r>
    </w:p>
    <w:p>
      <w:pPr>
        <w:pStyle w:val="ListParagraph"/>
      </w:pPr>
      <w:r>
        <w:rPr>
          <w:sz w:val="22"/>
        </w:rPr>
        <w:t>C. Cơ cấu tay quay – con trượt</w:t>
      </w:r>
    </w:p>
    <w:p>
      <w:pPr>
        <w:pStyle w:val="ListParagraph"/>
      </w:pPr>
      <w:r>
        <w:rPr>
          <w:sz w:val="22"/>
        </w:rPr>
        <w:t>D. Trục vít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Khớp nối dùng để nối các trục, truyền chuyển động và mô men xoắn giữa chúng.</w:t>
      </w:r>
    </w:p>
    <w:p>
      <w:r>
        <w:rPr>
          <w:b/>
        </w:rPr>
        <w:t>Câu 2: Đáp án đúng: C</w:t>
      </w:r>
    </w:p>
    <w:p>
      <w:r>
        <w:rPr>
          <w:i/>
        </w:rPr>
        <w:t>Giải thích: Thép là vật liệu kim loại, thuộc nhóm vật liệu vô cơ dùng phổ biến trong cơ khí.</w:t>
      </w:r>
    </w:p>
    <w:p>
      <w:r>
        <w:rPr>
          <w:b/>
        </w:rPr>
        <w:t>Câu 3: Đáp án đúng: B</w:t>
      </w:r>
    </w:p>
    <w:p>
      <w:r>
        <w:rPr>
          <w:i/>
        </w:rPr>
        <w:t>Giải thích: Dung kháng là đại lượng đặc trưng cho mức độ cản trở dòng điện xoay chiều của tụ điện.</w:t>
      </w:r>
    </w:p>
    <w:p>
      <w:r>
        <w:rPr>
          <w:b/>
        </w:rPr>
        <w:t>Câu 4: Đáp án đúng: B</w:t>
      </w:r>
    </w:p>
    <w:p>
      <w:r>
        <w:rPr>
          <w:i/>
        </w:rPr>
        <w:t>Giải thích: Aptomat tự động ngắt mạch khi có quá tải hoặc ngắn mạch để bảo vệ mạch điện.</w:t>
      </w:r>
    </w:p>
    <w:p>
      <w:r>
        <w:rPr>
          <w:b/>
        </w:rPr>
        <w:t>Câu 5: Đáp án đúng: B</w:t>
      </w:r>
    </w:p>
    <w:p>
      <w:r>
        <w:rPr>
          <w:i/>
        </w:rPr>
        <w:t>Giải thích: Tỉ số truyền của bộ truyền bánh răng bằng số răng bánh bị dẫn chia cho số răng bánh dẫn: i = Z2/Z1.</w:t>
      </w:r>
    </w:p>
    <w:p>
      <w:r>
        <w:rPr>
          <w:b/>
        </w:rPr>
        <w:t>Câu 6: Đáp án đúng: A</w:t>
      </w:r>
    </w:p>
    <w:p>
      <w:r>
        <w:rPr>
          <w:i/>
        </w:rPr>
        <w:t>Giải thích: Máy bơm nước gia đình thường dùng động cơ điện xoay chiều một pha công suất nhỏ.</w:t>
      </w:r>
    </w:p>
    <w:p>
      <w:r>
        <w:rPr>
          <w:b/>
        </w:rPr>
        <w:t>Câu 7: Đáp án đúng: C</w:t>
      </w:r>
    </w:p>
    <w:p>
      <w:r>
        <w:rPr>
          <w:i/>
        </w:rPr>
        <w:t>Giải thích: Sau khi lập bản vẽ chế tạo là bước chế tạo phôi để chuẩn bị vật liệu cho gia công.</w:t>
      </w:r>
    </w:p>
    <w:p>
      <w:r>
        <w:rPr>
          <w:b/>
        </w:rPr>
        <w:t>Câu 8: Đáp án đúng: D</w:t>
      </w:r>
    </w:p>
    <w:p>
      <w:r>
        <w:rPr>
          <w:i/>
        </w:rPr>
        <w:t>Giải thích: Ampe (A) là đơn vị đo cường độ dòng điện.</w:t>
      </w:r>
    </w:p>
    <w:p>
      <w:r>
        <w:rPr>
          <w:b/>
        </w:rPr>
        <w:t>Câu 9: Đáp án đúng: C</w:t>
      </w:r>
    </w:p>
    <w:p>
      <w:r>
        <w:rPr>
          <w:i/>
        </w:rPr>
        <w:t>Giải thích: Lưới điện truyền tải có chức năng truyền tải điện năng đi xa từ nguồn đến các trạm biến áp.</w:t>
      </w:r>
    </w:p>
    <w:p>
      <w:r>
        <w:rPr>
          <w:b/>
        </w:rPr>
        <w:t>Câu 10: Đáp án đúng: C</w:t>
      </w:r>
    </w:p>
    <w:p>
      <w:r>
        <w:rPr>
          <w:i/>
        </w:rPr>
        <w:t>Giải thích: Cơ cấu tay quay – con trượt biến đổi chuyển động quay thành chuyển động tịnh tiến của con trượt.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