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trắc nghiệm - TT CÂU HỎI Đáp án 1 Đáp án 2 Đáp án 3 Đáp án 4</w:t>
      </w:r>
    </w:p>
    <w:p>
      <w:pPr>
        <w:jc w:val="center"/>
      </w:pPr>
      <w:r>
        <w:rPr>
          <w:sz w:val="22"/>
        </w:rPr>
        <w:t>Số câu: 72    Thời gian: _____ phút    Họ và tên: _________________________</w:t>
      </w:r>
    </w:p>
    <w:p/>
    <w:p>
      <w:r>
        <w:rPr>
          <w:b/>
          <w:sz w:val="24"/>
        </w:rPr>
        <w:t>Câu 1: Foreigners wishing to enter Vietnam legally are required to have a ______ Vietnam visa.</w:t>
      </w:r>
    </w:p>
    <w:p>
      <w:pPr>
        <w:pStyle w:val="ListParagraph"/>
      </w:pPr>
      <w:r>
        <w:rPr>
          <w:sz w:val="22"/>
        </w:rPr>
        <w:t>A. valid</w:t>
      </w:r>
    </w:p>
    <w:p>
      <w:pPr>
        <w:pStyle w:val="ListParagraph"/>
      </w:pPr>
      <w:r>
        <w:rPr>
          <w:sz w:val="22"/>
        </w:rPr>
        <w:t>B. temporary</w:t>
      </w:r>
    </w:p>
    <w:p>
      <w:pPr>
        <w:pStyle w:val="ListParagraph"/>
      </w:pPr>
      <w:r>
        <w:rPr>
          <w:sz w:val="22"/>
        </w:rPr>
        <w:t>C. expired</w:t>
      </w:r>
    </w:p>
    <w:p>
      <w:pPr>
        <w:pStyle w:val="ListParagraph"/>
      </w:pPr>
      <w:r>
        <w:rPr>
          <w:sz w:val="22"/>
        </w:rPr>
        <w:t>D. foreign</w:t>
      </w:r>
    </w:p>
    <w:p/>
    <w:p>
      <w:r>
        <w:rPr>
          <w:b/>
          <w:sz w:val="24"/>
        </w:rPr>
        <w:t>Câu 2: Some visa holders do not exit Vietnam or extend their visas because of ______ reasons.</w:t>
      </w:r>
    </w:p>
    <w:p>
      <w:pPr>
        <w:pStyle w:val="ListParagraph"/>
      </w:pPr>
      <w:r>
        <w:rPr>
          <w:sz w:val="22"/>
        </w:rPr>
        <w:t>A. unexpected</w:t>
      </w:r>
    </w:p>
    <w:p>
      <w:pPr>
        <w:pStyle w:val="ListParagraph"/>
      </w:pPr>
      <w:r>
        <w:rPr>
          <w:sz w:val="22"/>
        </w:rPr>
        <w:t>B. normal</w:t>
      </w:r>
    </w:p>
    <w:p>
      <w:pPr>
        <w:pStyle w:val="ListParagraph"/>
      </w:pPr>
      <w:r>
        <w:rPr>
          <w:sz w:val="22"/>
        </w:rPr>
        <w:t>C. official</w:t>
      </w:r>
    </w:p>
    <w:p>
      <w:pPr>
        <w:pStyle w:val="ListParagraph"/>
      </w:pPr>
      <w:r>
        <w:rPr>
          <w:sz w:val="22"/>
        </w:rPr>
        <w:t>D. personal</w:t>
      </w:r>
    </w:p>
    <w:p/>
    <w:p>
      <w:r>
        <w:rPr>
          <w:b/>
          <w:sz w:val="24"/>
        </w:rPr>
        <w:t>Câu 3: If foreigners stay in Vietnam after their visas expire, they may be ______ for their actions.</w:t>
      </w:r>
    </w:p>
    <w:p>
      <w:pPr>
        <w:pStyle w:val="ListParagraph"/>
      </w:pPr>
      <w:r>
        <w:rPr>
          <w:sz w:val="22"/>
        </w:rPr>
        <w:t>A. penalized</w:t>
      </w:r>
    </w:p>
    <w:p>
      <w:pPr>
        <w:pStyle w:val="ListParagraph"/>
      </w:pPr>
      <w:r>
        <w:rPr>
          <w:sz w:val="22"/>
        </w:rPr>
        <w:t>B. invited</w:t>
      </w:r>
    </w:p>
    <w:p>
      <w:pPr>
        <w:pStyle w:val="ListParagraph"/>
      </w:pPr>
      <w:r>
        <w:rPr>
          <w:sz w:val="22"/>
        </w:rPr>
        <w:t>C. rewarded</w:t>
      </w:r>
    </w:p>
    <w:p>
      <w:pPr>
        <w:pStyle w:val="ListParagraph"/>
      </w:pPr>
      <w:r>
        <w:rPr>
          <w:sz w:val="22"/>
        </w:rPr>
        <w:t>D. welcomed</w:t>
      </w:r>
    </w:p>
    <w:p/>
    <w:p>
      <w:r>
        <w:rPr>
          <w:b/>
          <w:sz w:val="24"/>
        </w:rPr>
        <w:t>Câu 4: If a traveler’s visa has expired for no more than three days, the holder must pay a ______ fee.</w:t>
      </w:r>
    </w:p>
    <w:p>
      <w:pPr>
        <w:pStyle w:val="ListParagraph"/>
      </w:pPr>
      <w:r>
        <w:rPr>
          <w:sz w:val="22"/>
        </w:rPr>
        <w:t>A. penalty</w:t>
      </w:r>
    </w:p>
    <w:p>
      <w:pPr>
        <w:pStyle w:val="ListParagraph"/>
      </w:pPr>
      <w:r>
        <w:rPr>
          <w:sz w:val="22"/>
        </w:rPr>
        <w:t>B. transportation</w:t>
      </w:r>
    </w:p>
    <w:p>
      <w:pPr>
        <w:pStyle w:val="ListParagraph"/>
      </w:pPr>
      <w:r>
        <w:rPr>
          <w:sz w:val="22"/>
        </w:rPr>
        <w:t>C. hotel</w:t>
      </w:r>
    </w:p>
    <w:p>
      <w:pPr>
        <w:pStyle w:val="ListParagraph"/>
      </w:pPr>
      <w:r>
        <w:rPr>
          <w:sz w:val="22"/>
        </w:rPr>
        <w:t>D. passport</w:t>
      </w:r>
    </w:p>
    <w:p/>
    <w:p>
      <w:r>
        <w:rPr>
          <w:b/>
          <w:sz w:val="24"/>
        </w:rPr>
        <w:t>Câu 5: The overstay penalty stated in the passage is about 25 USD ______ day.</w:t>
      </w:r>
    </w:p>
    <w:p>
      <w:pPr>
        <w:pStyle w:val="ListParagraph"/>
      </w:pPr>
      <w:r>
        <w:rPr>
          <w:sz w:val="22"/>
        </w:rPr>
        <w:t>A. per</w:t>
      </w:r>
    </w:p>
    <w:p>
      <w:pPr>
        <w:pStyle w:val="ListParagraph"/>
      </w:pPr>
      <w:r>
        <w:rPr>
          <w:sz w:val="22"/>
        </w:rPr>
        <w:t>B. on</w:t>
      </w:r>
    </w:p>
    <w:p>
      <w:pPr>
        <w:pStyle w:val="ListParagraph"/>
      </w:pPr>
      <w:r>
        <w:rPr>
          <w:sz w:val="22"/>
        </w:rPr>
        <w:t>C. at</w:t>
      </w:r>
    </w:p>
    <w:p>
      <w:pPr>
        <w:pStyle w:val="ListParagraph"/>
      </w:pPr>
      <w:r>
        <w:rPr>
          <w:sz w:val="22"/>
        </w:rPr>
        <w:t>D. by</w:t>
      </w:r>
    </w:p>
    <w:p/>
    <w:p>
      <w:r>
        <w:rPr>
          <w:b/>
          <w:sz w:val="24"/>
        </w:rPr>
        <w:t>Câu 6: Foreigners can pay the fine to a Vietnam Immigration officer at the port of ______.</w:t>
      </w:r>
    </w:p>
    <w:p>
      <w:pPr>
        <w:pStyle w:val="ListParagraph"/>
      </w:pPr>
      <w:r>
        <w:rPr>
          <w:sz w:val="22"/>
        </w:rPr>
        <w:t>A. exit</w:t>
      </w:r>
    </w:p>
    <w:p>
      <w:pPr>
        <w:pStyle w:val="ListParagraph"/>
      </w:pPr>
      <w:r>
        <w:rPr>
          <w:sz w:val="22"/>
        </w:rPr>
        <w:t>B. arrival</w:t>
      </w:r>
    </w:p>
    <w:p>
      <w:pPr>
        <w:pStyle w:val="ListParagraph"/>
      </w:pPr>
      <w:r>
        <w:rPr>
          <w:sz w:val="22"/>
        </w:rPr>
        <w:t>C. travel</w:t>
      </w:r>
    </w:p>
    <w:p>
      <w:pPr>
        <w:pStyle w:val="ListParagraph"/>
      </w:pPr>
      <w:r>
        <w:rPr>
          <w:sz w:val="22"/>
        </w:rPr>
        <w:t>D. entry</w:t>
      </w:r>
    </w:p>
    <w:p/>
    <w:p>
      <w:r>
        <w:rPr>
          <w:b/>
          <w:sz w:val="24"/>
        </w:rPr>
        <w:t>Câu 7: After paying the fine at the port of exit, foreigners can ______ the country.</w:t>
      </w:r>
    </w:p>
    <w:p>
      <w:pPr>
        <w:pStyle w:val="ListParagraph"/>
      </w:pPr>
      <w:r>
        <w:rPr>
          <w:sz w:val="22"/>
        </w:rPr>
        <w:t>A. leave</w:t>
      </w:r>
    </w:p>
    <w:p>
      <w:pPr>
        <w:pStyle w:val="ListParagraph"/>
      </w:pPr>
      <w:r>
        <w:rPr>
          <w:sz w:val="22"/>
        </w:rPr>
        <w:t>B. enter</w:t>
      </w:r>
    </w:p>
    <w:p>
      <w:pPr>
        <w:pStyle w:val="ListParagraph"/>
      </w:pPr>
      <w:r>
        <w:rPr>
          <w:sz w:val="22"/>
        </w:rPr>
        <w:t>C. visit</w:t>
      </w:r>
    </w:p>
    <w:p>
      <w:pPr>
        <w:pStyle w:val="ListParagraph"/>
      </w:pPr>
      <w:r>
        <w:rPr>
          <w:sz w:val="22"/>
        </w:rPr>
        <w:t>D. cross</w:t>
      </w:r>
    </w:p>
    <w:p/>
    <w:p>
      <w:r>
        <w:rPr>
          <w:b/>
          <w:sz w:val="24"/>
        </w:rPr>
        <w:t>Câu 8: If a foreigner’s visa has expired for a long time, they should get an exit visa or visa ______ immediately.</w:t>
      </w:r>
    </w:p>
    <w:p>
      <w:pPr>
        <w:pStyle w:val="ListParagraph"/>
      </w:pPr>
      <w:r>
        <w:rPr>
          <w:sz w:val="22"/>
        </w:rPr>
        <w:t>A. extension</w:t>
      </w:r>
    </w:p>
    <w:p>
      <w:pPr>
        <w:pStyle w:val="ListParagraph"/>
      </w:pPr>
      <w:r>
        <w:rPr>
          <w:sz w:val="22"/>
        </w:rPr>
        <w:t>B. document</w:t>
      </w:r>
    </w:p>
    <w:p>
      <w:pPr>
        <w:pStyle w:val="ListParagraph"/>
      </w:pPr>
      <w:r>
        <w:rPr>
          <w:sz w:val="22"/>
        </w:rPr>
        <w:t>C. application</w:t>
      </w:r>
    </w:p>
    <w:p>
      <w:pPr>
        <w:pStyle w:val="ListParagraph"/>
      </w:pPr>
      <w:r>
        <w:rPr>
          <w:sz w:val="22"/>
        </w:rPr>
        <w:t>D. passport</w:t>
      </w:r>
    </w:p>
    <w:p/>
    <w:p>
      <w:r>
        <w:rPr>
          <w:b/>
          <w:sz w:val="24"/>
        </w:rPr>
        <w:t>Câu 9: An exit visa allows a foreigner to leave Vietnam ______ within a specified period.</w:t>
      </w:r>
    </w:p>
    <w:p>
      <w:pPr>
        <w:pStyle w:val="ListParagraph"/>
      </w:pPr>
      <w:r>
        <w:rPr>
          <w:sz w:val="22"/>
        </w:rPr>
        <w:t>A. legally</w:t>
      </w:r>
    </w:p>
    <w:p>
      <w:pPr>
        <w:pStyle w:val="ListParagraph"/>
      </w:pPr>
      <w:r>
        <w:rPr>
          <w:sz w:val="22"/>
        </w:rPr>
        <w:t>B. secretly</w:t>
      </w:r>
    </w:p>
    <w:p>
      <w:pPr>
        <w:pStyle w:val="ListParagraph"/>
      </w:pPr>
      <w:r>
        <w:rPr>
          <w:sz w:val="22"/>
        </w:rPr>
        <w:t>C. suddenly</w:t>
      </w:r>
    </w:p>
    <w:p>
      <w:pPr>
        <w:pStyle w:val="ListParagraph"/>
      </w:pPr>
      <w:r>
        <w:rPr>
          <w:sz w:val="22"/>
        </w:rPr>
        <w:t>D. slowly</w:t>
      </w:r>
    </w:p>
    <w:p/>
    <w:p>
      <w:r>
        <w:rPr>
          <w:b/>
          <w:sz w:val="24"/>
        </w:rPr>
        <w:t>Câu 10: Visa holders need to submit their original ______ when applying for an exit visa.</w:t>
      </w:r>
    </w:p>
    <w:p>
      <w:pPr>
        <w:pStyle w:val="ListParagraph"/>
      </w:pPr>
      <w:r>
        <w:rPr>
          <w:sz w:val="22"/>
        </w:rPr>
        <w:t>A. passports</w:t>
      </w:r>
    </w:p>
    <w:p>
      <w:pPr>
        <w:pStyle w:val="ListParagraph"/>
      </w:pPr>
      <w:r>
        <w:rPr>
          <w:sz w:val="22"/>
        </w:rPr>
        <w:t>B. documents</w:t>
      </w:r>
    </w:p>
    <w:p>
      <w:pPr>
        <w:pStyle w:val="ListParagraph"/>
      </w:pPr>
      <w:r>
        <w:rPr>
          <w:sz w:val="22"/>
        </w:rPr>
        <w:t>C. photographs</w:t>
      </w:r>
    </w:p>
    <w:p>
      <w:pPr>
        <w:pStyle w:val="ListParagraph"/>
      </w:pPr>
      <w:r>
        <w:rPr>
          <w:sz w:val="22"/>
        </w:rPr>
        <w:t>D. tickets</w:t>
      </w:r>
    </w:p>
    <w:p/>
    <w:p>
      <w:r>
        <w:rPr>
          <w:b/>
          <w:sz w:val="24"/>
        </w:rPr>
        <w:t>Câu 11: Foreigners are advised to pay attention to their Vietnam visa ______ duration.</w:t>
      </w:r>
    </w:p>
    <w:p>
      <w:pPr>
        <w:pStyle w:val="ListParagraph"/>
      </w:pPr>
      <w:r>
        <w:rPr>
          <w:sz w:val="22"/>
        </w:rPr>
        <w:t>A. valid</w:t>
      </w:r>
    </w:p>
    <w:p>
      <w:pPr>
        <w:pStyle w:val="ListParagraph"/>
      </w:pPr>
      <w:r>
        <w:rPr>
          <w:sz w:val="22"/>
        </w:rPr>
        <w:t>B. temporary</w:t>
      </w:r>
    </w:p>
    <w:p>
      <w:pPr>
        <w:pStyle w:val="ListParagraph"/>
      </w:pPr>
      <w:r>
        <w:rPr>
          <w:sz w:val="22"/>
        </w:rPr>
        <w:t>C. legal</w:t>
      </w:r>
    </w:p>
    <w:p>
      <w:pPr>
        <w:pStyle w:val="ListParagraph"/>
      </w:pPr>
      <w:r>
        <w:rPr>
          <w:sz w:val="22"/>
        </w:rPr>
        <w:t>D. foreign</w:t>
      </w:r>
    </w:p>
    <w:p/>
    <w:p>
      <w:r>
        <w:rPr>
          <w:b/>
          <w:sz w:val="24"/>
        </w:rPr>
        <w:t>Câu 12: Foreigners should contact the Vietnam Immigration Department before their visa ______.</w:t>
      </w:r>
    </w:p>
    <w:p>
      <w:pPr>
        <w:pStyle w:val="ListParagraph"/>
      </w:pPr>
      <w:r>
        <w:rPr>
          <w:sz w:val="22"/>
        </w:rPr>
        <w:t>A. expires</w:t>
      </w:r>
    </w:p>
    <w:p>
      <w:pPr>
        <w:pStyle w:val="ListParagraph"/>
      </w:pPr>
      <w:r>
        <w:rPr>
          <w:sz w:val="22"/>
        </w:rPr>
        <w:t>B. starts</w:t>
      </w:r>
    </w:p>
    <w:p>
      <w:pPr>
        <w:pStyle w:val="ListParagraph"/>
      </w:pPr>
      <w:r>
        <w:rPr>
          <w:sz w:val="22"/>
        </w:rPr>
        <w:t>C. changes</w:t>
      </w:r>
    </w:p>
    <w:p>
      <w:pPr>
        <w:pStyle w:val="ListParagraph"/>
      </w:pPr>
      <w:r>
        <w:rPr>
          <w:sz w:val="22"/>
        </w:rPr>
        <w:t>D. arrives</w:t>
      </w:r>
    </w:p>
    <w:p/>
    <w:p>
      <w:r>
        <w:rPr>
          <w:b/>
          <w:sz w:val="24"/>
        </w:rPr>
        <w:t>Câu 13: Following immigration regulations can help foreigners avoid ______ while living in or leaving Vietnam.</w:t>
      </w:r>
    </w:p>
    <w:p>
      <w:pPr>
        <w:pStyle w:val="ListParagraph"/>
      </w:pPr>
      <w:r>
        <w:rPr>
          <w:sz w:val="22"/>
        </w:rPr>
        <w:t>A. problems</w:t>
      </w:r>
    </w:p>
    <w:p>
      <w:pPr>
        <w:pStyle w:val="ListParagraph"/>
      </w:pPr>
      <w:r>
        <w:rPr>
          <w:sz w:val="22"/>
        </w:rPr>
        <w:t>B. travel</w:t>
      </w:r>
    </w:p>
    <w:p>
      <w:pPr>
        <w:pStyle w:val="ListParagraph"/>
      </w:pPr>
      <w:r>
        <w:rPr>
          <w:sz w:val="22"/>
        </w:rPr>
        <w:t>C. documents</w:t>
      </w:r>
    </w:p>
    <w:p>
      <w:pPr>
        <w:pStyle w:val="ListParagraph"/>
      </w:pPr>
      <w:r>
        <w:rPr>
          <w:sz w:val="22"/>
        </w:rPr>
        <w:t>D. visas</w:t>
      </w:r>
    </w:p>
    <w:p/>
    <w:p>
      <w:r>
        <w:rPr>
          <w:b/>
          <w:sz w:val="24"/>
        </w:rPr>
        <w:t>Câu 14: Vietnam and Cambodia are ______ in Southeast Asia.</w:t>
      </w:r>
    </w:p>
    <w:p>
      <w:pPr>
        <w:pStyle w:val="ListParagraph"/>
      </w:pPr>
      <w:r>
        <w:rPr>
          <w:sz w:val="22"/>
        </w:rPr>
        <w:t>A. neighbors</w:t>
      </w:r>
    </w:p>
    <w:p>
      <w:pPr>
        <w:pStyle w:val="ListParagraph"/>
      </w:pPr>
      <w:r>
        <w:rPr>
          <w:sz w:val="22"/>
        </w:rPr>
        <w:t>B. cities</w:t>
      </w:r>
    </w:p>
    <w:p>
      <w:pPr>
        <w:pStyle w:val="ListParagraph"/>
      </w:pPr>
      <w:r>
        <w:rPr>
          <w:sz w:val="22"/>
        </w:rPr>
        <w:t>C. islands</w:t>
      </w:r>
    </w:p>
    <w:p>
      <w:pPr>
        <w:pStyle w:val="ListParagraph"/>
      </w:pPr>
      <w:r>
        <w:rPr>
          <w:sz w:val="22"/>
        </w:rPr>
        <w:t>D. countries</w:t>
      </w:r>
    </w:p>
    <w:p/>
    <w:p>
      <w:r>
        <w:rPr>
          <w:b/>
          <w:sz w:val="24"/>
        </w:rPr>
        <w:t>Câu 15: The two countries share a ______ border.</w:t>
      </w:r>
    </w:p>
    <w:p>
      <w:pPr>
        <w:pStyle w:val="ListParagraph"/>
      </w:pPr>
      <w:r>
        <w:rPr>
          <w:sz w:val="22"/>
        </w:rPr>
        <w:t>A. long</w:t>
      </w:r>
    </w:p>
    <w:p>
      <w:pPr>
        <w:pStyle w:val="ListParagraph"/>
      </w:pPr>
      <w:r>
        <w:rPr>
          <w:sz w:val="22"/>
        </w:rPr>
        <w:t>B. short</w:t>
      </w:r>
    </w:p>
    <w:p>
      <w:pPr>
        <w:pStyle w:val="ListParagraph"/>
      </w:pPr>
      <w:r>
        <w:rPr>
          <w:sz w:val="22"/>
        </w:rPr>
        <w:t>C. small</w:t>
      </w:r>
    </w:p>
    <w:p>
      <w:pPr>
        <w:pStyle w:val="ListParagraph"/>
      </w:pPr>
      <w:r>
        <w:rPr>
          <w:sz w:val="22"/>
        </w:rPr>
        <w:t>D. narrow</w:t>
      </w:r>
    </w:p>
    <w:p/>
    <w:p>
      <w:r>
        <w:rPr>
          <w:b/>
          <w:sz w:val="24"/>
        </w:rPr>
        <w:t>Câu 16: There are many ways to travel between Vietnam and Cambodia, including flights, buses, cars and ______.</w:t>
      </w:r>
    </w:p>
    <w:p>
      <w:pPr>
        <w:pStyle w:val="ListParagraph"/>
      </w:pPr>
      <w:r>
        <w:rPr>
          <w:sz w:val="22"/>
        </w:rPr>
        <w:t>A. boats</w:t>
      </w:r>
    </w:p>
    <w:p>
      <w:pPr>
        <w:pStyle w:val="ListParagraph"/>
      </w:pPr>
      <w:r>
        <w:rPr>
          <w:sz w:val="22"/>
        </w:rPr>
        <w:t>B. trains</w:t>
      </w:r>
    </w:p>
    <w:p>
      <w:pPr>
        <w:pStyle w:val="ListParagraph"/>
      </w:pPr>
      <w:r>
        <w:rPr>
          <w:sz w:val="22"/>
        </w:rPr>
        <w:t>C. bicycles</w:t>
      </w:r>
    </w:p>
    <w:p>
      <w:pPr>
        <w:pStyle w:val="ListParagraph"/>
      </w:pPr>
      <w:r>
        <w:rPr>
          <w:sz w:val="22"/>
        </w:rPr>
        <w:t>D. taxis</w:t>
      </w:r>
    </w:p>
    <w:p/>
    <w:p>
      <w:r>
        <w:rPr>
          <w:b/>
          <w:sz w:val="24"/>
        </w:rPr>
        <w:t>Câu 17: ______ are required to travel from Vietnam into Cambodia.</w:t>
      </w:r>
    </w:p>
    <w:p>
      <w:pPr>
        <w:pStyle w:val="ListParagraph"/>
      </w:pPr>
      <w:r>
        <w:rPr>
          <w:sz w:val="22"/>
        </w:rPr>
        <w:t>A. Visas</w:t>
      </w:r>
    </w:p>
    <w:p>
      <w:pPr>
        <w:pStyle w:val="ListParagraph"/>
      </w:pPr>
      <w:r>
        <w:rPr>
          <w:sz w:val="22"/>
        </w:rPr>
        <w:t>B. Licenses</w:t>
      </w:r>
    </w:p>
    <w:p>
      <w:pPr>
        <w:pStyle w:val="ListParagraph"/>
      </w:pPr>
      <w:r>
        <w:rPr>
          <w:sz w:val="22"/>
        </w:rPr>
        <w:t>C. Tickets</w:t>
      </w:r>
    </w:p>
    <w:p>
      <w:pPr>
        <w:pStyle w:val="ListParagraph"/>
      </w:pPr>
      <w:r>
        <w:rPr>
          <w:sz w:val="22"/>
        </w:rPr>
        <w:t>D. Passports</w:t>
      </w:r>
    </w:p>
    <w:p/>
    <w:p>
      <w:r>
        <w:rPr>
          <w:b/>
          <w:sz w:val="24"/>
        </w:rPr>
        <w:t>Câu 18: Visas are available on ______ at airports and border crossings.</w:t>
      </w:r>
    </w:p>
    <w:p>
      <w:pPr>
        <w:pStyle w:val="ListParagraph"/>
      </w:pPr>
      <w:r>
        <w:rPr>
          <w:sz w:val="22"/>
        </w:rPr>
        <w:t>A. arrival</w:t>
      </w:r>
    </w:p>
    <w:p>
      <w:pPr>
        <w:pStyle w:val="ListParagraph"/>
      </w:pPr>
      <w:r>
        <w:rPr>
          <w:sz w:val="22"/>
        </w:rPr>
        <w:t>B. entry</w:t>
      </w:r>
    </w:p>
    <w:p>
      <w:pPr>
        <w:pStyle w:val="ListParagraph"/>
      </w:pPr>
      <w:r>
        <w:rPr>
          <w:sz w:val="22"/>
        </w:rPr>
        <w:t>C. departure</w:t>
      </w:r>
    </w:p>
    <w:p>
      <w:pPr>
        <w:pStyle w:val="ListParagraph"/>
      </w:pPr>
      <w:r>
        <w:rPr>
          <w:sz w:val="22"/>
        </w:rPr>
        <w:t>D. travel</w:t>
      </w:r>
    </w:p>
    <w:p/>
    <w:p>
      <w:r>
        <w:rPr>
          <w:b/>
          <w:sz w:val="24"/>
        </w:rPr>
        <w:t>Câu 19: Cambodia has two major ______.</w:t>
      </w:r>
    </w:p>
    <w:p>
      <w:pPr>
        <w:pStyle w:val="ListParagraph"/>
      </w:pPr>
      <w:r>
        <w:rPr>
          <w:sz w:val="22"/>
        </w:rPr>
        <w:t>A. airports</w:t>
      </w:r>
    </w:p>
    <w:p>
      <w:pPr>
        <w:pStyle w:val="ListParagraph"/>
      </w:pPr>
      <w:r>
        <w:rPr>
          <w:sz w:val="22"/>
        </w:rPr>
        <w:t>B. border gates</w:t>
      </w:r>
    </w:p>
    <w:p>
      <w:pPr>
        <w:pStyle w:val="ListParagraph"/>
      </w:pPr>
      <w:r>
        <w:rPr>
          <w:sz w:val="22"/>
        </w:rPr>
        <w:t>C. seaports</w:t>
      </w:r>
    </w:p>
    <w:p>
      <w:pPr>
        <w:pStyle w:val="ListParagraph"/>
      </w:pPr>
      <w:r>
        <w:rPr>
          <w:sz w:val="22"/>
        </w:rPr>
        <w:t>D. railway stations</w:t>
      </w:r>
    </w:p>
    <w:p/>
    <w:p>
      <w:r>
        <w:rPr>
          <w:b/>
          <w:sz w:val="24"/>
        </w:rPr>
        <w:t>Câu 20: The border crossing on the Vietnamese side is called ______.</w:t>
      </w:r>
    </w:p>
    <w:p>
      <w:pPr>
        <w:pStyle w:val="ListParagraph"/>
      </w:pPr>
      <w:r>
        <w:rPr>
          <w:sz w:val="22"/>
        </w:rPr>
        <w:t>A. Moc Bai</w:t>
      </w:r>
    </w:p>
    <w:p>
      <w:pPr>
        <w:pStyle w:val="ListParagraph"/>
      </w:pPr>
      <w:r>
        <w:rPr>
          <w:sz w:val="22"/>
        </w:rPr>
        <w:t>B. Phnom Penh</w:t>
      </w:r>
    </w:p>
    <w:p>
      <w:pPr>
        <w:pStyle w:val="ListParagraph"/>
      </w:pPr>
      <w:r>
        <w:rPr>
          <w:sz w:val="22"/>
        </w:rPr>
        <w:t>C. Chau Doc</w:t>
      </w:r>
    </w:p>
    <w:p>
      <w:pPr>
        <w:pStyle w:val="ListParagraph"/>
      </w:pPr>
      <w:r>
        <w:rPr>
          <w:sz w:val="22"/>
        </w:rPr>
        <w:t>D. Bavet</w:t>
      </w:r>
    </w:p>
    <w:p/>
    <w:p>
      <w:r>
        <w:rPr>
          <w:b/>
          <w:sz w:val="24"/>
        </w:rPr>
        <w:t>Câu 21: Siem Reap Airport is near the ______ Wat temple complex.</w:t>
      </w:r>
    </w:p>
    <w:p>
      <w:pPr>
        <w:pStyle w:val="ListParagraph"/>
      </w:pPr>
      <w:r>
        <w:rPr>
          <w:sz w:val="22"/>
        </w:rPr>
        <w:t>A. Angkor</w:t>
      </w:r>
    </w:p>
    <w:p>
      <w:pPr>
        <w:pStyle w:val="ListParagraph"/>
      </w:pPr>
      <w:r>
        <w:rPr>
          <w:sz w:val="22"/>
        </w:rPr>
        <w:t>B. Ba Den</w:t>
      </w:r>
    </w:p>
    <w:p>
      <w:pPr>
        <w:pStyle w:val="ListParagraph"/>
      </w:pPr>
      <w:r>
        <w:rPr>
          <w:sz w:val="22"/>
        </w:rPr>
        <w:t>C. Moc</w:t>
      </w:r>
    </w:p>
    <w:p>
      <w:pPr>
        <w:pStyle w:val="ListParagraph"/>
      </w:pPr>
      <w:r>
        <w:rPr>
          <w:sz w:val="22"/>
        </w:rPr>
        <w:t>D. Thuan Loi</w:t>
      </w:r>
    </w:p>
    <w:p/>
    <w:p>
      <w:r>
        <w:rPr>
          <w:b/>
          <w:sz w:val="24"/>
        </w:rPr>
        <w:t>Câu 22: Travelers need two passport-sized ______ for a visa on arrival.</w:t>
      </w:r>
    </w:p>
    <w:p>
      <w:pPr>
        <w:pStyle w:val="ListParagraph"/>
      </w:pPr>
      <w:r>
        <w:rPr>
          <w:sz w:val="22"/>
        </w:rPr>
        <w:t>A. photographs</w:t>
      </w:r>
    </w:p>
    <w:p>
      <w:pPr>
        <w:pStyle w:val="ListParagraph"/>
      </w:pPr>
      <w:r>
        <w:rPr>
          <w:sz w:val="22"/>
        </w:rPr>
        <w:t>B. cards</w:t>
      </w:r>
    </w:p>
    <w:p>
      <w:pPr>
        <w:pStyle w:val="ListParagraph"/>
      </w:pPr>
      <w:r>
        <w:rPr>
          <w:sz w:val="22"/>
        </w:rPr>
        <w:t>C. tickets</w:t>
      </w:r>
    </w:p>
    <w:p>
      <w:pPr>
        <w:pStyle w:val="ListParagraph"/>
      </w:pPr>
      <w:r>
        <w:rPr>
          <w:sz w:val="22"/>
        </w:rPr>
        <w:t>D. documents</w:t>
      </w:r>
    </w:p>
    <w:p/>
    <w:p>
      <w:r>
        <w:rPr>
          <w:b/>
          <w:sz w:val="24"/>
        </w:rPr>
        <w:t>Câu 23: If travelers do not have the photographs, they may be ______ a small amount.</w:t>
      </w:r>
    </w:p>
    <w:p>
      <w:pPr>
        <w:pStyle w:val="ListParagraph"/>
      </w:pPr>
      <w:r>
        <w:rPr>
          <w:sz w:val="22"/>
        </w:rPr>
        <w:t>A. fined</w:t>
      </w:r>
    </w:p>
    <w:p>
      <w:pPr>
        <w:pStyle w:val="ListParagraph"/>
      </w:pPr>
      <w:r>
        <w:rPr>
          <w:sz w:val="22"/>
        </w:rPr>
        <w:t>B. given</w:t>
      </w:r>
    </w:p>
    <w:p>
      <w:pPr>
        <w:pStyle w:val="ListParagraph"/>
      </w:pPr>
      <w:r>
        <w:rPr>
          <w:sz w:val="22"/>
        </w:rPr>
        <w:t>C. invited</w:t>
      </w:r>
    </w:p>
    <w:p>
      <w:pPr>
        <w:pStyle w:val="ListParagraph"/>
      </w:pPr>
      <w:r>
        <w:rPr>
          <w:sz w:val="22"/>
        </w:rPr>
        <w:t>D. offered</w:t>
      </w:r>
    </w:p>
    <w:p/>
    <w:p>
      <w:r>
        <w:rPr>
          <w:b/>
          <w:sz w:val="24"/>
        </w:rPr>
        <w:t>Câu 24: Most flights from Vietnam to Cambodia take between one and ______ hours.</w:t>
      </w:r>
    </w:p>
    <w:p>
      <w:pPr>
        <w:pStyle w:val="ListParagraph"/>
      </w:pPr>
      <w:r>
        <w:rPr>
          <w:sz w:val="22"/>
        </w:rPr>
        <w:t>A. two</w:t>
      </w:r>
    </w:p>
    <w:p>
      <w:pPr>
        <w:pStyle w:val="ListParagraph"/>
      </w:pPr>
      <w:r>
        <w:rPr>
          <w:sz w:val="22"/>
        </w:rPr>
        <w:t>B. three</w:t>
      </w:r>
    </w:p>
    <w:p>
      <w:pPr>
        <w:pStyle w:val="ListParagraph"/>
      </w:pPr>
      <w:r>
        <w:rPr>
          <w:sz w:val="22"/>
        </w:rPr>
        <w:t>C. five</w:t>
      </w:r>
    </w:p>
    <w:p>
      <w:pPr>
        <w:pStyle w:val="ListParagraph"/>
      </w:pPr>
      <w:r>
        <w:rPr>
          <w:sz w:val="22"/>
        </w:rPr>
        <w:t>D. four</w:t>
      </w:r>
    </w:p>
    <w:p/>
    <w:p>
      <w:r>
        <w:rPr>
          <w:b/>
          <w:sz w:val="24"/>
        </w:rPr>
        <w:t>Câu 25: The bus trip from Ho Chi Minh City to Phnom Penh takes approximately ______ hours.</w:t>
      </w:r>
    </w:p>
    <w:p>
      <w:pPr>
        <w:pStyle w:val="ListParagraph"/>
      </w:pPr>
      <w:r>
        <w:rPr>
          <w:sz w:val="22"/>
        </w:rPr>
        <w:t>A. six</w:t>
      </w:r>
    </w:p>
    <w:p>
      <w:pPr>
        <w:pStyle w:val="ListParagraph"/>
      </w:pPr>
      <w:r>
        <w:rPr>
          <w:sz w:val="22"/>
        </w:rPr>
        <w:t>B. eight</w:t>
      </w:r>
    </w:p>
    <w:p>
      <w:pPr>
        <w:pStyle w:val="ListParagraph"/>
      </w:pPr>
      <w:r>
        <w:rPr>
          <w:sz w:val="22"/>
        </w:rPr>
        <w:t>C. four</w:t>
      </w:r>
    </w:p>
    <w:p>
      <w:pPr>
        <w:pStyle w:val="ListParagraph"/>
      </w:pPr>
      <w:r>
        <w:rPr>
          <w:sz w:val="22"/>
        </w:rPr>
        <w:t>D. seven</w:t>
      </w:r>
    </w:p>
    <w:p/>
    <w:p>
      <w:r>
        <w:rPr>
          <w:b/>
          <w:sz w:val="24"/>
        </w:rPr>
        <w:t>Câu 26: Private ______ are allowed to cross at all land border points.</w:t>
      </w:r>
    </w:p>
    <w:p>
      <w:pPr>
        <w:pStyle w:val="ListParagraph"/>
      </w:pPr>
      <w:r>
        <w:rPr>
          <w:sz w:val="22"/>
        </w:rPr>
        <w:t>A. vehicles</w:t>
      </w:r>
    </w:p>
    <w:p>
      <w:pPr>
        <w:pStyle w:val="ListParagraph"/>
      </w:pPr>
      <w:r>
        <w:rPr>
          <w:sz w:val="22"/>
        </w:rPr>
        <w:t>B. trains</w:t>
      </w:r>
    </w:p>
    <w:p>
      <w:pPr>
        <w:pStyle w:val="ListParagraph"/>
      </w:pPr>
      <w:r>
        <w:rPr>
          <w:sz w:val="22"/>
        </w:rPr>
        <w:t>C. airplanes</w:t>
      </w:r>
    </w:p>
    <w:p>
      <w:pPr>
        <w:pStyle w:val="ListParagraph"/>
      </w:pPr>
      <w:r>
        <w:rPr>
          <w:sz w:val="22"/>
        </w:rPr>
        <w:t>D. boats</w:t>
      </w:r>
    </w:p>
    <w:p/>
    <w:p>
      <w:r>
        <w:rPr>
          <w:b/>
          <w:sz w:val="24"/>
        </w:rPr>
        <w:t>Câu 27: Fast boat service is available from Chau Doc to ______.</w:t>
      </w:r>
    </w:p>
    <w:p>
      <w:pPr>
        <w:pStyle w:val="ListParagraph"/>
      </w:pPr>
      <w:r>
        <w:rPr>
          <w:sz w:val="22"/>
        </w:rPr>
        <w:t>A. Phnom Penh</w:t>
      </w:r>
    </w:p>
    <w:p>
      <w:pPr>
        <w:pStyle w:val="ListParagraph"/>
      </w:pPr>
      <w:r>
        <w:rPr>
          <w:sz w:val="22"/>
        </w:rPr>
        <w:t>B. Siem Reap</w:t>
      </w:r>
    </w:p>
    <w:p>
      <w:pPr>
        <w:pStyle w:val="ListParagraph"/>
      </w:pPr>
      <w:r>
        <w:rPr>
          <w:sz w:val="22"/>
        </w:rPr>
        <w:t>C. Moc Bai</w:t>
      </w:r>
    </w:p>
    <w:p>
      <w:pPr>
        <w:pStyle w:val="ListParagraph"/>
      </w:pPr>
      <w:r>
        <w:rPr>
          <w:sz w:val="22"/>
        </w:rPr>
        <w:t>D. Bavet</w:t>
      </w:r>
    </w:p>
    <w:p/>
    <w:p>
      <w:r>
        <w:rPr>
          <w:b/>
          <w:sz w:val="24"/>
        </w:rPr>
        <w:t>Câu 28: River boat passengers have brief stops on land to check their passports and ______.</w:t>
      </w:r>
    </w:p>
    <w:p>
      <w:pPr>
        <w:pStyle w:val="ListParagraph"/>
      </w:pPr>
      <w:r>
        <w:rPr>
          <w:sz w:val="22"/>
        </w:rPr>
        <w:t>A. visas</w:t>
      </w:r>
    </w:p>
    <w:p>
      <w:pPr>
        <w:pStyle w:val="ListParagraph"/>
      </w:pPr>
      <w:r>
        <w:rPr>
          <w:sz w:val="22"/>
        </w:rPr>
        <w:t>B. tickets</w:t>
      </w:r>
    </w:p>
    <w:p>
      <w:pPr>
        <w:pStyle w:val="ListParagraph"/>
      </w:pPr>
      <w:r>
        <w:rPr>
          <w:sz w:val="22"/>
        </w:rPr>
        <w:t>C. luggage</w:t>
      </w:r>
    </w:p>
    <w:p>
      <w:pPr>
        <w:pStyle w:val="ListParagraph"/>
      </w:pPr>
      <w:r>
        <w:rPr>
          <w:sz w:val="22"/>
        </w:rPr>
        <w:t>D. photographs</w:t>
      </w:r>
    </w:p>
    <w:p/>
    <w:p>
      <w:r>
        <w:rPr>
          <w:b/>
          <w:sz w:val="24"/>
        </w:rPr>
        <w:t>Câu 29: Foreigners need a ______ Vietnam visa to enter Vietnam legally.</w:t>
      </w:r>
    </w:p>
    <w:p>
      <w:pPr>
        <w:pStyle w:val="ListParagraph"/>
      </w:pPr>
      <w:r>
        <w:rPr>
          <w:sz w:val="22"/>
        </w:rPr>
        <w:t>A. valid</w:t>
      </w:r>
    </w:p>
    <w:p>
      <w:pPr>
        <w:pStyle w:val="ListParagraph"/>
      </w:pPr>
      <w:r>
        <w:rPr>
          <w:sz w:val="22"/>
        </w:rPr>
        <w:t>B. foreign</w:t>
      </w:r>
    </w:p>
    <w:p>
      <w:pPr>
        <w:pStyle w:val="ListParagraph"/>
      </w:pPr>
      <w:r>
        <w:rPr>
          <w:sz w:val="22"/>
        </w:rPr>
        <w:t>C. temporary</w:t>
      </w:r>
    </w:p>
    <w:p>
      <w:pPr>
        <w:pStyle w:val="ListParagraph"/>
      </w:pPr>
      <w:r>
        <w:rPr>
          <w:sz w:val="22"/>
        </w:rPr>
        <w:t>D. expired</w:t>
      </w:r>
    </w:p>
    <w:p/>
    <w:p>
      <w:r>
        <w:rPr>
          <w:b/>
          <w:sz w:val="24"/>
        </w:rPr>
        <w:t>Câu 30: Some visa holders stay in Vietnam after their visas expire because of ______ reasons.</w:t>
      </w:r>
    </w:p>
    <w:p>
      <w:pPr>
        <w:pStyle w:val="ListParagraph"/>
      </w:pPr>
      <w:r>
        <w:rPr>
          <w:sz w:val="22"/>
        </w:rPr>
        <w:t>A. unexpected</w:t>
      </w:r>
    </w:p>
    <w:p>
      <w:pPr>
        <w:pStyle w:val="ListParagraph"/>
      </w:pPr>
      <w:r>
        <w:rPr>
          <w:sz w:val="22"/>
        </w:rPr>
        <w:t>B. normal</w:t>
      </w:r>
    </w:p>
    <w:p>
      <w:pPr>
        <w:pStyle w:val="ListParagraph"/>
      </w:pPr>
      <w:r>
        <w:rPr>
          <w:sz w:val="22"/>
        </w:rPr>
        <w:t>C. official</w:t>
      </w:r>
    </w:p>
    <w:p>
      <w:pPr>
        <w:pStyle w:val="ListParagraph"/>
      </w:pPr>
      <w:r>
        <w:rPr>
          <w:sz w:val="22"/>
        </w:rPr>
        <w:t>D. simple</w:t>
      </w:r>
    </w:p>
    <w:p/>
    <w:p>
      <w:r>
        <w:rPr>
          <w:b/>
          <w:sz w:val="24"/>
        </w:rPr>
        <w:t>Câu 31: Foreigners who stay in Vietnam after their visas expire may be ______.</w:t>
      </w:r>
    </w:p>
    <w:p>
      <w:pPr>
        <w:pStyle w:val="ListParagraph"/>
      </w:pPr>
      <w:r>
        <w:rPr>
          <w:sz w:val="22"/>
        </w:rPr>
        <w:t>A. penalized</w:t>
      </w:r>
    </w:p>
    <w:p>
      <w:pPr>
        <w:pStyle w:val="ListParagraph"/>
      </w:pPr>
      <w:r>
        <w:rPr>
          <w:sz w:val="22"/>
        </w:rPr>
        <w:t>B. welcomed</w:t>
      </w:r>
    </w:p>
    <w:p>
      <w:pPr>
        <w:pStyle w:val="ListParagraph"/>
      </w:pPr>
      <w:r>
        <w:rPr>
          <w:sz w:val="22"/>
        </w:rPr>
        <w:t>C. rewarded</w:t>
      </w:r>
    </w:p>
    <w:p>
      <w:pPr>
        <w:pStyle w:val="ListParagraph"/>
      </w:pPr>
      <w:r>
        <w:rPr>
          <w:sz w:val="22"/>
        </w:rPr>
        <w:t>D. invited</w:t>
      </w:r>
    </w:p>
    <w:p/>
    <w:p>
      <w:r>
        <w:rPr>
          <w:b/>
          <w:sz w:val="24"/>
        </w:rPr>
        <w:t>Câu 32: If a traveler’s visa has expired for no more than three days, the holder must pay a ______ fee.</w:t>
      </w:r>
    </w:p>
    <w:p>
      <w:pPr>
        <w:pStyle w:val="ListParagraph"/>
      </w:pPr>
      <w:r>
        <w:rPr>
          <w:sz w:val="22"/>
        </w:rPr>
        <w:t>A. penalty</w:t>
      </w:r>
    </w:p>
    <w:p>
      <w:pPr>
        <w:pStyle w:val="ListParagraph"/>
      </w:pPr>
      <w:r>
        <w:rPr>
          <w:sz w:val="22"/>
        </w:rPr>
        <w:t>B. transportation</w:t>
      </w:r>
    </w:p>
    <w:p>
      <w:pPr>
        <w:pStyle w:val="ListParagraph"/>
      </w:pPr>
      <w:r>
        <w:rPr>
          <w:sz w:val="22"/>
        </w:rPr>
        <w:t>C. hotel</w:t>
      </w:r>
    </w:p>
    <w:p>
      <w:pPr>
        <w:pStyle w:val="ListParagraph"/>
      </w:pPr>
      <w:r>
        <w:rPr>
          <w:sz w:val="22"/>
        </w:rPr>
        <w:t>D. passport</w:t>
      </w:r>
    </w:p>
    <w:p/>
    <w:p>
      <w:r>
        <w:rPr>
          <w:b/>
          <w:sz w:val="24"/>
        </w:rPr>
        <w:t>Câu 33: Foreigners can pay the fine at a port of ______ when leaving Vietnam.</w:t>
      </w:r>
    </w:p>
    <w:p>
      <w:pPr>
        <w:pStyle w:val="ListParagraph"/>
      </w:pPr>
      <w:r>
        <w:rPr>
          <w:sz w:val="22"/>
        </w:rPr>
        <w:t>A. exit</w:t>
      </w:r>
    </w:p>
    <w:p>
      <w:pPr>
        <w:pStyle w:val="ListParagraph"/>
      </w:pPr>
      <w:r>
        <w:rPr>
          <w:sz w:val="22"/>
        </w:rPr>
        <w:t>B. arrival</w:t>
      </w:r>
    </w:p>
    <w:p>
      <w:pPr>
        <w:pStyle w:val="ListParagraph"/>
      </w:pPr>
      <w:r>
        <w:rPr>
          <w:sz w:val="22"/>
        </w:rPr>
        <w:t>C. entry</w:t>
      </w:r>
    </w:p>
    <w:p>
      <w:pPr>
        <w:pStyle w:val="ListParagraph"/>
      </w:pPr>
      <w:r>
        <w:rPr>
          <w:sz w:val="22"/>
        </w:rPr>
        <w:t>D. travel</w:t>
      </w:r>
    </w:p>
    <w:p/>
    <w:p>
      <w:r>
        <w:rPr>
          <w:b/>
          <w:sz w:val="24"/>
        </w:rPr>
        <w:t>Câu 34: The fine can be paid to a Vietnam Immigration ______ at the port of exit.</w:t>
      </w:r>
    </w:p>
    <w:p>
      <w:pPr>
        <w:pStyle w:val="ListParagraph"/>
      </w:pPr>
      <w:r>
        <w:rPr>
          <w:sz w:val="22"/>
        </w:rPr>
        <w:t>A. officer</w:t>
      </w:r>
    </w:p>
    <w:p>
      <w:pPr>
        <w:pStyle w:val="ListParagraph"/>
      </w:pPr>
      <w:r>
        <w:rPr>
          <w:sz w:val="22"/>
        </w:rPr>
        <w:t>B. manager</w:t>
      </w:r>
    </w:p>
    <w:p>
      <w:pPr>
        <w:pStyle w:val="ListParagraph"/>
      </w:pPr>
      <w:r>
        <w:rPr>
          <w:sz w:val="22"/>
        </w:rPr>
        <w:t>C. guide</w:t>
      </w:r>
    </w:p>
    <w:p>
      <w:pPr>
        <w:pStyle w:val="ListParagraph"/>
      </w:pPr>
      <w:r>
        <w:rPr>
          <w:sz w:val="22"/>
        </w:rPr>
        <w:t>D. driver</w:t>
      </w:r>
    </w:p>
    <w:p/>
    <w:p>
      <w:r>
        <w:rPr>
          <w:b/>
          <w:sz w:val="24"/>
        </w:rPr>
        <w:t>Câu 35: Private vehicles are allowed to ______ the border at all land border crossings.</w:t>
      </w:r>
    </w:p>
    <w:p>
      <w:pPr>
        <w:pStyle w:val="ListParagraph"/>
      </w:pPr>
      <w:r>
        <w:rPr>
          <w:sz w:val="22"/>
        </w:rPr>
        <w:t>A. cross</w:t>
      </w:r>
    </w:p>
    <w:p>
      <w:pPr>
        <w:pStyle w:val="ListParagraph"/>
      </w:pPr>
      <w:r>
        <w:rPr>
          <w:sz w:val="22"/>
        </w:rPr>
        <w:t>B. avoid</w:t>
      </w:r>
    </w:p>
    <w:p>
      <w:pPr>
        <w:pStyle w:val="ListParagraph"/>
      </w:pPr>
      <w:r>
        <w:rPr>
          <w:sz w:val="22"/>
        </w:rPr>
        <w:t>C. stop</w:t>
      </w:r>
    </w:p>
    <w:p>
      <w:pPr>
        <w:pStyle w:val="ListParagraph"/>
      </w:pPr>
      <w:r>
        <w:rPr>
          <w:sz w:val="22"/>
        </w:rPr>
        <w:t>D. leave</w:t>
      </w:r>
    </w:p>
    <w:p/>
    <w:p>
      <w:r>
        <w:rPr>
          <w:b/>
          <w:sz w:val="24"/>
        </w:rPr>
        <w:t>Câu 36: Applicants must pay the fine and the fee for visa extension or______.</w:t>
      </w:r>
    </w:p>
    <w:p>
      <w:pPr>
        <w:pStyle w:val="ListParagraph"/>
      </w:pPr>
      <w:r>
        <w:rPr>
          <w:sz w:val="22"/>
        </w:rPr>
        <w:t>A. exit</w:t>
      </w:r>
    </w:p>
    <w:p>
      <w:pPr>
        <w:pStyle w:val="ListParagraph"/>
      </w:pPr>
      <w:r>
        <w:rPr>
          <w:sz w:val="22"/>
        </w:rPr>
        <w:t>B. entrance</w:t>
      </w:r>
    </w:p>
    <w:p>
      <w:pPr>
        <w:pStyle w:val="ListParagraph"/>
      </w:pPr>
      <w:r>
        <w:rPr>
          <w:sz w:val="22"/>
        </w:rPr>
        <w:t>C. arrival</w:t>
      </w:r>
    </w:p>
    <w:p>
      <w:pPr>
        <w:pStyle w:val="ListParagraph"/>
      </w:pPr>
      <w:r>
        <w:rPr>
          <w:sz w:val="22"/>
        </w:rPr>
        <w:t>D. travel</w:t>
      </w:r>
    </w:p>
    <w:p/>
    <w:p>
      <w:r>
        <w:rPr>
          <w:b/>
          <w:sz w:val="24"/>
        </w:rPr>
        <w:t>Câu 37: Visa holders must submit their original ______ when applying for an exit visa or visa extension.</w:t>
      </w:r>
    </w:p>
    <w:p>
      <w:pPr>
        <w:pStyle w:val="ListParagraph"/>
      </w:pPr>
      <w:r>
        <w:rPr>
          <w:sz w:val="22"/>
        </w:rPr>
        <w:t>A. passports</w:t>
      </w:r>
    </w:p>
    <w:p>
      <w:pPr>
        <w:pStyle w:val="ListParagraph"/>
      </w:pPr>
      <w:r>
        <w:rPr>
          <w:sz w:val="22"/>
        </w:rPr>
        <w:t>B. documents</w:t>
      </w:r>
    </w:p>
    <w:p>
      <w:pPr>
        <w:pStyle w:val="ListParagraph"/>
      </w:pPr>
      <w:r>
        <w:rPr>
          <w:sz w:val="22"/>
        </w:rPr>
        <w:t>C. tickets</w:t>
      </w:r>
    </w:p>
    <w:p>
      <w:pPr>
        <w:pStyle w:val="ListParagraph"/>
      </w:pPr>
      <w:r>
        <w:rPr>
          <w:sz w:val="22"/>
        </w:rPr>
        <w:t>D. photographs</w:t>
      </w:r>
    </w:p>
    <w:p/>
    <w:p>
      <w:r>
        <w:rPr>
          <w:b/>
          <w:sz w:val="24"/>
        </w:rPr>
        <w:t>Câu 38: After paying the fine, foreigners can ______ the country.</w:t>
      </w:r>
    </w:p>
    <w:p>
      <w:pPr>
        <w:pStyle w:val="ListParagraph"/>
      </w:pPr>
      <w:r>
        <w:rPr>
          <w:sz w:val="22"/>
        </w:rPr>
        <w:t>A. leave</w:t>
      </w:r>
    </w:p>
    <w:p>
      <w:pPr>
        <w:pStyle w:val="ListParagraph"/>
      </w:pPr>
      <w:r>
        <w:rPr>
          <w:sz w:val="22"/>
        </w:rPr>
        <w:t>B. enter</w:t>
      </w:r>
    </w:p>
    <w:p>
      <w:pPr>
        <w:pStyle w:val="ListParagraph"/>
      </w:pPr>
      <w:r>
        <w:rPr>
          <w:sz w:val="22"/>
        </w:rPr>
        <w:t>C. visit</w:t>
      </w:r>
    </w:p>
    <w:p>
      <w:pPr>
        <w:pStyle w:val="ListParagraph"/>
      </w:pPr>
      <w:r>
        <w:rPr>
          <w:sz w:val="22"/>
        </w:rPr>
        <w:t>D. cross</w:t>
      </w:r>
    </w:p>
    <w:p/>
    <w:p>
      <w:r>
        <w:rPr>
          <w:b/>
          <w:sz w:val="24"/>
        </w:rPr>
        <w:t>Câu 39: If a visa has expired for a long time, the foreigner should get an exit visa or visa ______ immediately.</w:t>
      </w:r>
    </w:p>
    <w:p>
      <w:pPr>
        <w:pStyle w:val="ListParagraph"/>
      </w:pPr>
      <w:r>
        <w:rPr>
          <w:sz w:val="22"/>
        </w:rPr>
        <w:t>A. extension</w:t>
      </w:r>
    </w:p>
    <w:p>
      <w:pPr>
        <w:pStyle w:val="ListParagraph"/>
      </w:pPr>
      <w:r>
        <w:rPr>
          <w:sz w:val="22"/>
        </w:rPr>
        <w:t>B. entrance</w:t>
      </w:r>
    </w:p>
    <w:p>
      <w:pPr>
        <w:pStyle w:val="ListParagraph"/>
      </w:pPr>
      <w:r>
        <w:rPr>
          <w:sz w:val="22"/>
        </w:rPr>
        <w:t>C. arrival</w:t>
      </w:r>
    </w:p>
    <w:p>
      <w:pPr>
        <w:pStyle w:val="ListParagraph"/>
      </w:pPr>
      <w:r>
        <w:rPr>
          <w:sz w:val="22"/>
        </w:rPr>
        <w:t>D. application</w:t>
      </w:r>
    </w:p>
    <w:p/>
    <w:p>
      <w:r>
        <w:rPr>
          <w:b/>
          <w:sz w:val="24"/>
        </w:rPr>
        <w:t>Câu 40: An exit visa allows a foreigner to leave Vietnam ______ within a specified period.</w:t>
      </w:r>
    </w:p>
    <w:p>
      <w:pPr>
        <w:pStyle w:val="ListParagraph"/>
      </w:pPr>
      <w:r>
        <w:rPr>
          <w:sz w:val="22"/>
        </w:rPr>
        <w:t>A. legally</w:t>
      </w:r>
    </w:p>
    <w:p>
      <w:pPr>
        <w:pStyle w:val="ListParagraph"/>
      </w:pPr>
      <w:r>
        <w:rPr>
          <w:sz w:val="22"/>
        </w:rPr>
        <w:t>B. suddenly</w:t>
      </w:r>
    </w:p>
    <w:p>
      <w:pPr>
        <w:pStyle w:val="ListParagraph"/>
      </w:pPr>
      <w:r>
        <w:rPr>
          <w:sz w:val="22"/>
        </w:rPr>
        <w:t>C. secretly</w:t>
      </w:r>
    </w:p>
    <w:p>
      <w:pPr>
        <w:pStyle w:val="ListParagraph"/>
      </w:pPr>
      <w:r>
        <w:rPr>
          <w:sz w:val="22"/>
        </w:rPr>
        <w:t>D. freely</w:t>
      </w:r>
    </w:p>
    <w:p/>
    <w:p>
      <w:r>
        <w:rPr>
          <w:b/>
          <w:sz w:val="24"/>
        </w:rPr>
        <w:t>Câu 41: Foreigners should pay attention to their Vietnam visa valid ______.</w:t>
      </w:r>
    </w:p>
    <w:p>
      <w:pPr>
        <w:pStyle w:val="ListParagraph"/>
      </w:pPr>
      <w:r>
        <w:rPr>
          <w:sz w:val="22"/>
        </w:rPr>
        <w:t>A. duration</w:t>
      </w:r>
    </w:p>
    <w:p>
      <w:pPr>
        <w:pStyle w:val="ListParagraph"/>
      </w:pPr>
      <w:r>
        <w:rPr>
          <w:sz w:val="22"/>
        </w:rPr>
        <w:t>B. passport</w:t>
      </w:r>
    </w:p>
    <w:p>
      <w:pPr>
        <w:pStyle w:val="ListParagraph"/>
      </w:pPr>
      <w:r>
        <w:rPr>
          <w:sz w:val="22"/>
        </w:rPr>
        <w:t>C. document</w:t>
      </w:r>
    </w:p>
    <w:p>
      <w:pPr>
        <w:pStyle w:val="ListParagraph"/>
      </w:pPr>
      <w:r>
        <w:rPr>
          <w:sz w:val="22"/>
        </w:rPr>
        <w:t>D. application</w:t>
      </w:r>
    </w:p>
    <w:p/>
    <w:p>
      <w:r>
        <w:rPr>
          <w:b/>
          <w:sz w:val="24"/>
        </w:rPr>
        <w:t>Câu 42: Foreigners should pay attention to their visa validity to avoid ______ while living in or leaving Vietnam.</w:t>
      </w:r>
    </w:p>
    <w:p>
      <w:pPr>
        <w:pStyle w:val="ListParagraph"/>
      </w:pPr>
      <w:r>
        <w:rPr>
          <w:sz w:val="22"/>
        </w:rPr>
        <w:t>A. problems</w:t>
      </w:r>
    </w:p>
    <w:p>
      <w:pPr>
        <w:pStyle w:val="ListParagraph"/>
      </w:pPr>
      <w:r>
        <w:rPr>
          <w:sz w:val="22"/>
        </w:rPr>
        <w:t>B. documents</w:t>
      </w:r>
    </w:p>
    <w:p>
      <w:pPr>
        <w:pStyle w:val="ListParagraph"/>
      </w:pPr>
      <w:r>
        <w:rPr>
          <w:sz w:val="22"/>
        </w:rPr>
        <w:t>C. travel</w:t>
      </w:r>
    </w:p>
    <w:p>
      <w:pPr>
        <w:pStyle w:val="ListParagraph"/>
      </w:pPr>
      <w:r>
        <w:rPr>
          <w:sz w:val="22"/>
        </w:rPr>
        <w:t>D. visas</w:t>
      </w:r>
    </w:p>
    <w:p/>
    <w:p>
      <w:r>
        <w:rPr>
          <w:b/>
          <w:sz w:val="24"/>
        </w:rPr>
        <w:t>Câu 43: Foreigners _______ from Vietnam will be banned from entry for three years.</w:t>
      </w:r>
    </w:p>
    <w:p>
      <w:pPr>
        <w:pStyle w:val="ListParagraph"/>
      </w:pPr>
      <w:r>
        <w:rPr>
          <w:sz w:val="22"/>
        </w:rPr>
        <w:t>A. deported</w:t>
      </w:r>
    </w:p>
    <w:p>
      <w:pPr>
        <w:pStyle w:val="ListParagraph"/>
      </w:pPr>
      <w:r>
        <w:rPr>
          <w:sz w:val="22"/>
        </w:rPr>
        <w:t>B. has deported</w:t>
      </w:r>
    </w:p>
    <w:p>
      <w:pPr>
        <w:pStyle w:val="ListParagraph"/>
      </w:pPr>
      <w:r>
        <w:rPr>
          <w:sz w:val="22"/>
        </w:rPr>
        <w:t>C. deportes</w:t>
      </w:r>
    </w:p>
    <w:p>
      <w:pPr>
        <w:pStyle w:val="ListParagraph"/>
      </w:pPr>
      <w:r>
        <w:rPr>
          <w:sz w:val="22"/>
        </w:rPr>
        <w:t>D. deporte</w:t>
      </w:r>
    </w:p>
    <w:p/>
    <w:p>
      <w:r>
        <w:rPr>
          <w:b/>
          <w:sz w:val="24"/>
        </w:rPr>
        <w:t>Câu 44: All visitors to Vietnam must complete the entry, exit and ______ procedures when entering or leaving the country.</w:t>
      </w:r>
    </w:p>
    <w:p>
      <w:pPr>
        <w:pStyle w:val="ListParagraph"/>
      </w:pPr>
      <w:r>
        <w:rPr>
          <w:sz w:val="22"/>
        </w:rPr>
        <w:t>A. customs</w:t>
      </w:r>
    </w:p>
    <w:p>
      <w:pPr>
        <w:pStyle w:val="ListParagraph"/>
      </w:pPr>
      <w:r>
        <w:rPr>
          <w:sz w:val="22"/>
        </w:rPr>
        <w:t>B. accommodation</w:t>
      </w:r>
    </w:p>
    <w:p>
      <w:pPr>
        <w:pStyle w:val="ListParagraph"/>
      </w:pPr>
      <w:r>
        <w:rPr>
          <w:sz w:val="22"/>
        </w:rPr>
        <w:t>C. transportation</w:t>
      </w:r>
    </w:p>
    <w:p>
      <w:pPr>
        <w:pStyle w:val="ListParagraph"/>
      </w:pPr>
      <w:r>
        <w:rPr>
          <w:sz w:val="22"/>
        </w:rPr>
        <w:t>D. immigration</w:t>
      </w:r>
    </w:p>
    <w:p/>
    <w:p>
      <w:r>
        <w:rPr>
          <w:b/>
          <w:sz w:val="24"/>
        </w:rPr>
        <w:t>Câu 45: I would like to apply________ a visa on arrival to enter Viet Nam.</w:t>
      </w:r>
    </w:p>
    <w:p>
      <w:pPr>
        <w:pStyle w:val="ListParagraph"/>
      </w:pPr>
      <w:r>
        <w:rPr>
          <w:sz w:val="22"/>
        </w:rPr>
        <w:t>A. for</w:t>
      </w:r>
    </w:p>
    <w:p>
      <w:pPr>
        <w:pStyle w:val="ListParagraph"/>
      </w:pPr>
      <w:r>
        <w:rPr>
          <w:sz w:val="22"/>
        </w:rPr>
        <w:t>B. to</w:t>
      </w:r>
    </w:p>
    <w:p>
      <w:pPr>
        <w:pStyle w:val="ListParagraph"/>
      </w:pPr>
      <w:r>
        <w:rPr>
          <w:sz w:val="22"/>
        </w:rPr>
        <w:t>C. by</w:t>
      </w:r>
    </w:p>
    <w:p>
      <w:pPr>
        <w:pStyle w:val="ListParagraph"/>
      </w:pPr>
      <w:r>
        <w:rPr>
          <w:sz w:val="22"/>
        </w:rPr>
        <w:t>D. of</w:t>
      </w:r>
    </w:p>
    <w:p/>
    <w:p>
      <w:r>
        <w:rPr>
          <w:b/>
          <w:sz w:val="24"/>
        </w:rPr>
        <w:t>Câu 46: The goods and luggage brought into Vietnam must be sufficient for ______ use only.</w:t>
      </w:r>
    </w:p>
    <w:p>
      <w:pPr>
        <w:pStyle w:val="ListParagraph"/>
      </w:pPr>
      <w:r>
        <w:rPr>
          <w:sz w:val="22"/>
        </w:rPr>
        <w:t>A. personal</w:t>
      </w:r>
    </w:p>
    <w:p>
      <w:pPr>
        <w:pStyle w:val="ListParagraph"/>
      </w:pPr>
      <w:r>
        <w:rPr>
          <w:sz w:val="22"/>
        </w:rPr>
        <w:t>B. commercial</w:t>
      </w:r>
    </w:p>
    <w:p>
      <w:pPr>
        <w:pStyle w:val="ListParagraph"/>
      </w:pPr>
      <w:r>
        <w:rPr>
          <w:sz w:val="22"/>
        </w:rPr>
        <w:t>C. official</w:t>
      </w:r>
    </w:p>
    <w:p>
      <w:pPr>
        <w:pStyle w:val="ListParagraph"/>
      </w:pPr>
      <w:r>
        <w:rPr>
          <w:sz w:val="22"/>
        </w:rPr>
        <w:t>D. industrial</w:t>
      </w:r>
    </w:p>
    <w:p/>
    <w:p>
      <w:r>
        <w:rPr>
          <w:b/>
          <w:sz w:val="24"/>
        </w:rPr>
        <w:t>Câu 47: Travelers should show their luggage again at Customs when ______ Vietnam.</w:t>
      </w:r>
    </w:p>
    <w:p>
      <w:pPr>
        <w:pStyle w:val="ListParagraph"/>
      </w:pPr>
      <w:r>
        <w:rPr>
          <w:sz w:val="22"/>
        </w:rPr>
        <w:t>A. entering</w:t>
      </w:r>
    </w:p>
    <w:p>
      <w:pPr>
        <w:pStyle w:val="ListParagraph"/>
      </w:pPr>
      <w:r>
        <w:rPr>
          <w:sz w:val="22"/>
        </w:rPr>
        <w:t>B. leaving</w:t>
      </w:r>
    </w:p>
    <w:p>
      <w:pPr>
        <w:pStyle w:val="ListParagraph"/>
      </w:pPr>
      <w:r>
        <w:rPr>
          <w:sz w:val="22"/>
        </w:rPr>
        <w:t>C. visiting</w:t>
      </w:r>
    </w:p>
    <w:p>
      <w:pPr>
        <w:pStyle w:val="ListParagraph"/>
      </w:pPr>
      <w:r>
        <w:rPr>
          <w:sz w:val="22"/>
        </w:rPr>
        <w:t>D. crossing</w:t>
      </w:r>
    </w:p>
    <w:p/>
    <w:p>
      <w:r>
        <w:rPr>
          <w:b/>
          <w:sz w:val="24"/>
        </w:rPr>
        <w:t>Câu 48: Exit visa allows them a _______ period to leave Vietnam legally.</w:t>
      </w:r>
    </w:p>
    <w:p>
      <w:pPr>
        <w:pStyle w:val="ListParagraph"/>
      </w:pPr>
      <w:r>
        <w:rPr>
          <w:sz w:val="22"/>
        </w:rPr>
        <w:t>A. specified</w:t>
      </w:r>
    </w:p>
    <w:p>
      <w:pPr>
        <w:pStyle w:val="ListParagraph"/>
      </w:pPr>
      <w:r>
        <w:rPr>
          <w:sz w:val="22"/>
        </w:rPr>
        <w:t>B. special</w:t>
      </w:r>
    </w:p>
    <w:p>
      <w:pPr>
        <w:pStyle w:val="ListParagraph"/>
      </w:pPr>
      <w:r>
        <w:rPr>
          <w:sz w:val="22"/>
        </w:rPr>
        <w:t>C. specific</w:t>
      </w:r>
    </w:p>
    <w:p>
      <w:pPr>
        <w:pStyle w:val="ListParagraph"/>
      </w:pPr>
      <w:r>
        <w:rPr>
          <w:sz w:val="22"/>
        </w:rPr>
        <w:t>D. specially</w:t>
      </w:r>
    </w:p>
    <w:p/>
    <w:p>
      <w:r>
        <w:rPr>
          <w:b/>
          <w:sz w:val="24"/>
        </w:rPr>
        <w:t>Câu 49: If a visa for a long time, the foreigner should get an exit visa or visa extension ______ immediately.</w:t>
      </w:r>
    </w:p>
    <w:p>
      <w:pPr>
        <w:pStyle w:val="ListParagraph"/>
      </w:pPr>
      <w:r>
        <w:rPr>
          <w:sz w:val="22"/>
        </w:rPr>
        <w:t>A. has expired</w:t>
      </w:r>
    </w:p>
    <w:p>
      <w:pPr>
        <w:pStyle w:val="ListParagraph"/>
      </w:pPr>
      <w:r>
        <w:rPr>
          <w:sz w:val="22"/>
        </w:rPr>
        <w:t>B. expires</w:t>
      </w:r>
    </w:p>
    <w:p>
      <w:pPr>
        <w:pStyle w:val="ListParagraph"/>
      </w:pPr>
      <w:r>
        <w:rPr>
          <w:sz w:val="22"/>
        </w:rPr>
        <w:t>C. expired</w:t>
      </w:r>
    </w:p>
    <w:p>
      <w:pPr>
        <w:pStyle w:val="ListParagraph"/>
      </w:pPr>
      <w:r>
        <w:rPr>
          <w:sz w:val="22"/>
        </w:rPr>
        <w:t>D. is expire</w:t>
      </w:r>
    </w:p>
    <w:p/>
    <w:p>
      <w:r>
        <w:rPr>
          <w:b/>
          <w:sz w:val="24"/>
        </w:rPr>
        <w:t>Câu 50: Travelers must show their passport and other required documents to the ______ Officers.</w:t>
      </w:r>
    </w:p>
    <w:p>
      <w:pPr>
        <w:pStyle w:val="ListParagraph"/>
      </w:pPr>
      <w:r>
        <w:rPr>
          <w:sz w:val="22"/>
        </w:rPr>
        <w:t>A. Immigration</w:t>
      </w:r>
    </w:p>
    <w:p>
      <w:pPr>
        <w:pStyle w:val="ListParagraph"/>
      </w:pPr>
      <w:r>
        <w:rPr>
          <w:sz w:val="22"/>
        </w:rPr>
        <w:t>B. Security</w:t>
      </w:r>
    </w:p>
    <w:p>
      <w:pPr>
        <w:pStyle w:val="ListParagraph"/>
      </w:pPr>
      <w:r>
        <w:rPr>
          <w:sz w:val="22"/>
        </w:rPr>
        <w:t>C. Customs</w:t>
      </w:r>
    </w:p>
    <w:p>
      <w:pPr>
        <w:pStyle w:val="ListParagraph"/>
      </w:pPr>
      <w:r>
        <w:rPr>
          <w:sz w:val="22"/>
        </w:rPr>
        <w:t>D. Police</w:t>
      </w:r>
    </w:p>
    <w:p/>
    <w:p>
      <w:r>
        <w:rPr>
          <w:b/>
          <w:sz w:val="24"/>
        </w:rPr>
        <w:t>Câu 51: Weapons, ammunition, explosives and narcotics are ______ goods for import or export without a permit.</w:t>
      </w:r>
    </w:p>
    <w:p>
      <w:pPr>
        <w:pStyle w:val="ListParagraph"/>
      </w:pPr>
      <w:r>
        <w:rPr>
          <w:sz w:val="22"/>
        </w:rPr>
        <w:t>A. prohibited</w:t>
      </w:r>
    </w:p>
    <w:p>
      <w:pPr>
        <w:pStyle w:val="ListParagraph"/>
      </w:pPr>
      <w:r>
        <w:rPr>
          <w:sz w:val="22"/>
        </w:rPr>
        <w:t>B. legal</w:t>
      </w:r>
    </w:p>
    <w:p>
      <w:pPr>
        <w:pStyle w:val="ListParagraph"/>
      </w:pPr>
      <w:r>
        <w:rPr>
          <w:sz w:val="22"/>
        </w:rPr>
        <w:t>C. personal</w:t>
      </w:r>
    </w:p>
    <w:p>
      <w:pPr>
        <w:pStyle w:val="ListParagraph"/>
      </w:pPr>
      <w:r>
        <w:rPr>
          <w:sz w:val="22"/>
        </w:rPr>
        <w:t>D. temporary</w:t>
      </w:r>
    </w:p>
    <w:p/>
    <w:p>
      <w:r>
        <w:rPr>
          <w:b/>
          <w:sz w:val="24"/>
        </w:rPr>
        <w:t>Câu 52: The goods and luggage brought into Vietnam must be sufficient for ______ use only.</w:t>
      </w:r>
    </w:p>
    <w:p>
      <w:pPr>
        <w:pStyle w:val="ListParagraph"/>
      </w:pPr>
      <w:r>
        <w:rPr>
          <w:sz w:val="22"/>
        </w:rPr>
        <w:t>A. personal</w:t>
      </w:r>
    </w:p>
    <w:p>
      <w:pPr>
        <w:pStyle w:val="ListParagraph"/>
      </w:pPr>
      <w:r>
        <w:rPr>
          <w:sz w:val="22"/>
        </w:rPr>
        <w:t>B. commercial</w:t>
      </w:r>
    </w:p>
    <w:p>
      <w:pPr>
        <w:pStyle w:val="ListParagraph"/>
      </w:pPr>
      <w:r>
        <w:rPr>
          <w:sz w:val="22"/>
        </w:rPr>
        <w:t>C. official</w:t>
      </w:r>
    </w:p>
    <w:p>
      <w:pPr>
        <w:pStyle w:val="ListParagraph"/>
      </w:pPr>
      <w:r>
        <w:rPr>
          <w:sz w:val="22"/>
        </w:rPr>
        <w:t>D. industrial</w:t>
      </w:r>
    </w:p>
    <w:p/>
    <w:p>
      <w:r>
        <w:rPr>
          <w:b/>
          <w:sz w:val="24"/>
        </w:rPr>
        <w:t>Câu 53: The ________ for a Chinese single visa is 30 USD, a multiple one is 60 USD.</w:t>
      </w:r>
    </w:p>
    <w:p>
      <w:pPr>
        <w:pStyle w:val="ListParagraph"/>
      </w:pPr>
      <w:r>
        <w:rPr>
          <w:sz w:val="22"/>
        </w:rPr>
        <w:t>A. fee</w:t>
      </w:r>
    </w:p>
    <w:p>
      <w:pPr>
        <w:pStyle w:val="ListParagraph"/>
      </w:pPr>
      <w:r>
        <w:rPr>
          <w:sz w:val="22"/>
        </w:rPr>
        <w:t>B. priced</w:t>
      </w:r>
    </w:p>
    <w:p>
      <w:pPr>
        <w:pStyle w:val="ListParagraph"/>
      </w:pPr>
      <w:r>
        <w:rPr>
          <w:sz w:val="22"/>
        </w:rPr>
        <w:t>C. cost</w:t>
      </w:r>
    </w:p>
    <w:p>
      <w:pPr>
        <w:pStyle w:val="ListParagraph"/>
      </w:pPr>
      <w:r>
        <w:rPr>
          <w:sz w:val="22"/>
        </w:rPr>
        <w:t>D. currency</w:t>
      </w:r>
    </w:p>
    <w:p/>
    <w:p>
      <w:r>
        <w:rPr>
          <w:b/>
          <w:sz w:val="24"/>
        </w:rPr>
        <w:t>Câu 54: Some of the papers related to the ship ______ of General Declaration, Crew List, Passenger List, to name a few.</w:t>
      </w:r>
    </w:p>
    <w:p>
      <w:pPr>
        <w:pStyle w:val="ListParagraph"/>
      </w:pPr>
      <w:r>
        <w:rPr>
          <w:sz w:val="22"/>
        </w:rPr>
        <w:t>A. consist</w:t>
      </w:r>
    </w:p>
    <w:p>
      <w:pPr>
        <w:pStyle w:val="ListParagraph"/>
      </w:pPr>
      <w:r>
        <w:rPr>
          <w:sz w:val="22"/>
        </w:rPr>
        <w:t>B. include</w:t>
      </w:r>
    </w:p>
    <w:p>
      <w:pPr>
        <w:pStyle w:val="ListParagraph"/>
      </w:pPr>
      <w:r>
        <w:rPr>
          <w:sz w:val="22"/>
        </w:rPr>
        <w:t>C. exclude</w:t>
      </w:r>
    </w:p>
    <w:p>
      <w:pPr>
        <w:pStyle w:val="ListParagraph"/>
      </w:pPr>
      <w:r>
        <w:rPr>
          <w:sz w:val="22"/>
        </w:rPr>
        <w:t>D. have</w:t>
      </w:r>
    </w:p>
    <w:p/>
    <w:p>
      <w:r>
        <w:rPr>
          <w:b/>
          <w:sz w:val="24"/>
        </w:rPr>
        <w:t>Câu 55: I am sorry to inform you that one of your ship members have ______ Vietnam’s law.</w:t>
      </w:r>
    </w:p>
    <w:p>
      <w:pPr>
        <w:pStyle w:val="ListParagraph"/>
      </w:pPr>
      <w:r>
        <w:rPr>
          <w:sz w:val="22"/>
        </w:rPr>
        <w:t>A. violated</w:t>
      </w:r>
    </w:p>
    <w:p>
      <w:pPr>
        <w:pStyle w:val="ListParagraph"/>
      </w:pPr>
      <w:r>
        <w:rPr>
          <w:sz w:val="22"/>
        </w:rPr>
        <w:t>B. let</w:t>
      </w:r>
    </w:p>
    <w:p>
      <w:pPr>
        <w:pStyle w:val="ListParagraph"/>
      </w:pPr>
      <w:r>
        <w:rPr>
          <w:sz w:val="22"/>
        </w:rPr>
        <w:t>C. allowed</w:t>
      </w:r>
    </w:p>
    <w:p>
      <w:pPr>
        <w:pStyle w:val="ListParagraph"/>
      </w:pPr>
      <w:r>
        <w:rPr>
          <w:sz w:val="22"/>
        </w:rPr>
        <w:t>D. Ignore</w:t>
      </w:r>
    </w:p>
    <w:p/>
    <w:p>
      <w:r>
        <w:rPr>
          <w:b/>
          <w:sz w:val="24"/>
        </w:rPr>
        <w:t>Câu 56: Moc Bai is the ______ international land border gate in the south.</w:t>
      </w:r>
    </w:p>
    <w:p>
      <w:pPr>
        <w:pStyle w:val="ListParagraph"/>
      </w:pPr>
      <w:r>
        <w:rPr>
          <w:sz w:val="22"/>
        </w:rPr>
        <w:t>A. largest</w:t>
      </w:r>
    </w:p>
    <w:p>
      <w:pPr>
        <w:pStyle w:val="ListParagraph"/>
      </w:pPr>
      <w:r>
        <w:rPr>
          <w:sz w:val="22"/>
        </w:rPr>
        <w:t>B. newest</w:t>
      </w:r>
    </w:p>
    <w:p>
      <w:pPr>
        <w:pStyle w:val="ListParagraph"/>
      </w:pPr>
      <w:r>
        <w:rPr>
          <w:sz w:val="22"/>
        </w:rPr>
        <w:t>C. smallest</w:t>
      </w:r>
    </w:p>
    <w:p>
      <w:pPr>
        <w:pStyle w:val="ListParagraph"/>
      </w:pPr>
      <w:r>
        <w:rPr>
          <w:sz w:val="22"/>
        </w:rPr>
        <w:t>D. oldest</w:t>
      </w:r>
    </w:p>
    <w:p/>
    <w:p>
      <w:r>
        <w:rPr>
          <w:b/>
          <w:sz w:val="24"/>
        </w:rPr>
        <w:t>Câu 57: Many tourists from Ho Chi Minh City and ______ provinces visit Moc Bai.</w:t>
      </w:r>
    </w:p>
    <w:p>
      <w:pPr>
        <w:pStyle w:val="ListParagraph"/>
      </w:pPr>
      <w:r>
        <w:rPr>
          <w:sz w:val="22"/>
        </w:rPr>
        <w:t>A. neighboring</w:t>
      </w:r>
    </w:p>
    <w:p>
      <w:pPr>
        <w:pStyle w:val="ListParagraph"/>
      </w:pPr>
      <w:r>
        <w:rPr>
          <w:sz w:val="22"/>
        </w:rPr>
        <w:t>B. foreign</w:t>
      </w:r>
    </w:p>
    <w:p>
      <w:pPr>
        <w:pStyle w:val="ListParagraph"/>
      </w:pPr>
      <w:r>
        <w:rPr>
          <w:sz w:val="22"/>
        </w:rPr>
        <w:t>C. distant</w:t>
      </w:r>
    </w:p>
    <w:p>
      <w:pPr>
        <w:pStyle w:val="ListParagraph"/>
      </w:pPr>
      <w:r>
        <w:rPr>
          <w:sz w:val="22"/>
        </w:rPr>
        <w:t>D. northern</w:t>
      </w:r>
    </w:p>
    <w:p/>
    <w:p>
      <w:r>
        <w:rPr>
          <w:b/>
          <w:sz w:val="24"/>
        </w:rPr>
        <w:t>Câu 58: Visitors can enjoy a ______ view of Tay Ninh town center from Ba Den Mountain.</w:t>
      </w:r>
    </w:p>
    <w:p>
      <w:pPr>
        <w:pStyle w:val="ListParagraph"/>
      </w:pPr>
      <w:r>
        <w:rPr>
          <w:sz w:val="22"/>
        </w:rPr>
        <w:t>A. panoramic</w:t>
      </w:r>
    </w:p>
    <w:p>
      <w:pPr>
        <w:pStyle w:val="ListParagraph"/>
      </w:pPr>
      <w:r>
        <w:rPr>
          <w:sz w:val="22"/>
        </w:rPr>
        <w:t>B. limited</w:t>
      </w:r>
    </w:p>
    <w:p>
      <w:pPr>
        <w:pStyle w:val="ListParagraph"/>
      </w:pPr>
      <w:r>
        <w:rPr>
          <w:sz w:val="22"/>
        </w:rPr>
        <w:t>C. narrow</w:t>
      </w:r>
    </w:p>
    <w:p>
      <w:pPr>
        <w:pStyle w:val="ListParagraph"/>
      </w:pPr>
      <w:r>
        <w:rPr>
          <w:sz w:val="22"/>
        </w:rPr>
        <w:t>D. underground</w:t>
      </w:r>
    </w:p>
    <w:p/>
    <w:p>
      <w:r>
        <w:rPr>
          <w:b/>
          <w:sz w:val="24"/>
        </w:rPr>
        <w:t>Câu 59: ThuanLoi tunnel is located ______ the border gate.</w:t>
      </w:r>
    </w:p>
    <w:p>
      <w:pPr>
        <w:pStyle w:val="ListParagraph"/>
      </w:pPr>
      <w:r>
        <w:rPr>
          <w:sz w:val="22"/>
        </w:rPr>
        <w:t>A. near</w:t>
      </w:r>
    </w:p>
    <w:p>
      <w:pPr>
        <w:pStyle w:val="ListParagraph"/>
      </w:pPr>
      <w:r>
        <w:rPr>
          <w:sz w:val="22"/>
        </w:rPr>
        <w:t>B. far from</w:t>
      </w:r>
    </w:p>
    <w:p>
      <w:pPr>
        <w:pStyle w:val="ListParagraph"/>
      </w:pPr>
      <w:r>
        <w:rPr>
          <w:sz w:val="22"/>
        </w:rPr>
        <w:t>C. behind</w:t>
      </w:r>
    </w:p>
    <w:p>
      <w:pPr>
        <w:pStyle w:val="ListParagraph"/>
      </w:pPr>
      <w:r>
        <w:rPr>
          <w:sz w:val="22"/>
        </w:rPr>
        <w:t>D. outside</w:t>
      </w:r>
    </w:p>
    <w:p/>
    <w:p>
      <w:r>
        <w:rPr>
          <w:b/>
          <w:sz w:val="24"/>
        </w:rPr>
        <w:t>Câu 60: Moc Bai border gate is located on the ______ road.</w:t>
      </w:r>
    </w:p>
    <w:p>
      <w:pPr>
        <w:pStyle w:val="ListParagraph"/>
      </w:pPr>
      <w:r>
        <w:rPr>
          <w:sz w:val="22"/>
        </w:rPr>
        <w:t>A. trans-Asia</w:t>
      </w:r>
    </w:p>
    <w:p>
      <w:pPr>
        <w:pStyle w:val="ListParagraph"/>
      </w:pPr>
      <w:r>
        <w:rPr>
          <w:sz w:val="22"/>
        </w:rPr>
        <w:t>B. national</w:t>
      </w:r>
    </w:p>
    <w:p>
      <w:pPr>
        <w:pStyle w:val="ListParagraph"/>
      </w:pPr>
      <w:r>
        <w:rPr>
          <w:sz w:val="22"/>
        </w:rPr>
        <w:t>C. coastal</w:t>
      </w:r>
    </w:p>
    <w:p>
      <w:pPr>
        <w:pStyle w:val="ListParagraph"/>
      </w:pPr>
      <w:r>
        <w:rPr>
          <w:sz w:val="22"/>
        </w:rPr>
        <w:t>D. railway</w:t>
      </w:r>
    </w:p>
    <w:p/>
    <w:p>
      <w:r>
        <w:rPr>
          <w:b/>
          <w:sz w:val="24"/>
        </w:rPr>
        <w:t>Câu 61: Travelers must declare electronic devices if they are not intended for ______ use.</w:t>
      </w:r>
    </w:p>
    <w:p>
      <w:pPr>
        <w:pStyle w:val="ListParagraph"/>
      </w:pPr>
      <w:r>
        <w:rPr>
          <w:sz w:val="22"/>
        </w:rPr>
        <w:t>A. personal</w:t>
      </w:r>
    </w:p>
    <w:p>
      <w:pPr>
        <w:pStyle w:val="ListParagraph"/>
      </w:pPr>
      <w:r>
        <w:rPr>
          <w:sz w:val="22"/>
        </w:rPr>
        <w:t>B. official</w:t>
      </w:r>
    </w:p>
    <w:p>
      <w:pPr>
        <w:pStyle w:val="ListParagraph"/>
      </w:pPr>
      <w:r>
        <w:rPr>
          <w:sz w:val="22"/>
        </w:rPr>
        <w:t>C. public</w:t>
      </w:r>
    </w:p>
    <w:p>
      <w:pPr>
        <w:pStyle w:val="ListParagraph"/>
      </w:pPr>
      <w:r>
        <w:rPr>
          <w:sz w:val="22"/>
        </w:rPr>
        <w:t>D. national</w:t>
      </w:r>
    </w:p>
    <w:p/>
    <w:p>
      <w:r>
        <w:rPr>
          <w:b/>
          <w:sz w:val="24"/>
        </w:rPr>
        <w:t>Câu 62: Moc Bai border gate is located in ______ province.</w:t>
      </w:r>
    </w:p>
    <w:p>
      <w:pPr>
        <w:pStyle w:val="ListParagraph"/>
      </w:pPr>
      <w:r>
        <w:rPr>
          <w:sz w:val="22"/>
        </w:rPr>
        <w:t>A. Tay Ninh</w:t>
      </w:r>
    </w:p>
    <w:p>
      <w:pPr>
        <w:pStyle w:val="ListParagraph"/>
      </w:pPr>
      <w:r>
        <w:rPr>
          <w:sz w:val="22"/>
        </w:rPr>
        <w:t>B. Kien Giang</w:t>
      </w:r>
    </w:p>
    <w:p>
      <w:pPr>
        <w:pStyle w:val="ListParagraph"/>
      </w:pPr>
      <w:r>
        <w:rPr>
          <w:sz w:val="22"/>
        </w:rPr>
        <w:t>C. Dong Nai</w:t>
      </w:r>
    </w:p>
    <w:p>
      <w:pPr>
        <w:pStyle w:val="ListParagraph"/>
      </w:pPr>
      <w:r>
        <w:rPr>
          <w:sz w:val="22"/>
        </w:rPr>
        <w:t>D. Long An</w:t>
      </w:r>
    </w:p>
    <w:p/>
    <w:p>
      <w:r>
        <w:rPr>
          <w:b/>
          <w:sz w:val="24"/>
        </w:rPr>
        <w:t>Câu 63: Exit visa allows them a _______ period to leave Vietnam legally.</w:t>
      </w:r>
    </w:p>
    <w:p>
      <w:pPr>
        <w:pStyle w:val="ListParagraph"/>
      </w:pPr>
      <w:r>
        <w:rPr>
          <w:sz w:val="22"/>
        </w:rPr>
        <w:t>A. specified</w:t>
      </w:r>
    </w:p>
    <w:p>
      <w:pPr>
        <w:pStyle w:val="ListParagraph"/>
      </w:pPr>
      <w:r>
        <w:rPr>
          <w:sz w:val="22"/>
        </w:rPr>
        <w:t>B. special</w:t>
      </w:r>
    </w:p>
    <w:p>
      <w:pPr>
        <w:pStyle w:val="ListParagraph"/>
      </w:pPr>
      <w:r>
        <w:rPr>
          <w:sz w:val="22"/>
        </w:rPr>
        <w:t>C. specific</w:t>
      </w:r>
    </w:p>
    <w:p>
      <w:pPr>
        <w:pStyle w:val="ListParagraph"/>
      </w:pPr>
      <w:r>
        <w:rPr>
          <w:sz w:val="22"/>
        </w:rPr>
        <w:t>D. specially</w:t>
      </w:r>
    </w:p>
    <w:p/>
    <w:p>
      <w:r>
        <w:rPr>
          <w:b/>
          <w:sz w:val="24"/>
        </w:rPr>
        <w:t>Câu 64: During a short stop when passengers travel by river boat, border officers check their passports and ______.</w:t>
      </w:r>
    </w:p>
    <w:p>
      <w:pPr>
        <w:pStyle w:val="ListParagraph"/>
      </w:pPr>
      <w:r>
        <w:rPr>
          <w:sz w:val="22"/>
        </w:rPr>
        <w:t>A. visas</w:t>
      </w:r>
    </w:p>
    <w:p>
      <w:pPr>
        <w:pStyle w:val="ListParagraph"/>
      </w:pPr>
      <w:r>
        <w:rPr>
          <w:sz w:val="22"/>
        </w:rPr>
        <w:t>B. pictures</w:t>
      </w:r>
    </w:p>
    <w:p>
      <w:pPr>
        <w:pStyle w:val="ListParagraph"/>
      </w:pPr>
      <w:r>
        <w:rPr>
          <w:sz w:val="22"/>
        </w:rPr>
        <w:t>C. tickets</w:t>
      </w:r>
    </w:p>
    <w:p>
      <w:pPr>
        <w:pStyle w:val="ListParagraph"/>
      </w:pPr>
      <w:r>
        <w:rPr>
          <w:sz w:val="22"/>
        </w:rPr>
        <w:t>D. photographs</w:t>
      </w:r>
    </w:p>
    <w:p/>
    <w:p>
      <w:r>
        <w:rPr>
          <w:b/>
          <w:sz w:val="24"/>
        </w:rPr>
        <w:t>Câu 65: Xa Xia or Ha Tien international border gate has become a famous tourist ______ in Kien Giang.</w:t>
      </w:r>
    </w:p>
    <w:p>
      <w:pPr>
        <w:pStyle w:val="ListParagraph"/>
      </w:pPr>
      <w:r>
        <w:rPr>
          <w:sz w:val="22"/>
        </w:rPr>
        <w:t>A. attraction</w:t>
      </w:r>
    </w:p>
    <w:p>
      <w:pPr>
        <w:pStyle w:val="ListParagraph"/>
      </w:pPr>
      <w:r>
        <w:rPr>
          <w:sz w:val="22"/>
        </w:rPr>
        <w:t>B. center</w:t>
      </w:r>
    </w:p>
    <w:p>
      <w:pPr>
        <w:pStyle w:val="ListParagraph"/>
      </w:pPr>
      <w:r>
        <w:rPr>
          <w:sz w:val="22"/>
        </w:rPr>
        <w:t>C. airport</w:t>
      </w:r>
    </w:p>
    <w:p>
      <w:pPr>
        <w:pStyle w:val="ListParagraph"/>
      </w:pPr>
      <w:r>
        <w:rPr>
          <w:sz w:val="22"/>
        </w:rPr>
        <w:t>D. supermarket</w:t>
      </w:r>
    </w:p>
    <w:p/>
    <w:p>
      <w:r>
        <w:rPr>
          <w:b/>
          <w:sz w:val="24"/>
        </w:rPr>
        <w:t>Câu 66: Private vehicles are allowed to ______ the border at all land border crossings.</w:t>
      </w:r>
    </w:p>
    <w:p>
      <w:pPr>
        <w:pStyle w:val="ListParagraph"/>
      </w:pPr>
      <w:r>
        <w:rPr>
          <w:sz w:val="22"/>
        </w:rPr>
        <w:t>A. cross</w:t>
      </w:r>
    </w:p>
    <w:p>
      <w:pPr>
        <w:pStyle w:val="ListParagraph"/>
      </w:pPr>
      <w:r>
        <w:rPr>
          <w:sz w:val="22"/>
        </w:rPr>
        <w:t>B. avoid</w:t>
      </w:r>
    </w:p>
    <w:p>
      <w:pPr>
        <w:pStyle w:val="ListParagraph"/>
      </w:pPr>
      <w:r>
        <w:rPr>
          <w:sz w:val="22"/>
        </w:rPr>
        <w:t>C. stop</w:t>
      </w:r>
    </w:p>
    <w:p>
      <w:pPr>
        <w:pStyle w:val="ListParagraph"/>
      </w:pPr>
      <w:r>
        <w:rPr>
          <w:sz w:val="22"/>
        </w:rPr>
        <w:t>D. leave</w:t>
      </w:r>
    </w:p>
    <w:p/>
    <w:p>
      <w:r>
        <w:rPr>
          <w:b/>
          <w:sz w:val="24"/>
        </w:rPr>
        <w:t>Câu 67: Thuan Loi tunnel is a revolutionary ______ site.</w:t>
      </w:r>
    </w:p>
    <w:p>
      <w:pPr>
        <w:pStyle w:val="ListParagraph"/>
      </w:pPr>
      <w:r>
        <w:rPr>
          <w:sz w:val="22"/>
        </w:rPr>
        <w:t>A. historical</w:t>
      </w:r>
    </w:p>
    <w:p>
      <w:pPr>
        <w:pStyle w:val="ListParagraph"/>
      </w:pPr>
      <w:r>
        <w:rPr>
          <w:sz w:val="22"/>
        </w:rPr>
        <w:t>B. natural</w:t>
      </w:r>
    </w:p>
    <w:p>
      <w:pPr>
        <w:pStyle w:val="ListParagraph"/>
      </w:pPr>
      <w:r>
        <w:rPr>
          <w:sz w:val="22"/>
        </w:rPr>
        <w:t>C. tourist</w:t>
      </w:r>
    </w:p>
    <w:p>
      <w:pPr>
        <w:pStyle w:val="ListParagraph"/>
      </w:pPr>
      <w:r>
        <w:rPr>
          <w:sz w:val="22"/>
        </w:rPr>
        <w:t>D. shopping</w:t>
      </w:r>
    </w:p>
    <w:p/>
    <w:p>
      <w:r>
        <w:rPr>
          <w:b/>
          <w:sz w:val="24"/>
        </w:rPr>
        <w:t>Câu 68: Xa Xia or Ha Tien international border gate is about ______ from Ha Tien town.</w:t>
      </w:r>
    </w:p>
    <w:p>
      <w:pPr>
        <w:pStyle w:val="ListParagraph"/>
      </w:pPr>
      <w:r>
        <w:rPr>
          <w:sz w:val="22"/>
        </w:rPr>
        <w:t>A. 7km</w:t>
      </w:r>
    </w:p>
    <w:p>
      <w:pPr>
        <w:pStyle w:val="ListParagraph"/>
      </w:pPr>
      <w:r>
        <w:rPr>
          <w:sz w:val="22"/>
        </w:rPr>
        <w:t>B. 3km</w:t>
      </w:r>
    </w:p>
    <w:p>
      <w:pPr>
        <w:pStyle w:val="ListParagraph"/>
      </w:pPr>
      <w:r>
        <w:rPr>
          <w:sz w:val="22"/>
        </w:rPr>
        <w:t>C. 5km</w:t>
      </w:r>
    </w:p>
    <w:p>
      <w:pPr>
        <w:pStyle w:val="ListParagraph"/>
      </w:pPr>
      <w:r>
        <w:rPr>
          <w:sz w:val="22"/>
        </w:rPr>
        <w:t>D. 10km</w:t>
      </w:r>
    </w:p>
    <w:p/>
    <w:p>
      <w:r>
        <w:rPr>
          <w:b/>
          <w:sz w:val="24"/>
        </w:rPr>
        <w:t>Câu 69: Ba Den Mountain is an attractive ______ for visitors.</w:t>
      </w:r>
    </w:p>
    <w:p>
      <w:pPr>
        <w:pStyle w:val="ListParagraph"/>
      </w:pPr>
      <w:r>
        <w:rPr>
          <w:sz w:val="22"/>
        </w:rPr>
        <w:t>A. destination</w:t>
      </w:r>
    </w:p>
    <w:p>
      <w:pPr>
        <w:pStyle w:val="ListParagraph"/>
      </w:pPr>
      <w:r>
        <w:rPr>
          <w:sz w:val="22"/>
        </w:rPr>
        <w:t>B. airport</w:t>
      </w:r>
    </w:p>
    <w:p>
      <w:pPr>
        <w:pStyle w:val="ListParagraph"/>
      </w:pPr>
      <w:r>
        <w:rPr>
          <w:sz w:val="22"/>
        </w:rPr>
        <w:t>C. border</w:t>
      </w:r>
    </w:p>
    <w:p>
      <w:pPr>
        <w:pStyle w:val="ListParagraph"/>
      </w:pPr>
      <w:r>
        <w:rPr>
          <w:sz w:val="22"/>
        </w:rPr>
        <w:t>D. supermarket</w:t>
      </w:r>
    </w:p>
    <w:p/>
    <w:p>
      <w:r>
        <w:rPr>
          <w:b/>
          <w:sz w:val="24"/>
        </w:rPr>
        <w:t>Câu 70: You should pay attention and have your visa extended before it_______</w:t>
      </w:r>
    </w:p>
    <w:p>
      <w:pPr>
        <w:pStyle w:val="ListParagraph"/>
      </w:pPr>
      <w:r>
        <w:rPr>
          <w:sz w:val="22"/>
        </w:rPr>
        <w:t>A. expires</w:t>
      </w:r>
    </w:p>
    <w:p>
      <w:pPr>
        <w:pStyle w:val="ListParagraph"/>
      </w:pPr>
      <w:r>
        <w:rPr>
          <w:sz w:val="22"/>
        </w:rPr>
        <w:t>B. expire</w:t>
      </w:r>
    </w:p>
    <w:p>
      <w:pPr>
        <w:pStyle w:val="ListParagraph"/>
      </w:pPr>
      <w:r>
        <w:rPr>
          <w:sz w:val="22"/>
        </w:rPr>
        <w:t>C. has expired</w:t>
      </w:r>
    </w:p>
    <w:p>
      <w:pPr>
        <w:pStyle w:val="ListParagraph"/>
      </w:pPr>
      <w:r>
        <w:rPr>
          <w:sz w:val="22"/>
        </w:rPr>
        <w:t>D. expired</w:t>
      </w:r>
    </w:p>
    <w:p/>
    <w:p>
      <w:r>
        <w:rPr>
          <w:b/>
          <w:sz w:val="24"/>
        </w:rPr>
        <w:t>Câu 71: Xa Xia is also known as the ______ international border gate.</w:t>
      </w:r>
    </w:p>
    <w:p>
      <w:pPr>
        <w:pStyle w:val="ListParagraph"/>
      </w:pPr>
      <w:r>
        <w:rPr>
          <w:sz w:val="22"/>
        </w:rPr>
        <w:t>A. Ha Tien</w:t>
      </w:r>
    </w:p>
    <w:p>
      <w:pPr>
        <w:pStyle w:val="ListParagraph"/>
      </w:pPr>
      <w:r>
        <w:rPr>
          <w:sz w:val="22"/>
        </w:rPr>
        <w:t>B. Phnom Penh</w:t>
      </w:r>
    </w:p>
    <w:p>
      <w:pPr>
        <w:pStyle w:val="ListParagraph"/>
      </w:pPr>
      <w:r>
        <w:rPr>
          <w:sz w:val="22"/>
        </w:rPr>
        <w:t>C. Moc Bai</w:t>
      </w:r>
    </w:p>
    <w:p>
      <w:pPr>
        <w:pStyle w:val="ListParagraph"/>
      </w:pPr>
      <w:r>
        <w:rPr>
          <w:sz w:val="22"/>
        </w:rPr>
        <w:t>D. Bavet</w:t>
      </w:r>
    </w:p>
    <w:p/>
    <w:p>
      <w:r>
        <w:rPr>
          <w:b/>
          <w:sz w:val="24"/>
        </w:rPr>
        <w:t>Câu 72: Siem Reap Airport is important to tourists because it is near the ______ temple complex.</w:t>
      </w:r>
    </w:p>
    <w:p>
      <w:pPr>
        <w:pStyle w:val="ListParagraph"/>
      </w:pPr>
      <w:r>
        <w:rPr>
          <w:sz w:val="22"/>
        </w:rPr>
        <w:t>A. Angkor Wat</w:t>
      </w:r>
    </w:p>
    <w:p>
      <w:pPr>
        <w:pStyle w:val="ListParagraph"/>
      </w:pPr>
      <w:r>
        <w:rPr>
          <w:sz w:val="22"/>
        </w:rPr>
        <w:t>B. Ba Den</w:t>
      </w:r>
    </w:p>
    <w:p>
      <w:pPr>
        <w:pStyle w:val="ListParagraph"/>
      </w:pPr>
      <w:r>
        <w:rPr>
          <w:sz w:val="22"/>
        </w:rPr>
        <w:t>C. Phnom Penh</w:t>
      </w:r>
    </w:p>
    <w:p>
      <w:pPr>
        <w:pStyle w:val="ListParagraph"/>
      </w:pPr>
      <w:r>
        <w:rPr>
          <w:sz w:val="22"/>
        </w:rPr>
        <w:t>D. Moc Bai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D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A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A</w:t>
      </w:r>
    </w:p>
    <w:p>
      <w:r>
        <w:rPr>
          <w:b/>
        </w:rPr>
        <w:t>Câu 15: Đáp án đúng: A</w:t>
      </w:r>
    </w:p>
    <w:p>
      <w:r>
        <w:rPr>
          <w:b/>
        </w:rPr>
        <w:t>Câu 16: Đáp án đúng: A</w:t>
      </w:r>
    </w:p>
    <w:p>
      <w:r>
        <w:rPr>
          <w:b/>
        </w:rPr>
        <w:t>Câu 17: Đáp án đúng: A</w:t>
      </w:r>
    </w:p>
    <w:p>
      <w:r>
        <w:rPr>
          <w:b/>
        </w:rPr>
        <w:t>Câu 18: Đáp án đúng: A</w:t>
      </w:r>
    </w:p>
    <w:p>
      <w:r>
        <w:rPr>
          <w:b/>
        </w:rPr>
        <w:t>Câu 19: Đáp án đúng: A</w:t>
      </w:r>
    </w:p>
    <w:p>
      <w:r>
        <w:rPr>
          <w:b/>
        </w:rPr>
        <w:t>Câu 20: Đáp án đúng: A</w:t>
      </w:r>
    </w:p>
    <w:p>
      <w:r>
        <w:rPr>
          <w:b/>
        </w:rPr>
        <w:t>Câu 21: Đáp án đúng: A</w:t>
      </w:r>
    </w:p>
    <w:p>
      <w:r>
        <w:rPr>
          <w:b/>
        </w:rPr>
        <w:t>Câu 22: Đáp án đúng: A</w:t>
      </w:r>
    </w:p>
    <w:p>
      <w:r>
        <w:rPr>
          <w:b/>
        </w:rPr>
        <w:t>Câu 23: Đáp án đúng: A</w:t>
      </w:r>
    </w:p>
    <w:p>
      <w:r>
        <w:rPr>
          <w:b/>
        </w:rPr>
        <w:t>Câu 24: Đáp án đúng: A</w:t>
      </w:r>
    </w:p>
    <w:p>
      <w:r>
        <w:rPr>
          <w:b/>
        </w:rPr>
        <w:t>Câu 25: Đáp án đúng: A</w:t>
      </w:r>
    </w:p>
    <w:p>
      <w:r>
        <w:rPr>
          <w:b/>
        </w:rPr>
        <w:t>Câu 26: Đáp án đúng: A</w:t>
      </w:r>
    </w:p>
    <w:p>
      <w:r>
        <w:rPr>
          <w:b/>
        </w:rPr>
        <w:t>Câu 27: Đáp án đúng: A</w:t>
      </w:r>
    </w:p>
    <w:p>
      <w:r>
        <w:rPr>
          <w:b/>
        </w:rPr>
        <w:t>Câu 28: Đáp án đúng: A</w:t>
      </w:r>
    </w:p>
    <w:p>
      <w:r>
        <w:rPr>
          <w:b/>
        </w:rPr>
        <w:t>Câu 29: Đáp án đúng: A</w:t>
      </w:r>
    </w:p>
    <w:p>
      <w:r>
        <w:rPr>
          <w:b/>
        </w:rPr>
        <w:t>Câu 30: Đáp án đúng: A</w:t>
      </w:r>
    </w:p>
    <w:p>
      <w:r>
        <w:rPr>
          <w:b/>
        </w:rPr>
        <w:t>Câu 31: Đáp án đúng: A</w:t>
      </w:r>
    </w:p>
    <w:p>
      <w:r>
        <w:rPr>
          <w:b/>
        </w:rPr>
        <w:t>Câu 32: Đáp án đúng: A</w:t>
      </w:r>
    </w:p>
    <w:p>
      <w:r>
        <w:rPr>
          <w:b/>
        </w:rPr>
        <w:t>Câu 33: Đáp án đúng: A</w:t>
      </w:r>
    </w:p>
    <w:p>
      <w:r>
        <w:rPr>
          <w:b/>
        </w:rPr>
        <w:t>Câu 34: Đáp án đúng: A</w:t>
      </w:r>
    </w:p>
    <w:p>
      <w:r>
        <w:rPr>
          <w:b/>
        </w:rPr>
        <w:t>Câu 35: Đáp án đúng: A</w:t>
      </w:r>
    </w:p>
    <w:p>
      <w:r>
        <w:rPr>
          <w:b/>
        </w:rPr>
        <w:t>Câu 36: Đáp án đúng: A</w:t>
      </w:r>
    </w:p>
    <w:p>
      <w:r>
        <w:rPr>
          <w:b/>
        </w:rPr>
        <w:t>Câu 37: Đáp án đúng: A</w:t>
      </w:r>
    </w:p>
    <w:p>
      <w:r>
        <w:rPr>
          <w:b/>
        </w:rPr>
        <w:t>Câu 38: Đáp án đúng: A</w:t>
      </w:r>
    </w:p>
    <w:p>
      <w:r>
        <w:rPr>
          <w:b/>
        </w:rPr>
        <w:t>Câu 39: Đáp án đúng: A</w:t>
      </w:r>
    </w:p>
    <w:p>
      <w:r>
        <w:rPr>
          <w:b/>
        </w:rPr>
        <w:t>Câu 40: Đáp án đúng: A</w:t>
      </w:r>
    </w:p>
    <w:p>
      <w:r>
        <w:rPr>
          <w:b/>
        </w:rPr>
        <w:t>Câu 41: Đáp án đúng: A</w:t>
      </w:r>
    </w:p>
    <w:p>
      <w:r>
        <w:rPr>
          <w:b/>
        </w:rPr>
        <w:t>Câu 42: Đáp án đúng: A</w:t>
      </w:r>
    </w:p>
    <w:p>
      <w:r>
        <w:rPr>
          <w:b/>
        </w:rPr>
        <w:t>Câu 43: Đáp án đúng: A</w:t>
      </w:r>
    </w:p>
    <w:p>
      <w:r>
        <w:rPr>
          <w:b/>
        </w:rPr>
        <w:t>Câu 44: Đáp án đúng: A</w:t>
      </w:r>
    </w:p>
    <w:p>
      <w:r>
        <w:rPr>
          <w:b/>
        </w:rPr>
        <w:t>Câu 45: Đáp án đúng: A</w:t>
      </w:r>
    </w:p>
    <w:p>
      <w:r>
        <w:rPr>
          <w:b/>
        </w:rPr>
        <w:t>Câu 46: Đáp án đúng: A</w:t>
      </w:r>
    </w:p>
    <w:p>
      <w:r>
        <w:rPr>
          <w:b/>
        </w:rPr>
        <w:t>Câu 47: Đáp án đúng: A</w:t>
      </w:r>
    </w:p>
    <w:p>
      <w:r>
        <w:rPr>
          <w:b/>
        </w:rPr>
        <w:t>Câu 48: Đáp án đúng: A</w:t>
      </w:r>
    </w:p>
    <w:p>
      <w:r>
        <w:rPr>
          <w:b/>
        </w:rPr>
        <w:t>Câu 49: Đáp án đúng: A</w:t>
      </w:r>
    </w:p>
    <w:p>
      <w:r>
        <w:rPr>
          <w:b/>
        </w:rPr>
        <w:t>Câu 50: Đáp án đúng: A</w:t>
      </w:r>
    </w:p>
    <w:p>
      <w:r>
        <w:rPr>
          <w:b/>
        </w:rPr>
        <w:t>Câu 51: Đáp án đúng: A</w:t>
      </w:r>
    </w:p>
    <w:p>
      <w:r>
        <w:rPr>
          <w:b/>
        </w:rPr>
        <w:t>Câu 52: Đáp án đúng: A</w:t>
      </w:r>
    </w:p>
    <w:p>
      <w:r>
        <w:rPr>
          <w:b/>
        </w:rPr>
        <w:t>Câu 53: Đáp án đúng: A</w:t>
      </w:r>
    </w:p>
    <w:p>
      <w:r>
        <w:rPr>
          <w:b/>
        </w:rPr>
        <w:t>Câu 54: Đáp án đúng: B</w:t>
      </w:r>
    </w:p>
    <w:p>
      <w:r>
        <w:rPr>
          <w:b/>
        </w:rPr>
        <w:t>Câu 55: Đáp án đúng: A</w:t>
      </w:r>
    </w:p>
    <w:p>
      <w:r>
        <w:rPr>
          <w:b/>
        </w:rPr>
        <w:t>Câu 56: Đáp án đúng: A</w:t>
      </w:r>
    </w:p>
    <w:p>
      <w:r>
        <w:rPr>
          <w:b/>
        </w:rPr>
        <w:t>Câu 57: Đáp án đúng: A</w:t>
      </w:r>
    </w:p>
    <w:p>
      <w:r>
        <w:rPr>
          <w:b/>
        </w:rPr>
        <w:t>Câu 58: Đáp án đúng: A</w:t>
      </w:r>
    </w:p>
    <w:p>
      <w:r>
        <w:rPr>
          <w:b/>
        </w:rPr>
        <w:t>Câu 59: Đáp án đúng: A</w:t>
      </w:r>
    </w:p>
    <w:p>
      <w:r>
        <w:rPr>
          <w:b/>
        </w:rPr>
        <w:t>Câu 60: Đáp án đúng: A</w:t>
      </w:r>
    </w:p>
    <w:p>
      <w:r>
        <w:rPr>
          <w:b/>
        </w:rPr>
        <w:t>Câu 61: Đáp án đúng: A</w:t>
      </w:r>
    </w:p>
    <w:p>
      <w:r>
        <w:rPr>
          <w:b/>
        </w:rPr>
        <w:t>Câu 62: Đáp án đúng: A</w:t>
      </w:r>
    </w:p>
    <w:p>
      <w:r>
        <w:rPr>
          <w:b/>
        </w:rPr>
        <w:t>Câu 63: Đáp án đúng: A</w:t>
      </w:r>
    </w:p>
    <w:p>
      <w:r>
        <w:rPr>
          <w:b/>
        </w:rPr>
        <w:t>Câu 64: Đáp án đúng: A</w:t>
      </w:r>
    </w:p>
    <w:p>
      <w:r>
        <w:rPr>
          <w:b/>
        </w:rPr>
        <w:t>Câu 65: Đáp án đúng: A</w:t>
      </w:r>
    </w:p>
    <w:p>
      <w:r>
        <w:rPr>
          <w:b/>
        </w:rPr>
        <w:t>Câu 66: Đáp án đúng: A</w:t>
      </w:r>
    </w:p>
    <w:p>
      <w:r>
        <w:rPr>
          <w:b/>
        </w:rPr>
        <w:t>Câu 67: Đáp án đúng: A</w:t>
      </w:r>
    </w:p>
    <w:p>
      <w:r>
        <w:rPr>
          <w:b/>
        </w:rPr>
        <w:t>Câu 68: Đáp án đúng: A</w:t>
      </w:r>
    </w:p>
    <w:p>
      <w:r>
        <w:rPr>
          <w:b/>
        </w:rPr>
        <w:t>Câu 69: Đáp án đúng: A</w:t>
      </w:r>
    </w:p>
    <w:p>
      <w:r>
        <w:rPr>
          <w:b/>
        </w:rPr>
        <w:t>Câu 70: Đáp án đúng: A</w:t>
      </w:r>
    </w:p>
    <w:p>
      <w:r>
        <w:rPr>
          <w:b/>
        </w:rPr>
        <w:t>Câu 71: Đáp án đúng: A</w:t>
      </w:r>
    </w:p>
    <w:p>
      <w:r>
        <w:rPr>
          <w:b/>
        </w:rPr>
        <w:t>Câu 72: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