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Trường hơp nào dưới đây dự án chỉ cần thiết kế 1 b</w:t>
      </w:r>
    </w:p>
    <w:p>
      <w:pPr>
        <w:jc w:val="center"/>
      </w:pPr>
      <w:r>
        <w:rPr>
          <w:sz w:val="22"/>
        </w:rPr>
        <w:t>Số câu: 27    Thời gian: _____ phút    Họ và tên: _________________________</w:t>
      </w:r>
    </w:p>
    <w:p/>
    <w:p>
      <w:r>
        <w:rPr>
          <w:b/>
          <w:sz w:val="24"/>
        </w:rPr>
        <w:t>Câu 1: Trường hơp nào dưới đây dự án chỉ cần thiết kế 1 bước?</w:t>
      </w:r>
    </w:p>
    <w:p>
      <w:pPr>
        <w:pStyle w:val="ListParagraph"/>
      </w:pPr>
      <w:r>
        <w:rPr>
          <w:sz w:val="22"/>
        </w:rPr>
        <w:t>A. Dự án nhóm C</w:t>
      </w:r>
    </w:p>
    <w:p>
      <w:pPr>
        <w:pStyle w:val="ListParagraph"/>
      </w:pPr>
      <w:r>
        <w:rPr>
          <w:sz w:val="22"/>
        </w:rPr>
        <w:t>B. Dự án nhóm B</w:t>
      </w:r>
    </w:p>
    <w:p>
      <w:pPr>
        <w:pStyle w:val="ListParagraph"/>
      </w:pPr>
      <w:r>
        <w:rPr>
          <w:sz w:val="22"/>
        </w:rPr>
        <w:t>C. Dự án nhóm A</w:t>
      </w:r>
    </w:p>
    <w:p>
      <w:pPr>
        <w:pStyle w:val="ListParagraph"/>
      </w:pPr>
      <w:r>
        <w:rPr>
          <w:sz w:val="22"/>
        </w:rPr>
        <w:t>D. Dự án vì mục đích tôn giáo</w:t>
      </w:r>
    </w:p>
    <w:p/>
    <w:p>
      <w:r>
        <w:rPr>
          <w:b/>
          <w:sz w:val="24"/>
        </w:rPr>
        <w:t>Câu 2: Sản phẩm xây dựng thuỷ lợi thường được xây dựng tại các nơi như:</w:t>
      </w:r>
    </w:p>
    <w:p>
      <w:pPr>
        <w:pStyle w:val="ListParagraph"/>
      </w:pPr>
      <w:r>
        <w:rPr>
          <w:sz w:val="22"/>
        </w:rPr>
        <w:t>A. Trên các sông, suối</w:t>
      </w:r>
    </w:p>
    <w:p>
      <w:pPr>
        <w:pStyle w:val="ListParagraph"/>
      </w:pPr>
      <w:r>
        <w:rPr>
          <w:sz w:val="22"/>
        </w:rPr>
        <w:t>B. Có điều kiện địa hình, địa chất rất phức tạp</w:t>
      </w:r>
    </w:p>
    <w:p>
      <w:pPr>
        <w:pStyle w:val="ListParagraph"/>
      </w:pPr>
      <w:r>
        <w:rPr>
          <w:sz w:val="22"/>
        </w:rPr>
        <w:t>C. Cả A, B đều đúng</w:t>
      </w:r>
    </w:p>
    <w:p>
      <w:pPr>
        <w:pStyle w:val="ListParagraph"/>
      </w:pPr>
      <w:r>
        <w:rPr>
          <w:sz w:val="22"/>
        </w:rPr>
        <w:t>D. Cả A, B đều sai</w:t>
      </w:r>
    </w:p>
    <w:p/>
    <w:p>
      <w:r>
        <w:rPr>
          <w:b/>
          <w:sz w:val="24"/>
        </w:rPr>
        <w:t>Câu 3: Nội dung nào KHÔNG phải là đặc điểm của quá trình thi công xây dựng căn cứ theo tính chất của sản phẩm xây dựng?</w:t>
      </w:r>
    </w:p>
    <w:p>
      <w:pPr>
        <w:pStyle w:val="ListParagraph"/>
      </w:pPr>
      <w:r>
        <w:rPr>
          <w:sz w:val="22"/>
        </w:rPr>
        <w:t>A. Chu kỳ sản xuất (thời gian xây dựng) thường dài</w:t>
      </w:r>
    </w:p>
    <w:p>
      <w:pPr>
        <w:pStyle w:val="ListParagraph"/>
      </w:pPr>
      <w:r>
        <w:rPr>
          <w:sz w:val="22"/>
        </w:rPr>
        <w:t>B. Trình độ kỹ thuật, tổ chức sản xuất, quản lý kinh tế</w:t>
      </w:r>
    </w:p>
    <w:p>
      <w:pPr>
        <w:pStyle w:val="ListParagraph"/>
      </w:pPr>
      <w:r>
        <w:rPr>
          <w:sz w:val="22"/>
        </w:rPr>
        <w:t>C. Quá trình sản xuất xây dựng rất phức tạp</w:t>
      </w:r>
    </w:p>
    <w:p>
      <w:pPr>
        <w:pStyle w:val="ListParagraph"/>
      </w:pPr>
      <w:r>
        <w:rPr>
          <w:sz w:val="22"/>
        </w:rPr>
        <w:t>D. Sản xuất xây dựng phải tiến hành theo đơn đặt hàng cụ thể, thông qua giao thầu hay đấu thầu, do đặc điểm công trình xây dựng có tính chất đơn chiếc</w:t>
      </w:r>
    </w:p>
    <w:p/>
    <w:p>
      <w:r>
        <w:rPr>
          <w:b/>
          <w:sz w:val="24"/>
        </w:rPr>
        <w:t>Câu 4: Sơ bộ tổng mức đầu tư xây dựng được tính toán trong báo cáo nào sau đây:</w:t>
      </w:r>
    </w:p>
    <w:p>
      <w:pPr>
        <w:pStyle w:val="ListParagraph"/>
      </w:pPr>
      <w:r>
        <w:rPr>
          <w:sz w:val="22"/>
        </w:rPr>
        <w:t>A. Báo cáo nghiên cứu tiền khả thi</w:t>
      </w:r>
    </w:p>
    <w:p>
      <w:pPr>
        <w:pStyle w:val="ListParagraph"/>
      </w:pPr>
      <w:r>
        <w:rPr>
          <w:sz w:val="22"/>
        </w:rPr>
        <w:t>B. Báo cáo nghiên cứu khả thi</w:t>
      </w:r>
    </w:p>
    <w:p>
      <w:pPr>
        <w:pStyle w:val="ListParagraph"/>
      </w:pPr>
      <w:r>
        <w:rPr>
          <w:sz w:val="22"/>
        </w:rPr>
        <w:t>C. Báo cáo kinh tế kỹ thuật</w:t>
      </w:r>
    </w:p>
    <w:p>
      <w:pPr>
        <w:pStyle w:val="ListParagraph"/>
      </w:pPr>
      <w:r>
        <w:rPr>
          <w:sz w:val="22"/>
        </w:rPr>
        <w:t>D. Cả A, B, C đều đúng</w:t>
      </w:r>
    </w:p>
    <w:p/>
    <w:p>
      <w:r>
        <w:rPr>
          <w:b/>
          <w:sz w:val="24"/>
        </w:rPr>
        <w:t>Câu 5: Chi phí của các dự án đầu tư xây dựng là:</w:t>
      </w:r>
    </w:p>
    <w:p>
      <w:pPr>
        <w:pStyle w:val="ListParagraph"/>
      </w:pPr>
      <w:r>
        <w:rPr>
          <w:sz w:val="22"/>
        </w:rPr>
        <w:t>A. Chi phí xây dựng</w:t>
      </w:r>
    </w:p>
    <w:p>
      <w:pPr>
        <w:pStyle w:val="ListParagraph"/>
      </w:pPr>
      <w:r>
        <w:rPr>
          <w:sz w:val="22"/>
        </w:rPr>
        <w:t>B. Chi phí quản lý vận hành</w:t>
      </w:r>
    </w:p>
    <w:p>
      <w:pPr>
        <w:pStyle w:val="ListParagraph"/>
      </w:pPr>
      <w:r>
        <w:rPr>
          <w:sz w:val="22"/>
        </w:rPr>
        <w:t>C. Cả a và b đều đúng</w:t>
      </w:r>
    </w:p>
    <w:p>
      <w:pPr>
        <w:pStyle w:val="ListParagraph"/>
      </w:pPr>
      <w:r>
        <w:rPr>
          <w:sz w:val="22"/>
        </w:rPr>
        <w:t>D. Cả a và b đều sai</w:t>
      </w:r>
    </w:p>
    <w:p/>
    <w:p>
      <w:r>
        <w:rPr>
          <w:b/>
          <w:sz w:val="24"/>
        </w:rPr>
        <w:t>Câu 6: Có bao nhiêu phương pháp xác định tổng mức đầu tư xây dựng công trình theo Thông tư 06/2016/TT-BXD?</w:t>
      </w:r>
    </w:p>
    <w:p>
      <w:pPr>
        <w:pStyle w:val="ListParagraph"/>
      </w:pPr>
      <w:r>
        <w:rPr>
          <w:sz w:val="22"/>
        </w:rPr>
        <w:t>A. 4 phương pháp</w:t>
      </w:r>
    </w:p>
    <w:p>
      <w:pPr>
        <w:pStyle w:val="ListParagraph"/>
      </w:pPr>
      <w:r>
        <w:rPr>
          <w:sz w:val="22"/>
        </w:rPr>
        <w:t>B. 3 phương pháp</w:t>
      </w:r>
    </w:p>
    <w:p>
      <w:pPr>
        <w:pStyle w:val="ListParagraph"/>
      </w:pPr>
      <w:r>
        <w:rPr>
          <w:sz w:val="22"/>
        </w:rPr>
        <w:t>C. 2 phương pháp</w:t>
      </w:r>
    </w:p>
    <w:p>
      <w:pPr>
        <w:pStyle w:val="ListParagraph"/>
      </w:pPr>
      <w:r>
        <w:rPr>
          <w:sz w:val="22"/>
        </w:rPr>
        <w:t>D. 1 phương pháp</w:t>
      </w:r>
    </w:p>
    <w:p/>
    <w:p>
      <w:r>
        <w:rPr>
          <w:b/>
          <w:sz w:val="24"/>
        </w:rPr>
        <w:t>Câu 7: Trong trường hợp thiết kế 2 bước, dự toán xây dựng công trình được xác định ở bước thiết kế nào dưới đây?</w:t>
      </w:r>
    </w:p>
    <w:p>
      <w:pPr>
        <w:pStyle w:val="ListParagraph"/>
      </w:pPr>
      <w:r>
        <w:rPr>
          <w:sz w:val="22"/>
        </w:rPr>
        <w:t>A. Thiết kế cơ sở</w:t>
      </w:r>
    </w:p>
    <w:p>
      <w:pPr>
        <w:pStyle w:val="ListParagraph"/>
      </w:pPr>
      <w:r>
        <w:rPr>
          <w:sz w:val="22"/>
        </w:rPr>
        <w:t>B. Thiết kế kỹ thuật</w:t>
      </w:r>
    </w:p>
    <w:p>
      <w:pPr>
        <w:pStyle w:val="ListParagraph"/>
      </w:pPr>
      <w:r>
        <w:rPr>
          <w:sz w:val="22"/>
        </w:rPr>
        <w:t>C. Thiết kế bản vẽ thi công</w:t>
      </w:r>
    </w:p>
    <w:p>
      <w:pPr>
        <w:pStyle w:val="ListParagraph"/>
      </w:pPr>
      <w:r>
        <w:rPr>
          <w:sz w:val="22"/>
        </w:rPr>
        <w:t>D. Cả A, B, C đều sai</w:t>
      </w:r>
    </w:p>
    <w:p/>
    <w:p>
      <w:r>
        <w:rPr>
          <w:b/>
          <w:sz w:val="24"/>
        </w:rPr>
        <w:t>Câu 8: Công trình thuỷ lợi thường có chi phí xây dựng lớn do:</w:t>
      </w:r>
    </w:p>
    <w:p>
      <w:pPr>
        <w:pStyle w:val="ListParagraph"/>
      </w:pPr>
      <w:r>
        <w:rPr>
          <w:sz w:val="22"/>
        </w:rPr>
        <w:t>A. Đòi hỏi chất lượng cao, thi công trong điều kiện tự nhiên do đó phải xây dựng các công trình dẫn dòng trong thời gian thi công</w:t>
      </w:r>
    </w:p>
    <w:p>
      <w:pPr>
        <w:pStyle w:val="ListParagraph"/>
      </w:pPr>
      <w:r>
        <w:rPr>
          <w:sz w:val="22"/>
        </w:rPr>
        <w:t>B. Đòi hỏi chất lượng cao, thi công trong điều kiện khô ráo do đó phải xây dựng các công trình dẫn dòng trong thời gian thi công</w:t>
      </w:r>
    </w:p>
    <w:p>
      <w:pPr>
        <w:pStyle w:val="ListParagraph"/>
      </w:pPr>
      <w:r>
        <w:rPr>
          <w:sz w:val="22"/>
        </w:rPr>
        <w:t>C. Nâng cao chất lượng, thi công trong điều kiện khó khăn do đó phải xây dựng các công trình dẫn dòng trong thời gian thi công</w:t>
      </w:r>
    </w:p>
    <w:p>
      <w:pPr>
        <w:pStyle w:val="ListParagraph"/>
      </w:pPr>
      <w:r>
        <w:rPr>
          <w:sz w:val="22"/>
        </w:rPr>
        <w:t>D. Cả A,B,C đều sai</w:t>
      </w:r>
    </w:p>
    <w:p/>
    <w:p>
      <w:r>
        <w:rPr>
          <w:b/>
          <w:sz w:val="24"/>
        </w:rPr>
        <w:t>Câu 9: Đâu là vai trò của ngành xây dựng</w:t>
      </w:r>
    </w:p>
    <w:p>
      <w:pPr>
        <w:pStyle w:val="ListParagraph"/>
      </w:pPr>
      <w:r>
        <w:rPr>
          <w:sz w:val="22"/>
        </w:rPr>
        <w:t>A. Đóng vai trò chủ chốt trong khâu đầu tiên để tạo ra cơ sở vật chất, tài sản cố định cho toàn bộ nền kinh tế quốc dân.</w:t>
      </w:r>
    </w:p>
    <w:p>
      <w:pPr>
        <w:pStyle w:val="ListParagraph"/>
      </w:pPr>
      <w:r>
        <w:rPr>
          <w:sz w:val="22"/>
        </w:rPr>
        <w:t>B. Đóng vai trò chủ chốt trong khâu cuối cùng để tạo ra cơ sở vật chất, tài sản cố định cho toàn bộ nền kinh tế quốc dân.</w:t>
      </w:r>
    </w:p>
    <w:p>
      <w:pPr>
        <w:pStyle w:val="ListParagraph"/>
      </w:pPr>
      <w:r>
        <w:rPr>
          <w:sz w:val="22"/>
        </w:rPr>
        <w:t>C. Đóng vai trò chủ chốt để tạo ra cơ sở vật chất, tài sản cho toàn bộ nền kinh tế quốc dân.</w:t>
      </w:r>
    </w:p>
    <w:p>
      <w:pPr>
        <w:pStyle w:val="ListParagraph"/>
      </w:pPr>
      <w:r>
        <w:rPr>
          <w:sz w:val="22"/>
        </w:rPr>
        <w:t>D. Cả A, B và C đều sai.</w:t>
      </w:r>
    </w:p>
    <w:p/>
    <w:p>
      <w:r>
        <w:rPr>
          <w:b/>
          <w:sz w:val="24"/>
        </w:rPr>
        <w:t>Câu 10: Trong thị trường xây dựng thì:</w:t>
      </w:r>
    </w:p>
    <w:p>
      <w:pPr>
        <w:pStyle w:val="ListParagraph"/>
      </w:pPr>
      <w:r>
        <w:rPr>
          <w:sz w:val="22"/>
        </w:rPr>
        <w:t>A. Các nhà thầu xây dựng là người bán</w:t>
      </w:r>
    </w:p>
    <w:p>
      <w:pPr>
        <w:pStyle w:val="ListParagraph"/>
      </w:pPr>
      <w:r>
        <w:rPr>
          <w:sz w:val="22"/>
        </w:rPr>
        <w:t>B. Các nhà thầu xây dựng là người mua</w:t>
      </w:r>
    </w:p>
    <w:p>
      <w:pPr>
        <w:pStyle w:val="ListParagraph"/>
      </w:pPr>
      <w:r>
        <w:rPr>
          <w:sz w:val="22"/>
        </w:rPr>
        <w:t>C. Cả A,B đều đúng</w:t>
      </w:r>
    </w:p>
    <w:p>
      <w:pPr>
        <w:pStyle w:val="ListParagraph"/>
      </w:pPr>
      <w:r>
        <w:rPr>
          <w:sz w:val="22"/>
        </w:rPr>
        <w:t>D. Cả A,B đều sai</w:t>
      </w:r>
    </w:p>
    <w:p/>
    <w:p>
      <w:r>
        <w:rPr>
          <w:b/>
          <w:sz w:val="24"/>
        </w:rPr>
        <w:t>Câu 11: Đâu là khái niệm đúng về "Chi phí đầu tư xây dựng"</w:t>
      </w:r>
    </w:p>
    <w:p>
      <w:pPr>
        <w:pStyle w:val="ListParagraph"/>
      </w:pPr>
      <w:r>
        <w:rPr>
          <w:sz w:val="22"/>
        </w:rPr>
        <w:t>A. Là toàn bộ chi phí cần thiết để xây dựng mới công trình.</w:t>
      </w:r>
    </w:p>
    <w:p>
      <w:pPr>
        <w:pStyle w:val="ListParagraph"/>
      </w:pPr>
      <w:r>
        <w:rPr>
          <w:sz w:val="22"/>
        </w:rPr>
        <w:t>B. Là toàn bộ chi phí cần thiết để xây dựng, trang bị mới hoặc sửa chữa, cải tạo, mở rộng hay trang bị lại kỹ thuật công trình.</w:t>
      </w:r>
    </w:p>
    <w:p>
      <w:pPr>
        <w:pStyle w:val="ListParagraph"/>
      </w:pPr>
      <w:r>
        <w:rPr>
          <w:sz w:val="22"/>
        </w:rPr>
        <w:t>C. Là toàn bộ chi phí để trang bị mới hoặc sửa chữa, cải tạo, mở rộng hay trang bị lại kỹ thuật công trình.</w:t>
      </w:r>
    </w:p>
    <w:p>
      <w:pPr>
        <w:pStyle w:val="ListParagraph"/>
      </w:pPr>
      <w:r>
        <w:rPr>
          <w:sz w:val="22"/>
        </w:rPr>
        <w:t>D. Là toàn bộ chi phí để cải tạo, mở rộng hay trang bị lại kỹ thuật công trình.</w:t>
      </w:r>
    </w:p>
    <w:p/>
    <w:p>
      <w:r>
        <w:rPr>
          <w:b/>
          <w:sz w:val="24"/>
        </w:rPr>
        <w:t>Câu 12: Giá trị hiện tại của hiệu số thu chi (giá trị thu nhập ròng hiện tại) là:</w:t>
      </w:r>
    </w:p>
    <w:p>
      <w:pPr>
        <w:pStyle w:val="ListParagraph"/>
      </w:pPr>
      <w:r>
        <w:rPr>
          <w:sz w:val="22"/>
        </w:rPr>
        <w:t>A. Hiệu số giữa thu nhập và chi phí quy về thời điểm hiện tại</w:t>
      </w:r>
    </w:p>
    <w:p>
      <w:pPr>
        <w:pStyle w:val="ListParagraph"/>
      </w:pPr>
      <w:r>
        <w:rPr>
          <w:sz w:val="22"/>
        </w:rPr>
        <w:t>B. Lợi nhuận quy về thời điểm hiện tại</w:t>
      </w:r>
    </w:p>
    <w:p>
      <w:pPr>
        <w:pStyle w:val="ListParagraph"/>
      </w:pPr>
      <w:r>
        <w:rPr>
          <w:sz w:val="22"/>
        </w:rPr>
        <w:t>C. Thu nhập có chiết khấu trừ đi chi phí có chiết khấu</w:t>
      </w:r>
    </w:p>
    <w:p>
      <w:pPr>
        <w:pStyle w:val="ListParagraph"/>
      </w:pPr>
      <w:r>
        <w:rPr>
          <w:sz w:val="22"/>
        </w:rPr>
        <w:t>D. Cả A và B đều đúng</w:t>
      </w:r>
    </w:p>
    <w:p/>
    <w:p>
      <w:r>
        <w:rPr>
          <w:b/>
          <w:sz w:val="24"/>
        </w:rPr>
        <w:t>Câu 13: Khi đánh giá giá trị lợi nhuận hiện tại dòng của dự án thì sử dụng chỉ tiêu nào sau đây?</w:t>
      </w:r>
    </w:p>
    <w:p>
      <w:pPr>
        <w:pStyle w:val="ListParagraph"/>
      </w:pPr>
      <w:r>
        <w:rPr>
          <w:sz w:val="22"/>
        </w:rPr>
        <w:t>A. IRR</w:t>
      </w:r>
    </w:p>
    <w:p>
      <w:pPr>
        <w:pStyle w:val="ListParagraph"/>
      </w:pPr>
      <w:r>
        <w:rPr>
          <w:sz w:val="22"/>
        </w:rPr>
        <w:t>B. NPV</w:t>
      </w:r>
    </w:p>
    <w:p>
      <w:pPr>
        <w:pStyle w:val="ListParagraph"/>
      </w:pPr>
      <w:r>
        <w:rPr>
          <w:sz w:val="22"/>
        </w:rPr>
        <w:t>C. B/C</w:t>
      </w:r>
    </w:p>
    <w:p>
      <w:pPr>
        <w:pStyle w:val="ListParagraph"/>
      </w:pPr>
      <w:r>
        <w:rPr>
          <w:sz w:val="22"/>
        </w:rPr>
        <w:t>D. Thv</w:t>
      </w:r>
    </w:p>
    <w:p/>
    <w:p>
      <w:r>
        <w:rPr>
          <w:b/>
          <w:sz w:val="24"/>
        </w:rPr>
        <w:t>Câu 14: Tỷ số B/C cho ta biết điều gì khi đánh giá dự án đầu tư xây dựng?</w:t>
      </w:r>
    </w:p>
    <w:p>
      <w:pPr>
        <w:pStyle w:val="ListParagraph"/>
      </w:pPr>
      <w:r>
        <w:rPr>
          <w:sz w:val="22"/>
        </w:rPr>
        <w:t>A. Tỷ lệ giữa giá trị hiện tại của dòng lợi ích và giá trị hiện tại của dòng chi phí trong dự án đầu tư</w:t>
      </w:r>
    </w:p>
    <w:p>
      <w:pPr>
        <w:pStyle w:val="ListParagraph"/>
      </w:pPr>
      <w:r>
        <w:rPr>
          <w:sz w:val="22"/>
        </w:rPr>
        <w:t>B. Tỷ lệ giữa giá trị dòng lợi ích và giá trị dòng chi phí trong dự án đầu tư</w:t>
      </w:r>
    </w:p>
    <w:p>
      <w:pPr>
        <w:pStyle w:val="ListParagraph"/>
      </w:pPr>
      <w:r>
        <w:rPr>
          <w:sz w:val="22"/>
        </w:rPr>
        <w:t>C. Giá trị hiện tại của dòng lợi ích và giá trị hiện tại của dòng chi phí trong dự án đầu tư</w:t>
      </w:r>
    </w:p>
    <w:p>
      <w:pPr>
        <w:pStyle w:val="ListParagraph"/>
      </w:pPr>
      <w:r>
        <w:rPr>
          <w:sz w:val="22"/>
        </w:rPr>
        <w:t>D. Tỷ lệ giữa giá trị hiện tại của dòng lợi ích và giá trị dòng chi phí trong dự án đầu tư</w:t>
      </w:r>
    </w:p>
    <w:p/>
    <w:p>
      <w:r>
        <w:rPr>
          <w:b/>
          <w:sz w:val="24"/>
        </w:rPr>
        <w:t>Câu 15: Đâu là nguyên tắc khi phân tích kinh tế các dự án đầu tư xây dựng?</w:t>
      </w:r>
    </w:p>
    <w:p>
      <w:pPr>
        <w:pStyle w:val="ListParagraph"/>
      </w:pPr>
      <w:r>
        <w:rPr>
          <w:sz w:val="22"/>
        </w:rPr>
        <w:t>A. NPV của dự án có thể nhận giá trị âm.</w:t>
      </w:r>
    </w:p>
    <w:p>
      <w:pPr>
        <w:pStyle w:val="ListParagraph"/>
      </w:pPr>
      <w:r>
        <w:rPr>
          <w:sz w:val="22"/>
        </w:rPr>
        <w:t>B. Phải sử dụng giá tài chính để phân tích.</w:t>
      </w:r>
    </w:p>
    <w:p>
      <w:pPr>
        <w:pStyle w:val="ListParagraph"/>
      </w:pPr>
      <w:r>
        <w:rPr>
          <w:sz w:val="22"/>
        </w:rPr>
        <w:t>C. Sử dụng phép so sánh có và không có dự án nhằm đo lường lợi ích tăng thêm do dự án tạo ra.</w:t>
      </w:r>
    </w:p>
    <w:p>
      <w:pPr>
        <w:pStyle w:val="ListParagraph"/>
      </w:pPr>
      <w:r>
        <w:rPr>
          <w:sz w:val="22"/>
        </w:rPr>
        <w:t>D. Cả A, B và C đều đúng</w:t>
      </w:r>
    </w:p>
    <w:p/>
    <w:p>
      <w:r>
        <w:rPr>
          <w:b/>
          <w:sz w:val="24"/>
        </w:rPr>
        <w:t>Câu 16: Theo quy định hiện hành, Việc quản lý chi phí đầu tư xây dựng là trách nhiệm của ai?</w:t>
      </w:r>
    </w:p>
    <w:p>
      <w:pPr>
        <w:pStyle w:val="ListParagraph"/>
      </w:pPr>
      <w:r>
        <w:rPr>
          <w:sz w:val="22"/>
        </w:rPr>
        <w:t>A. Chủ đầu tư</w:t>
      </w:r>
    </w:p>
    <w:p>
      <w:pPr>
        <w:pStyle w:val="ListParagraph"/>
      </w:pPr>
      <w:r>
        <w:rPr>
          <w:sz w:val="22"/>
        </w:rPr>
        <w:t>B. Tư vấn quản lý dự án</w:t>
      </w:r>
    </w:p>
    <w:p>
      <w:pPr>
        <w:pStyle w:val="ListParagraph"/>
      </w:pPr>
      <w:r>
        <w:rPr>
          <w:sz w:val="22"/>
        </w:rPr>
        <w:t>C. Nhà thầu</w:t>
      </w:r>
    </w:p>
    <w:p>
      <w:pPr>
        <w:pStyle w:val="ListParagraph"/>
      </w:pPr>
      <w:r>
        <w:rPr>
          <w:sz w:val="22"/>
        </w:rPr>
        <w:t>D. Đơn vị cung ứng vật tư, thiết bị</w:t>
      </w:r>
    </w:p>
    <w:p/>
    <w:p>
      <w:r>
        <w:rPr>
          <w:b/>
          <w:sz w:val="24"/>
        </w:rPr>
        <w:t>Câu 17: Theo quy định hiện hành, Khi nào một dự án cần phải lập sơ bộ tổng mức đầu tư và báo cáo nghiên cứu tiền khả thi?</w:t>
      </w:r>
    </w:p>
    <w:p>
      <w:pPr>
        <w:pStyle w:val="ListParagraph"/>
      </w:pPr>
      <w:r>
        <w:rPr>
          <w:sz w:val="22"/>
        </w:rPr>
        <w:t>A. Dự án thuộc nhóm A chưa có quy hoạch phê duyệt</w:t>
      </w:r>
    </w:p>
    <w:p>
      <w:pPr>
        <w:pStyle w:val="ListParagraph"/>
      </w:pPr>
      <w:r>
        <w:rPr>
          <w:sz w:val="22"/>
        </w:rPr>
        <w:t>B. Dự án quan trọng quốc gia</w:t>
      </w:r>
    </w:p>
    <w:p>
      <w:pPr>
        <w:pStyle w:val="ListParagraph"/>
      </w:pPr>
      <w:r>
        <w:rPr>
          <w:sz w:val="22"/>
        </w:rPr>
        <w:t>C. Cả A và B đều đúng</w:t>
      </w:r>
    </w:p>
    <w:p>
      <w:pPr>
        <w:pStyle w:val="ListParagraph"/>
      </w:pPr>
      <w:r>
        <w:rPr>
          <w:sz w:val="22"/>
        </w:rPr>
        <w:t>D. Cả A và B đều sai</w:t>
      </w:r>
    </w:p>
    <w:p/>
    <w:p>
      <w:r>
        <w:rPr>
          <w:b/>
          <w:sz w:val="24"/>
        </w:rPr>
        <w:t>Câu 18: Theo quy định hiện hành, chi phí thiết kế xây dựng công trình nằm trong thành phần chi phí nào sau đây của tổng mức đầu tư:</w:t>
      </w:r>
    </w:p>
    <w:p>
      <w:pPr>
        <w:pStyle w:val="ListParagraph"/>
      </w:pPr>
      <w:r>
        <w:rPr>
          <w:sz w:val="22"/>
        </w:rPr>
        <w:t>A. Chi phí tư vấn đầu tư xây dựng</w:t>
      </w:r>
    </w:p>
    <w:p>
      <w:pPr>
        <w:pStyle w:val="ListParagraph"/>
      </w:pPr>
      <w:r>
        <w:rPr>
          <w:sz w:val="22"/>
        </w:rPr>
        <w:t>B. Chi phí xây dựng</w:t>
      </w:r>
    </w:p>
    <w:p>
      <w:pPr>
        <w:pStyle w:val="ListParagraph"/>
      </w:pPr>
      <w:r>
        <w:rPr>
          <w:sz w:val="22"/>
        </w:rPr>
        <w:t>C. Chi phí Thiết bị</w:t>
      </w:r>
    </w:p>
    <w:p>
      <w:pPr>
        <w:pStyle w:val="ListParagraph"/>
      </w:pPr>
      <w:r>
        <w:rPr>
          <w:sz w:val="22"/>
        </w:rPr>
        <w:t>D. Chi phí khác</w:t>
      </w:r>
    </w:p>
    <w:p/>
    <w:p>
      <w:r>
        <w:rPr>
          <w:b/>
          <w:sz w:val="24"/>
        </w:rPr>
        <w:t>Câu 19: Theo quy định hiện hành, công trình thiết kế 2 bước thì dự toán xây dựng được xác định theo thiết kế?</w:t>
      </w:r>
    </w:p>
    <w:p>
      <w:pPr>
        <w:pStyle w:val="ListParagraph"/>
      </w:pPr>
      <w:r>
        <w:rPr>
          <w:sz w:val="22"/>
        </w:rPr>
        <w:t>A. Thiết kế bản vẽ thi công</w:t>
      </w:r>
    </w:p>
    <w:p>
      <w:pPr>
        <w:pStyle w:val="ListParagraph"/>
      </w:pPr>
      <w:r>
        <w:rPr>
          <w:sz w:val="22"/>
        </w:rPr>
        <w:t>B. Thiết kế sơ bộ</w:t>
      </w:r>
    </w:p>
    <w:p>
      <w:pPr>
        <w:pStyle w:val="ListParagraph"/>
      </w:pPr>
      <w:r>
        <w:rPr>
          <w:sz w:val="22"/>
        </w:rPr>
        <w:t>C. Thiết kế kỹ thuật</w:t>
      </w:r>
    </w:p>
    <w:p>
      <w:pPr>
        <w:pStyle w:val="ListParagraph"/>
      </w:pPr>
      <w:r>
        <w:rPr>
          <w:sz w:val="22"/>
        </w:rPr>
        <w:t>D. Thiết kế cơ sở</w:t>
      </w:r>
    </w:p>
    <w:p/>
    <w:p>
      <w:r>
        <w:rPr>
          <w:b/>
          <w:sz w:val="24"/>
        </w:rPr>
        <w:t>Câu 20: Vốn sản xuất trong doanh nghiệp xây dựng gồm những loại gì?</w:t>
      </w:r>
    </w:p>
    <w:p>
      <w:pPr>
        <w:pStyle w:val="ListParagraph"/>
      </w:pPr>
      <w:r>
        <w:rPr>
          <w:sz w:val="22"/>
        </w:rPr>
        <w:t>A. Hai loại: vốn cố định và vốn lưu động</w:t>
      </w:r>
    </w:p>
    <w:p>
      <w:pPr>
        <w:pStyle w:val="ListParagraph"/>
      </w:pPr>
      <w:r>
        <w:rPr>
          <w:sz w:val="22"/>
        </w:rPr>
        <w:t>B. Hai loại: vốn lưu động và vốn đầu tư</w:t>
      </w:r>
    </w:p>
    <w:p>
      <w:pPr>
        <w:pStyle w:val="ListParagraph"/>
      </w:pPr>
      <w:r>
        <w:rPr>
          <w:sz w:val="22"/>
        </w:rPr>
        <w:t>C. Ba loại: vốn cố định, vốn đầu tư và vốn lưu động</w:t>
      </w:r>
    </w:p>
    <w:p>
      <w:pPr>
        <w:pStyle w:val="ListParagraph"/>
      </w:pPr>
      <w:r>
        <w:rPr>
          <w:sz w:val="22"/>
        </w:rPr>
        <w:t>D. Ba loại: vốn lưu động, vốn tài sản và vốn vay</w:t>
      </w:r>
    </w:p>
    <w:p/>
    <w:p>
      <w:r>
        <w:rPr>
          <w:b/>
          <w:sz w:val="24"/>
        </w:rPr>
        <w:t>Câu 21: Phát biểu nào sau đây là đúng?</w:t>
      </w:r>
    </w:p>
    <w:p>
      <w:pPr>
        <w:pStyle w:val="ListParagraph"/>
      </w:pPr>
      <w:r>
        <w:rPr>
          <w:sz w:val="22"/>
        </w:rPr>
        <w:t>A. Mức khấu hao (a) là tỷ lệ phần trăm giữa tiền nộp khấu hao hàng năm (A) so với tổng vốn đầu tư ban đầu (Kb)</w:t>
      </w:r>
    </w:p>
    <w:p>
      <w:pPr>
        <w:pStyle w:val="ListParagraph"/>
      </w:pPr>
      <w:r>
        <w:rPr>
          <w:sz w:val="22"/>
        </w:rPr>
        <w:t>B. Mức khấu hao (a) là tỷ lệ phần trăm giữa tiền nộp khấu hao hàng năm (A) so với vốn hiện tại (Kht)</w:t>
      </w:r>
    </w:p>
    <w:p>
      <w:pPr>
        <w:pStyle w:val="ListParagraph"/>
      </w:pPr>
      <w:r>
        <w:rPr>
          <w:sz w:val="22"/>
        </w:rPr>
        <w:t>C. Mức khấu hao (a) là khoản tiền trích nộp hàng năm nhằm bù đắp phần giá trị đã bị hao mòn trong năm đó</w:t>
      </w:r>
    </w:p>
    <w:p>
      <w:pPr>
        <w:pStyle w:val="ListParagraph"/>
      </w:pPr>
      <w:r>
        <w:rPr>
          <w:sz w:val="22"/>
        </w:rPr>
        <w:t>D. Mức khấu hao (a) là khoản tiền chi phí để bù phần giá trị đã bị hao mòn trong năm đó</w:t>
      </w:r>
    </w:p>
    <w:p/>
    <w:p>
      <w:r>
        <w:rPr>
          <w:b/>
          <w:sz w:val="24"/>
        </w:rPr>
        <w:t>Câu 22: Hệ số điều chỉnh (H) trong phương pháp khấu hao tài sản cố định theo số dư giảm dần có điều chỉnh phụ thuộc vào yếu tố nào sau đây?</w:t>
      </w:r>
    </w:p>
    <w:p>
      <w:pPr>
        <w:pStyle w:val="ListParagraph"/>
      </w:pPr>
      <w:r>
        <w:rPr>
          <w:sz w:val="22"/>
        </w:rPr>
        <w:t>A. Thời gian trích khấu hao của tài sản cố định</w:t>
      </w:r>
    </w:p>
    <w:p>
      <w:pPr>
        <w:pStyle w:val="ListParagraph"/>
      </w:pPr>
      <w:r>
        <w:rPr>
          <w:sz w:val="22"/>
        </w:rPr>
        <w:t>B. Vốn ban đầu của tài sản cố định</w:t>
      </w:r>
    </w:p>
    <w:p>
      <w:pPr>
        <w:pStyle w:val="ListParagraph"/>
      </w:pPr>
      <w:r>
        <w:rPr>
          <w:sz w:val="22"/>
        </w:rPr>
        <w:t>C. Vốn hiện tại của tài sản cố định</w:t>
      </w:r>
    </w:p>
    <w:p>
      <w:pPr>
        <w:pStyle w:val="ListParagraph"/>
      </w:pPr>
      <w:r>
        <w:rPr>
          <w:sz w:val="22"/>
        </w:rPr>
        <w:t>D. Giá trị còn lại của tài sản cố định</w:t>
      </w:r>
    </w:p>
    <w:p/>
    <w:p>
      <w:r>
        <w:rPr>
          <w:b/>
          <w:sz w:val="24"/>
        </w:rPr>
        <w:t>Câu 23: Vốn hiện tại (Kht) của tài sản cố định có giá trị ban đầu (Kb) sau 3 năm sử dụng (khấu hao Acb tính theo phương pháp đường thẳng) được xác định theo công thức:</w:t>
      </w:r>
    </w:p>
    <w:p>
      <w:pPr>
        <w:pStyle w:val="ListParagraph"/>
      </w:pPr>
      <w:r>
        <w:rPr>
          <w:sz w:val="22"/>
        </w:rPr>
        <w:t>A. Kht = Kb - 3*Acb</w:t>
      </w:r>
    </w:p>
    <w:p>
      <w:pPr>
        <w:pStyle w:val="ListParagraph"/>
      </w:pPr>
      <w:r>
        <w:rPr>
          <w:sz w:val="22"/>
        </w:rPr>
        <w:t>B. Kht = Kb - 4*Acb</w:t>
      </w:r>
    </w:p>
    <w:p>
      <w:pPr>
        <w:pStyle w:val="ListParagraph"/>
      </w:pPr>
      <w:r>
        <w:rPr>
          <w:sz w:val="22"/>
        </w:rPr>
        <w:t>C. Kht = Kb - 2*Acb</w:t>
      </w:r>
    </w:p>
    <w:p>
      <w:pPr>
        <w:pStyle w:val="ListParagraph"/>
      </w:pPr>
      <w:r>
        <w:rPr>
          <w:sz w:val="22"/>
        </w:rPr>
        <w:t>D. Kht = Kb – Acb</w:t>
      </w:r>
    </w:p>
    <w:p/>
    <w:p>
      <w:r>
        <w:rPr>
          <w:b/>
          <w:sz w:val="24"/>
        </w:rPr>
        <w:t>Câu 24: Trong các chỉ tiêu đánh giá vốn cố định bằng chỉ tiêu giá trị thì doanh nghiệp KHÔNG áp dụng chỉ tiêu nào:</w:t>
      </w:r>
    </w:p>
    <w:p>
      <w:pPr>
        <w:pStyle w:val="ListParagraph"/>
      </w:pPr>
      <w:r>
        <w:rPr>
          <w:sz w:val="22"/>
        </w:rPr>
        <w:t>A. Giá trị ban đầu</w:t>
      </w:r>
    </w:p>
    <w:p>
      <w:pPr>
        <w:pStyle w:val="ListParagraph"/>
      </w:pPr>
      <w:r>
        <w:rPr>
          <w:sz w:val="22"/>
        </w:rPr>
        <w:t>B. Giá trị giải thể</w:t>
      </w:r>
    </w:p>
    <w:p>
      <w:pPr>
        <w:pStyle w:val="ListParagraph"/>
      </w:pPr>
      <w:r>
        <w:rPr>
          <w:sz w:val="22"/>
        </w:rPr>
        <w:t>C. Giá tri phục hồi</w:t>
      </w:r>
    </w:p>
    <w:p>
      <w:pPr>
        <w:pStyle w:val="ListParagraph"/>
      </w:pPr>
      <w:r>
        <w:rPr>
          <w:sz w:val="22"/>
        </w:rPr>
        <w:t>D. Giá trị hao mòn</w:t>
      </w:r>
    </w:p>
    <w:p/>
    <w:p>
      <w:r>
        <w:rPr>
          <w:b/>
          <w:sz w:val="24"/>
        </w:rPr>
        <w:t>Câu 25: Các biện pháp giảm hao mòn tài sản cố định hữu hình KHÔNG bao gồm:</w:t>
      </w:r>
    </w:p>
    <w:p>
      <w:pPr>
        <w:pStyle w:val="ListParagraph"/>
      </w:pPr>
      <w:r>
        <w:rPr>
          <w:sz w:val="22"/>
        </w:rPr>
        <w:t>A. Thường xuyên nâng cấp, hiện đại hóa tài sản cố định</w:t>
      </w:r>
    </w:p>
    <w:p>
      <w:pPr>
        <w:pStyle w:val="ListParagraph"/>
      </w:pPr>
      <w:r>
        <w:rPr>
          <w:sz w:val="22"/>
        </w:rPr>
        <w:t>B. Nâng cao trình độ tay nghề công nhân vận hành</w:t>
      </w:r>
    </w:p>
    <w:p>
      <w:pPr>
        <w:pStyle w:val="ListParagraph"/>
      </w:pPr>
      <w:r>
        <w:rPr>
          <w:sz w:val="22"/>
        </w:rPr>
        <w:t>C. Thường xuyên duy tu, bảo dưỡng</w:t>
      </w:r>
    </w:p>
    <w:p>
      <w:pPr>
        <w:pStyle w:val="ListParagraph"/>
      </w:pPr>
      <w:r>
        <w:rPr>
          <w:sz w:val="22"/>
        </w:rPr>
        <w:t>D. Tổ chức bảo quản tốt tài sản cố định</w:t>
      </w:r>
    </w:p>
    <w:p/>
    <w:p>
      <w:r>
        <w:rPr>
          <w:b/>
          <w:sz w:val="24"/>
        </w:rPr>
        <w:t>Câu 26: Quan điểm của phân tích tài chính là:</w:t>
      </w:r>
    </w:p>
    <w:p>
      <w:pPr>
        <w:pStyle w:val="ListParagraph"/>
      </w:pPr>
      <w:r>
        <w:rPr>
          <w:sz w:val="22"/>
        </w:rPr>
        <w:t>A. Đứng trên góc độ lợi ích của toàn xã hội</w:t>
      </w:r>
    </w:p>
    <w:p>
      <w:pPr>
        <w:pStyle w:val="ListParagraph"/>
      </w:pPr>
      <w:r>
        <w:rPr>
          <w:sz w:val="22"/>
        </w:rPr>
        <w:t>B. Đứng trên góc độ nhà thầu tư vấn thiết kế</w:t>
      </w:r>
    </w:p>
    <w:p>
      <w:pPr>
        <w:pStyle w:val="ListParagraph"/>
      </w:pPr>
      <w:r>
        <w:rPr>
          <w:sz w:val="22"/>
        </w:rPr>
        <w:t>C. Cả A, B, C đều sai</w:t>
      </w:r>
    </w:p>
    <w:p>
      <w:pPr>
        <w:pStyle w:val="ListParagraph"/>
      </w:pPr>
      <w:r>
        <w:rPr>
          <w:sz w:val="22"/>
        </w:rPr>
        <w:t>D. Đứng trên góc độ của doanh nghiệp, cá nhân</w:t>
      </w:r>
    </w:p>
    <w:p/>
    <w:p>
      <w:r>
        <w:rPr>
          <w:b/>
          <w:sz w:val="24"/>
        </w:rPr>
        <w:t>Câu 27: Dự toán xây dựng của dự án gồm mấy thành phần:</w:t>
      </w:r>
    </w:p>
    <w:p>
      <w:pPr>
        <w:pStyle w:val="ListParagraph"/>
      </w:pPr>
      <w:r>
        <w:rPr>
          <w:sz w:val="22"/>
        </w:rPr>
        <w:t>A. 4</w:t>
      </w:r>
    </w:p>
    <w:p>
      <w:pPr>
        <w:pStyle w:val="ListParagraph"/>
      </w:pPr>
      <w:r>
        <w:rPr>
          <w:sz w:val="22"/>
        </w:rPr>
        <w:t>B. 5</w:t>
      </w:r>
    </w:p>
    <w:p>
      <w:pPr>
        <w:pStyle w:val="ListParagraph"/>
      </w:pPr>
      <w:r>
        <w:rPr>
          <w:sz w:val="22"/>
        </w:rPr>
        <w:t>C. 6</w:t>
      </w:r>
    </w:p>
    <w:p>
      <w:pPr>
        <w:pStyle w:val="ListParagraph"/>
      </w:pPr>
      <w:r>
        <w:rPr>
          <w:sz w:val="22"/>
        </w:rPr>
        <w:t>D. 7</w:t>
      </w:r>
    </w:p>
    <w:p/>
    <w:p>
      <w:r>
        <w:t>──────────────────────────────────────────────────</w:t>
      </w:r>
    </w:p>
    <w:p>
      <w:r>
        <w:rPr>
          <w:b/>
        </w:rPr>
        <w:t>BẢNG ĐÁP ÁN &amp; LỜI GIẢI CHI TIẾT</w:t>
      </w:r>
    </w:p>
    <w:p>
      <w:r>
        <w:rPr>
          <w:b/>
        </w:rPr>
        <w:t>Câu 1: Đáp án đúng: A</w:t>
      </w:r>
    </w:p>
    <w:p>
      <w:r>
        <w:rPr>
          <w:b/>
        </w:rPr>
        <w:t>Câu 2: Đáp án đúng: C</w:t>
      </w:r>
    </w:p>
    <w:p>
      <w:r>
        <w:rPr>
          <w:b/>
        </w:rPr>
        <w:t>Câu 3: Đáp án đúng: B</w:t>
      </w:r>
    </w:p>
    <w:p>
      <w:r>
        <w:rPr>
          <w:b/>
        </w:rPr>
        <w:t>Câu 4: Đáp án đúng: A</w:t>
      </w:r>
    </w:p>
    <w:p>
      <w:r>
        <w:rPr>
          <w:b/>
        </w:rPr>
        <w:t>Câu 5: Đáp án đúng: D</w:t>
      </w:r>
    </w:p>
    <w:p>
      <w:r>
        <w:rPr>
          <w:b/>
        </w:rPr>
        <w:t>Câu 6: Đáp án đúng: A</w:t>
      </w:r>
    </w:p>
    <w:p>
      <w:r>
        <w:rPr>
          <w:b/>
        </w:rPr>
        <w:t>Câu 7: Đáp án đúng: C</w:t>
      </w:r>
    </w:p>
    <w:p>
      <w:r>
        <w:rPr>
          <w:b/>
        </w:rPr>
        <w:t>Câu 8: Đáp án đúng: A</w:t>
      </w:r>
    </w:p>
    <w:p>
      <w:r>
        <w:rPr>
          <w:b/>
        </w:rPr>
        <w:t>Câu 9: Đáp án đúng: A</w:t>
      </w:r>
    </w:p>
    <w:p>
      <w:r>
        <w:rPr>
          <w:b/>
        </w:rPr>
        <w:t>Câu 10: Đáp án đúng: A</w:t>
      </w:r>
    </w:p>
    <w:p>
      <w:r>
        <w:rPr>
          <w:b/>
        </w:rPr>
        <w:t>Câu 11: Đáp án đúng: B</w:t>
      </w:r>
    </w:p>
    <w:p>
      <w:r>
        <w:rPr>
          <w:b/>
        </w:rPr>
        <w:t>Câu 12: Đáp án đúng: D</w:t>
      </w:r>
    </w:p>
    <w:p>
      <w:r>
        <w:rPr>
          <w:b/>
        </w:rPr>
        <w:t>Câu 13: Đáp án đúng: B</w:t>
      </w:r>
    </w:p>
    <w:p>
      <w:r>
        <w:rPr>
          <w:b/>
        </w:rPr>
        <w:t>Câu 14: Đáp án đúng: A</w:t>
      </w:r>
    </w:p>
    <w:p>
      <w:r>
        <w:rPr>
          <w:b/>
        </w:rPr>
        <w:t>Câu 15: Đáp án đúng: C</w:t>
      </w:r>
    </w:p>
    <w:p>
      <w:r>
        <w:rPr>
          <w:b/>
        </w:rPr>
        <w:t>Câu 16: Đáp án đúng: A</w:t>
      </w:r>
    </w:p>
    <w:p>
      <w:r>
        <w:rPr>
          <w:b/>
        </w:rPr>
        <w:t>Câu 17: Đáp án đúng: C</w:t>
      </w:r>
    </w:p>
    <w:p>
      <w:r>
        <w:rPr>
          <w:b/>
        </w:rPr>
        <w:t>Câu 18: Đáp án đúng: A</w:t>
      </w:r>
    </w:p>
    <w:p>
      <w:r>
        <w:rPr>
          <w:b/>
        </w:rPr>
        <w:t>Câu 19: Đáp án đúng: A</w:t>
      </w:r>
    </w:p>
    <w:p>
      <w:r>
        <w:rPr>
          <w:b/>
        </w:rPr>
        <w:t>Câu 20: Đáp án đúng: A</w:t>
      </w:r>
    </w:p>
    <w:p>
      <w:r>
        <w:rPr>
          <w:b/>
        </w:rPr>
        <w:t>Câu 21: Đáp án đúng: D</w:t>
      </w:r>
    </w:p>
    <w:p>
      <w:r>
        <w:rPr>
          <w:b/>
        </w:rPr>
        <w:t>Câu 22: Đáp án đúng: A</w:t>
      </w:r>
    </w:p>
    <w:p>
      <w:r>
        <w:rPr>
          <w:b/>
        </w:rPr>
        <w:t>Câu 23: Đáp án đúng: A</w:t>
      </w:r>
    </w:p>
    <w:p>
      <w:r>
        <w:rPr>
          <w:b/>
        </w:rPr>
        <w:t>Câu 24: Đáp án đúng: B</w:t>
      </w:r>
    </w:p>
    <w:p>
      <w:r>
        <w:rPr>
          <w:b/>
        </w:rPr>
        <w:t>Câu 25: Đáp án đúng: B</w:t>
      </w:r>
    </w:p>
    <w:p>
      <w:r>
        <w:rPr>
          <w:b/>
        </w:rPr>
        <w:t>Câu 26: Đáp án đúng: D</w:t>
      </w:r>
    </w:p>
    <w:p>
      <w:r>
        <w:rPr>
          <w:b/>
        </w:rPr>
        <w:t>Câu 27: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