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Địa lý - PHẦN I. Câu trắc nghiệm nhiều phương án lựa chọn.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Đặc điểm kinh tế của nhóm nước phát triển</w:t>
      </w:r>
    </w:p>
    <w:p>
      <w:pPr>
        <w:pStyle w:val="ListParagraph"/>
      </w:pPr>
      <w:r>
        <w:rPr>
          <w:sz w:val="22"/>
        </w:rPr>
        <w:t>A. Tốc độ tăng GDP rất cao.</w:t>
      </w:r>
    </w:p>
    <w:p>
      <w:pPr>
        <w:pStyle w:val="ListParagraph"/>
      </w:pPr>
      <w:r>
        <w:rPr>
          <w:sz w:val="22"/>
        </w:rPr>
        <w:t>B. Thường có qui mô GDP nhỏ.</w:t>
      </w:r>
    </w:p>
    <w:p>
      <w:pPr>
        <w:pStyle w:val="ListParagraph"/>
      </w:pPr>
      <w:r>
        <w:rPr>
          <w:sz w:val="22"/>
        </w:rPr>
        <w:t>C. Tiến hành công nghiệp hóa từ sớm.</w:t>
      </w:r>
    </w:p>
    <w:p>
      <w:pPr>
        <w:pStyle w:val="ListParagraph"/>
      </w:pPr>
      <w:r>
        <w:rPr>
          <w:sz w:val="22"/>
        </w:rPr>
        <w:t>D. Nông nghiệp có tỉ trọng cao trong cơ cấu GDP.</w:t>
      </w:r>
    </w:p>
    <w:p/>
    <w:p>
      <w:r>
        <w:rPr>
          <w:b/>
          <w:sz w:val="24"/>
        </w:rPr>
        <w:t>Câu 2: Các nước đang phát triển có đặc điểm là</w:t>
      </w:r>
    </w:p>
    <w:p>
      <w:pPr>
        <w:pStyle w:val="ListParagraph"/>
      </w:pPr>
      <w:r>
        <w:rPr>
          <w:sz w:val="22"/>
        </w:rPr>
        <w:t>A. GNI bình quân đầu người rất cao.</w:t>
      </w:r>
    </w:p>
    <w:p>
      <w:pPr>
        <w:pStyle w:val="ListParagraph"/>
      </w:pPr>
      <w:r>
        <w:rPr>
          <w:sz w:val="22"/>
        </w:rPr>
        <w:t>B. đầu tư trực tiếp nước ngoài (FDI) rất nhiều.</w:t>
      </w:r>
    </w:p>
    <w:p>
      <w:pPr>
        <w:pStyle w:val="ListParagraph"/>
      </w:pPr>
      <w:r>
        <w:rPr>
          <w:sz w:val="22"/>
        </w:rPr>
        <w:t>C. chỉ số phát triển con người rất cao.</w:t>
      </w:r>
    </w:p>
    <w:p>
      <w:pPr>
        <w:pStyle w:val="ListParagraph"/>
      </w:pPr>
      <w:r>
        <w:rPr>
          <w:sz w:val="22"/>
        </w:rPr>
        <w:t>D. cơ cấu kinh tế theo hướng công nghiệp hóa.</w:t>
      </w:r>
    </w:p>
    <w:p/>
    <w:p>
      <w:r>
        <w:rPr>
          <w:b/>
          <w:sz w:val="24"/>
        </w:rPr>
        <w:t>Câu 3: Đặc điểm nào sau đây là của các nước đang phát triển?</w:t>
      </w:r>
    </w:p>
    <w:p>
      <w:pPr>
        <w:pStyle w:val="ListParagraph"/>
      </w:pPr>
      <w:r>
        <w:rPr>
          <w:sz w:val="22"/>
        </w:rPr>
        <w:t>A. GNI/người, chỉ số HDI ở mức cao, nợ nước ngoài nhiều.</w:t>
      </w:r>
    </w:p>
    <w:p>
      <w:pPr>
        <w:pStyle w:val="ListParagraph"/>
      </w:pPr>
      <w:r>
        <w:rPr>
          <w:sz w:val="22"/>
        </w:rPr>
        <w:t>B. GDP cao, chỉ số HDI ở mức thấp, nợ nước ngoài nhiều.</w:t>
      </w:r>
    </w:p>
    <w:p>
      <w:pPr>
        <w:pStyle w:val="ListParagraph"/>
      </w:pPr>
      <w:r>
        <w:rPr>
          <w:sz w:val="22"/>
        </w:rPr>
        <w:t>C. GDP/người thấp, chỉ số HDI ở mức thấp, nợ nước ngoài nhiều.</w:t>
      </w:r>
    </w:p>
    <w:p>
      <w:pPr>
        <w:pStyle w:val="ListParagraph"/>
      </w:pPr>
      <w:r>
        <w:rPr>
          <w:sz w:val="22"/>
        </w:rPr>
        <w:t>D. GNI cao, năng suất lao động xã hội cao, chỉ số HDI ở mức thấp.</w:t>
      </w:r>
    </w:p>
    <w:p/>
    <w:p>
      <w:r>
        <w:rPr>
          <w:b/>
          <w:sz w:val="24"/>
        </w:rPr>
        <w:t>Câu 4: Phương diện nào dưới đây không được phản ánh trong HDI?</w:t>
      </w:r>
    </w:p>
    <w:p>
      <w:pPr>
        <w:pStyle w:val="ListParagraph"/>
      </w:pPr>
      <w:r>
        <w:rPr>
          <w:sz w:val="22"/>
        </w:rPr>
        <w:t>A. Sức khỏe.</w:t>
      </w:r>
    </w:p>
    <w:p>
      <w:pPr>
        <w:pStyle w:val="ListParagraph"/>
      </w:pPr>
      <w:r>
        <w:rPr>
          <w:sz w:val="22"/>
        </w:rPr>
        <w:t>B. Mức độ đô thị hóa.</w:t>
      </w:r>
    </w:p>
    <w:p>
      <w:pPr>
        <w:pStyle w:val="ListParagraph"/>
      </w:pPr>
      <w:r>
        <w:rPr>
          <w:sz w:val="22"/>
        </w:rPr>
        <w:t>C. Học vấn.</w:t>
      </w:r>
    </w:p>
    <w:p>
      <w:pPr>
        <w:pStyle w:val="ListParagraph"/>
      </w:pPr>
      <w:r>
        <w:rPr>
          <w:sz w:val="22"/>
        </w:rPr>
        <w:t>D. Thu nhập.</w:t>
      </w:r>
    </w:p>
    <w:p/>
    <w:p>
      <w:r>
        <w:rPr>
          <w:b/>
          <w:sz w:val="24"/>
        </w:rPr>
        <w:t>Câu 5: Chỉ số nào dưới đây là thước đo tổng hợp sự phát triển con người</w:t>
      </w:r>
    </w:p>
    <w:p>
      <w:pPr>
        <w:pStyle w:val="ListParagraph"/>
      </w:pPr>
      <w:r>
        <w:rPr>
          <w:sz w:val="22"/>
        </w:rPr>
        <w:t>A. HDI.</w:t>
      </w:r>
    </w:p>
    <w:p>
      <w:pPr>
        <w:pStyle w:val="ListParagraph"/>
      </w:pPr>
      <w:r>
        <w:rPr>
          <w:sz w:val="22"/>
        </w:rPr>
        <w:t>B. GNI.</w:t>
      </w:r>
    </w:p>
    <w:p>
      <w:pPr>
        <w:pStyle w:val="ListParagraph"/>
      </w:pPr>
      <w:r>
        <w:rPr>
          <w:sz w:val="22"/>
        </w:rPr>
        <w:t>C. GDP.</w:t>
      </w:r>
    </w:p>
    <w:p>
      <w:pPr>
        <w:pStyle w:val="ListParagraph"/>
      </w:pPr>
      <w:r>
        <w:rPr>
          <w:sz w:val="22"/>
        </w:rPr>
        <w:t>D. GDP/ người.</w:t>
      </w:r>
    </w:p>
    <w:p/>
    <w:p>
      <w:r>
        <w:rPr>
          <w:b/>
          <w:sz w:val="24"/>
        </w:rPr>
        <w:t>Câu 6: Tổng thu nhập quốc gia bình quân đầu người (GNI/người) phản ánh trình độ</w:t>
      </w:r>
    </w:p>
    <w:p>
      <w:pPr>
        <w:pStyle w:val="ListParagraph"/>
      </w:pPr>
      <w:r>
        <w:rPr>
          <w:sz w:val="22"/>
        </w:rPr>
        <w:t>A. sức khoẻ, giáo dục và thu nhập của con người.</w:t>
      </w:r>
    </w:p>
    <w:p>
      <w:pPr>
        <w:pStyle w:val="ListParagraph"/>
      </w:pPr>
      <w:r>
        <w:rPr>
          <w:sz w:val="22"/>
        </w:rPr>
        <w:t>B. phát triển kinh tế và chất lượng cuộc sống dân cư.</w:t>
      </w:r>
    </w:p>
    <w:p>
      <w:pPr>
        <w:pStyle w:val="ListParagraph"/>
      </w:pPr>
      <w:r>
        <w:rPr>
          <w:sz w:val="22"/>
        </w:rPr>
        <w:t>C. dân trí, học vấn và chất lượng cuộc sống của dân cư.</w:t>
      </w:r>
    </w:p>
    <w:p>
      <w:pPr>
        <w:pStyle w:val="ListParagraph"/>
      </w:pPr>
      <w:r>
        <w:rPr>
          <w:sz w:val="22"/>
        </w:rPr>
        <w:t>D. phân công lao động và phát triển lực lượng sản xuất.</w:t>
      </w:r>
    </w:p>
    <w:p/>
    <w:p>
      <w:r>
        <w:rPr>
          <w:b/>
          <w:sz w:val="24"/>
        </w:rPr>
        <w:t>Câu 7: Chỉ số phát triển con người (HDI) phản ánh trình độ</w:t>
      </w:r>
    </w:p>
    <w:p>
      <w:pPr>
        <w:pStyle w:val="ListParagraph"/>
      </w:pPr>
      <w:r>
        <w:rPr>
          <w:sz w:val="22"/>
        </w:rPr>
        <w:t>A. sức khoẻ, giáo dục và thu nhập của con người.</w:t>
      </w:r>
    </w:p>
    <w:p>
      <w:pPr>
        <w:pStyle w:val="ListParagraph"/>
      </w:pPr>
      <w:r>
        <w:rPr>
          <w:sz w:val="22"/>
        </w:rPr>
        <w:t>B. phát triển kinh tế và chất lượng cuộc sống dân cư.</w:t>
      </w:r>
    </w:p>
    <w:p>
      <w:pPr>
        <w:pStyle w:val="ListParagraph"/>
      </w:pPr>
      <w:r>
        <w:rPr>
          <w:sz w:val="22"/>
        </w:rPr>
        <w:t>C. dân trí, học vấn và chất lượng cuộc sống của dân cư.</w:t>
      </w:r>
    </w:p>
    <w:p>
      <w:pPr>
        <w:pStyle w:val="ListParagraph"/>
      </w:pPr>
      <w:r>
        <w:rPr>
          <w:sz w:val="22"/>
        </w:rPr>
        <w:t>D. phân công lao động và phát triển lực lượng sản xuất.</w:t>
      </w:r>
    </w:p>
    <w:p/>
    <w:p>
      <w:r>
        <w:rPr>
          <w:b/>
          <w:sz w:val="24"/>
        </w:rPr>
        <w:t>Câu 8: Phát biểu nào sau đây không đúng với các nước đang phát triển?</w:t>
      </w:r>
    </w:p>
    <w:p>
      <w:pPr>
        <w:pStyle w:val="ListParagraph"/>
      </w:pPr>
      <w:r>
        <w:rPr>
          <w:sz w:val="22"/>
        </w:rPr>
        <w:t>A. GNI bình quân đầu người chưa cao.</w:t>
      </w:r>
    </w:p>
    <w:p>
      <w:pPr>
        <w:pStyle w:val="ListParagraph"/>
      </w:pPr>
      <w:r>
        <w:rPr>
          <w:sz w:val="22"/>
        </w:rPr>
        <w:t>B. Chỉ số phát triển con người đều thấp.</w:t>
      </w:r>
    </w:p>
    <w:p>
      <w:pPr>
        <w:pStyle w:val="ListParagraph"/>
      </w:pPr>
      <w:r>
        <w:rPr>
          <w:sz w:val="22"/>
        </w:rPr>
        <w:t>C. Đầu tư trực tiếp nước ngoài (FDI) nhỏ.</w:t>
      </w:r>
    </w:p>
    <w:p>
      <w:pPr>
        <w:pStyle w:val="ListParagraph"/>
      </w:pPr>
      <w:r>
        <w:rPr>
          <w:sz w:val="22"/>
        </w:rPr>
        <w:t>D. Quy mô GDP mức trung bình và thấp.</w:t>
      </w:r>
    </w:p>
    <w:p/>
    <w:p>
      <w:r>
        <w:rPr>
          <w:b/>
          <w:sz w:val="24"/>
        </w:rPr>
        <w:t>Câu 9: Để rút ngắn khoảng cách chênh lệch với các nước phát triển, các nước đang phát triển cần</w:t>
      </w:r>
    </w:p>
    <w:p>
      <w:pPr>
        <w:pStyle w:val="ListParagraph"/>
      </w:pPr>
      <w:r>
        <w:rPr>
          <w:sz w:val="22"/>
        </w:rPr>
        <w:t>A. khai thác triệt để các nguồn lực kinh tế.</w:t>
      </w:r>
    </w:p>
    <w:p>
      <w:pPr>
        <w:pStyle w:val="ListParagraph"/>
      </w:pPr>
      <w:r>
        <w:rPr>
          <w:sz w:val="22"/>
        </w:rPr>
        <w:t>B. nâng cao chất lượng của nguồn lao động.</w:t>
      </w:r>
    </w:p>
    <w:p>
      <w:pPr>
        <w:pStyle w:val="ListParagraph"/>
      </w:pPr>
      <w:r>
        <w:rPr>
          <w:sz w:val="22"/>
        </w:rPr>
        <w:t>C. chú trọng phát triển khoa học và công nghệ.</w:t>
      </w:r>
    </w:p>
    <w:p>
      <w:pPr>
        <w:pStyle w:val="ListParagraph"/>
      </w:pPr>
      <w:r>
        <w:rPr>
          <w:sz w:val="22"/>
        </w:rPr>
        <w:t>D. tranh thủ nguồn vốn, công nghệ của các nước phát triển.</w:t>
      </w:r>
    </w:p>
    <w:p/>
    <w:p>
      <w:r>
        <w:rPr>
          <w:b/>
          <w:sz w:val="24"/>
        </w:rPr>
        <w:t>Câu 10: Nguyên nhân chủ yếu tạo nên sự khác biệt về trình độ phát triển kinh tế - xã hội giữa nhóm nước phát triển với đang phát triển là</w:t>
      </w:r>
    </w:p>
    <w:p>
      <w:pPr>
        <w:pStyle w:val="ListParagraph"/>
      </w:pPr>
      <w:r>
        <w:rPr>
          <w:sz w:val="22"/>
        </w:rPr>
        <w:t>A. thành phần dân tộc và tôn giáo.</w:t>
      </w:r>
    </w:p>
    <w:p>
      <w:pPr>
        <w:pStyle w:val="ListParagraph"/>
      </w:pPr>
      <w:r>
        <w:rPr>
          <w:sz w:val="22"/>
        </w:rPr>
        <w:t>B. quy mô và cơ cấu dân số.</w:t>
      </w:r>
    </w:p>
    <w:p>
      <w:pPr>
        <w:pStyle w:val="ListParagraph"/>
      </w:pPr>
      <w:r>
        <w:rPr>
          <w:sz w:val="22"/>
        </w:rPr>
        <w:t>C. trình độ khoa học - kĩ thuật.</w:t>
      </w:r>
    </w:p>
    <w:p>
      <w:pPr>
        <w:pStyle w:val="ListParagraph"/>
      </w:pPr>
      <w:r>
        <w:rPr>
          <w:sz w:val="22"/>
        </w:rPr>
        <w:t>D. nguồn tài nguyên thiên nhiên.</w:t>
      </w:r>
    </w:p>
    <w:p/>
    <w:p>
      <w:r>
        <w:rPr>
          <w:b/>
          <w:sz w:val="24"/>
        </w:rPr>
        <w:t>Câu 11: Khu vực hóa kinh tế là liên kết kinh tế - thương mại giữa</w:t>
      </w:r>
    </w:p>
    <w:p>
      <w:pPr>
        <w:pStyle w:val="ListParagraph"/>
      </w:pPr>
      <w:r>
        <w:rPr>
          <w:sz w:val="22"/>
        </w:rPr>
        <w:t>A. những khu vực có sự gần gũi nhau.</w:t>
      </w:r>
    </w:p>
    <w:p>
      <w:pPr>
        <w:pStyle w:val="ListParagraph"/>
      </w:pPr>
      <w:r>
        <w:rPr>
          <w:sz w:val="22"/>
        </w:rPr>
        <w:t>B. những nước cùng trình độ phát triển.</w:t>
      </w:r>
    </w:p>
    <w:p>
      <w:pPr>
        <w:pStyle w:val="ListParagraph"/>
      </w:pPr>
      <w:r>
        <w:rPr>
          <w:sz w:val="22"/>
        </w:rPr>
        <w:t>C. các nước có sự tương đồng với nhau.</w:t>
      </w:r>
    </w:p>
    <w:p>
      <w:pPr>
        <w:pStyle w:val="ListParagraph"/>
      </w:pPr>
      <w:r>
        <w:rPr>
          <w:sz w:val="22"/>
        </w:rPr>
        <w:t>D. các nhóm nước có quan hệ với nhau.</w:t>
      </w:r>
    </w:p>
    <w:p/>
    <w:p>
      <w:r>
        <w:rPr>
          <w:b/>
          <w:sz w:val="24"/>
        </w:rPr>
        <w:t>Câu 12: Tổ chức nào sau đây tham gia và chi phối trên 95% hoạt động thương mại toàn cầu?</w:t>
      </w:r>
    </w:p>
    <w:p>
      <w:pPr>
        <w:pStyle w:val="ListParagraph"/>
      </w:pPr>
      <w:r>
        <w:rPr>
          <w:sz w:val="22"/>
        </w:rPr>
        <w:t>A. Quỹ Tiền tệ Quốc tế (IMF).</w:t>
      </w:r>
    </w:p>
    <w:p>
      <w:pPr>
        <w:pStyle w:val="ListParagraph"/>
      </w:pPr>
      <w:r>
        <w:rPr>
          <w:sz w:val="22"/>
        </w:rPr>
        <w:t>B. Tổ chức Thương mại thế giới (WTO).</w:t>
      </w:r>
    </w:p>
    <w:p>
      <w:pPr>
        <w:pStyle w:val="ListParagraph"/>
      </w:pPr>
      <w:r>
        <w:rPr>
          <w:sz w:val="22"/>
        </w:rPr>
        <w:t>C. Ngân hàng thế giới (WBG).</w:t>
      </w:r>
    </w:p>
    <w:p>
      <w:pPr>
        <w:pStyle w:val="ListParagraph"/>
      </w:pPr>
      <w:r>
        <w:rPr>
          <w:sz w:val="22"/>
        </w:rPr>
        <w:t>D. Thị trường chung Nam Mỹ (MERCOSUR).</w:t>
      </w:r>
    </w:p>
    <w:p/>
    <w:p>
      <w:r>
        <w:rPr>
          <w:b/>
          <w:sz w:val="24"/>
        </w:rPr>
        <w:t>Câu 13: Sự ra đời của tổ chức nào sau đây là biểu hiện của toàn cầu hóa kinh tế?</w:t>
      </w:r>
    </w:p>
    <w:p>
      <w:pPr>
        <w:pStyle w:val="ListParagraph"/>
      </w:pPr>
      <w:r>
        <w:rPr>
          <w:sz w:val="22"/>
        </w:rPr>
        <w:t>A. Liên minh châu Âu (EU).</w:t>
      </w:r>
    </w:p>
    <w:p>
      <w:pPr>
        <w:pStyle w:val="ListParagraph"/>
      </w:pPr>
      <w:r>
        <w:rPr>
          <w:sz w:val="22"/>
        </w:rPr>
        <w:t>B. Tổ chức Thương mại thế giới (WTO).</w:t>
      </w:r>
    </w:p>
    <w:p>
      <w:pPr>
        <w:pStyle w:val="ListParagraph"/>
      </w:pPr>
      <w:r>
        <w:rPr>
          <w:sz w:val="22"/>
        </w:rPr>
        <w:t>C. Hiệp hội các quốc gia Đông Nam Á (ASEAN).</w:t>
      </w:r>
    </w:p>
    <w:p>
      <w:pPr>
        <w:pStyle w:val="ListParagraph"/>
      </w:pPr>
      <w:r>
        <w:rPr>
          <w:sz w:val="22"/>
        </w:rPr>
        <w:t>D. Thị trường chung Nam Mỹ (MERCOSUR).</w:t>
      </w:r>
    </w:p>
    <w:p/>
    <w:p>
      <w:r>
        <w:rPr>
          <w:b/>
          <w:sz w:val="24"/>
        </w:rPr>
        <w:t>Câu 14: Các tổ chức liên kết kinh tế khu vực trên thế giới thường được thành lập bởi các quốc gia có</w:t>
      </w:r>
    </w:p>
    <w:p>
      <w:pPr>
        <w:pStyle w:val="ListParagraph"/>
      </w:pPr>
      <w:r>
        <w:rPr>
          <w:sz w:val="22"/>
        </w:rPr>
        <w:t>A. chung mục tiêu và lợi ích phát triển.</w:t>
      </w:r>
    </w:p>
    <w:p>
      <w:pPr>
        <w:pStyle w:val="ListParagraph"/>
      </w:pPr>
      <w:r>
        <w:rPr>
          <w:sz w:val="22"/>
        </w:rPr>
        <w:t>B. sự phát triển kinh tế - xã hội đồng đều.</w:t>
      </w:r>
    </w:p>
    <w:p>
      <w:pPr>
        <w:pStyle w:val="ListParagraph"/>
      </w:pPr>
      <w:r>
        <w:rPr>
          <w:sz w:val="22"/>
        </w:rPr>
        <w:t>C. tổng thu nhập quốc gia tương tự nhau.</w:t>
      </w:r>
    </w:p>
    <w:p>
      <w:pPr>
        <w:pStyle w:val="ListParagraph"/>
      </w:pPr>
      <w:r>
        <w:rPr>
          <w:sz w:val="22"/>
        </w:rPr>
        <w:t>D. lịch sử phát triển đất nước giống nhau.</w:t>
      </w:r>
    </w:p>
    <w:p/>
    <w:p>
      <w:r>
        <w:rPr>
          <w:b/>
          <w:sz w:val="24"/>
        </w:rPr>
        <w:t>Câu 15: Các tổ chức liên kết kinh tế đặc thù trên thế giới thường được thành lập bởi các quốc gia có</w:t>
      </w:r>
    </w:p>
    <w:p>
      <w:pPr>
        <w:pStyle w:val="ListParagraph"/>
      </w:pPr>
      <w:r>
        <w:rPr>
          <w:sz w:val="22"/>
        </w:rPr>
        <w:t>A. nét tương đồng về địa lí, văn hóa, xã hội.</w:t>
      </w:r>
    </w:p>
    <w:p>
      <w:pPr>
        <w:pStyle w:val="ListParagraph"/>
      </w:pPr>
      <w:r>
        <w:rPr>
          <w:sz w:val="22"/>
        </w:rPr>
        <w:t>B. sự phát triển kinh tế - xã hội đồng đều.</w:t>
      </w:r>
    </w:p>
    <w:p>
      <w:pPr>
        <w:pStyle w:val="ListParagraph"/>
      </w:pPr>
      <w:r>
        <w:rPr>
          <w:sz w:val="22"/>
        </w:rPr>
        <w:t>C. tổng thu nhập quốc gia tương tự nhau.</w:t>
      </w:r>
    </w:p>
    <w:p>
      <w:pPr>
        <w:pStyle w:val="ListParagraph"/>
      </w:pPr>
      <w:r>
        <w:rPr>
          <w:sz w:val="22"/>
        </w:rPr>
        <w:t>D. lịch sử phát triển đất nước giống nhau.</w:t>
      </w:r>
    </w:p>
    <w:p/>
    <w:p>
      <w:r>
        <w:rPr>
          <w:b/>
          <w:sz w:val="24"/>
        </w:rPr>
        <w:t>Câu 16: Thách thức to lớn của toàn cầu hóa đối với các nước đang phát triển là</w:t>
      </w:r>
    </w:p>
    <w:p>
      <w:pPr>
        <w:pStyle w:val="ListParagraph"/>
      </w:pPr>
      <w:r>
        <w:rPr>
          <w:sz w:val="22"/>
        </w:rPr>
        <w:t>A. tự do hóa thương mại được mở rộng.</w:t>
      </w:r>
    </w:p>
    <w:p>
      <w:pPr>
        <w:pStyle w:val="ListParagraph"/>
      </w:pPr>
      <w:r>
        <w:rPr>
          <w:sz w:val="22"/>
        </w:rPr>
        <w:t>B. gây áp lực với tự nhiên, môi trường.</w:t>
      </w:r>
    </w:p>
    <w:p>
      <w:pPr>
        <w:pStyle w:val="ListParagraph"/>
      </w:pPr>
      <w:r>
        <w:rPr>
          <w:sz w:val="22"/>
        </w:rPr>
        <w:t>C. hàng hóa có cơ hội lưu thông rộng rãi.</w:t>
      </w:r>
    </w:p>
    <w:p>
      <w:pPr>
        <w:pStyle w:val="ListParagraph"/>
      </w:pPr>
      <w:r>
        <w:rPr>
          <w:sz w:val="22"/>
        </w:rPr>
        <w:t>D. các quốc gia đón đầu công nghệ mới.</w:t>
      </w:r>
    </w:p>
    <w:p/>
    <w:p>
      <w:r>
        <w:rPr>
          <w:b/>
          <w:sz w:val="24"/>
        </w:rPr>
        <w:t>Câu 17: Ý nào sau đây là hệ quả của khu vực hóa kinh tế?</w:t>
      </w:r>
    </w:p>
    <w:p>
      <w:pPr>
        <w:pStyle w:val="ListParagraph"/>
      </w:pPr>
      <w:r>
        <w:rPr>
          <w:sz w:val="22"/>
        </w:rPr>
        <w:t>A. Làm xuất hiện mạng lưới liên kết toàn cầu.</w:t>
      </w:r>
    </w:p>
    <w:p>
      <w:pPr>
        <w:pStyle w:val="ListParagraph"/>
      </w:pPr>
      <w:r>
        <w:rPr>
          <w:sz w:val="22"/>
        </w:rPr>
        <w:t>B. Tạo vị thế của khu vực trên trường quốc tế.</w:t>
      </w:r>
    </w:p>
    <w:p>
      <w:pPr>
        <w:pStyle w:val="ListParagraph"/>
      </w:pPr>
      <w:r>
        <w:rPr>
          <w:sz w:val="22"/>
        </w:rPr>
        <w:t>C. Tạo cơ hội trao đổi công nghệ trên toàn thế giới.</w:t>
      </w:r>
    </w:p>
    <w:p>
      <w:pPr>
        <w:pStyle w:val="ListParagraph"/>
      </w:pPr>
      <w:r>
        <w:rPr>
          <w:sz w:val="22"/>
        </w:rPr>
        <w:t>D. Tăng ảnh hưởng giữa các quốc gia trên toàn thế giới.</w:t>
      </w:r>
    </w:p>
    <w:p/>
    <w:p>
      <w:r>
        <w:rPr>
          <w:b/>
          <w:sz w:val="24"/>
        </w:rPr>
        <w:t>Câu 18: Các nước đang phát triển phụ thuộc vào các nước phát triển ngày càng nhiều về</w:t>
      </w:r>
    </w:p>
    <w:p>
      <w:pPr>
        <w:pStyle w:val="ListParagraph"/>
      </w:pPr>
      <w:r>
        <w:rPr>
          <w:sz w:val="22"/>
        </w:rPr>
        <w:t>A. thị trường.</w:t>
      </w:r>
    </w:p>
    <w:p>
      <w:pPr>
        <w:pStyle w:val="ListParagraph"/>
      </w:pPr>
      <w:r>
        <w:rPr>
          <w:sz w:val="22"/>
        </w:rPr>
        <w:t>B. lao động.</w:t>
      </w:r>
    </w:p>
    <w:p>
      <w:pPr>
        <w:pStyle w:val="ListParagraph"/>
      </w:pPr>
      <w:r>
        <w:rPr>
          <w:sz w:val="22"/>
        </w:rPr>
        <w:t>C. nguyên liệu.</w:t>
      </w:r>
    </w:p>
    <w:p>
      <w:pPr>
        <w:pStyle w:val="ListParagraph"/>
      </w:pPr>
      <w:r>
        <w:rPr>
          <w:sz w:val="22"/>
        </w:rPr>
        <w:t>D. vốn, khoa học kĩ thuật - công nghệ.</w:t>
      </w:r>
    </w:p>
    <w:p/>
    <w:p>
      <w:r>
        <w:rPr>
          <w:b/>
          <w:sz w:val="24"/>
        </w:rPr>
        <w:t>Câu 19: Muốn có sức cạnh tranh kinh tế mạnh các nước đang phát triển cần phải</w:t>
      </w:r>
    </w:p>
    <w:p>
      <w:pPr>
        <w:pStyle w:val="ListParagraph"/>
      </w:pPr>
      <w:r>
        <w:rPr>
          <w:sz w:val="22"/>
        </w:rPr>
        <w:t>A. bãi bỏ hoàn toàn hàng rào thuế quan.</w:t>
      </w:r>
    </w:p>
    <w:p>
      <w:pPr>
        <w:pStyle w:val="ListParagraph"/>
      </w:pPr>
      <w:r>
        <w:rPr>
          <w:sz w:val="22"/>
        </w:rPr>
        <w:t>B. làm chủ ngành công nghệ mũi nhọn.</w:t>
      </w:r>
    </w:p>
    <w:p>
      <w:pPr>
        <w:pStyle w:val="ListParagraph"/>
      </w:pPr>
      <w:r>
        <w:rPr>
          <w:sz w:val="22"/>
        </w:rPr>
        <w:t>C. đón đầu được các công nghệ hiện đại.</w:t>
      </w:r>
    </w:p>
    <w:p>
      <w:pPr>
        <w:pStyle w:val="ListParagraph"/>
      </w:pPr>
      <w:r>
        <w:rPr>
          <w:sz w:val="22"/>
        </w:rPr>
        <w:t>D. đa phương hóa trong quan hệ quốc tế.</w:t>
      </w:r>
    </w:p>
    <w:p/>
    <w:p>
      <w:r>
        <w:rPr>
          <w:b/>
          <w:sz w:val="24"/>
        </w:rPr>
        <w:t>Câu 20: Các nước tham gia vào quá trình toàn cầu hóa nhằm mục đích chủ yếu nào sau đây?</w:t>
      </w:r>
    </w:p>
    <w:p>
      <w:pPr>
        <w:pStyle w:val="ListParagraph"/>
      </w:pPr>
      <w:r>
        <w:rPr>
          <w:sz w:val="22"/>
        </w:rPr>
        <w:t>A. Bảo vệ được độc lập chủ quyền và an ninh của quốc gia.</w:t>
      </w:r>
    </w:p>
    <w:p>
      <w:pPr>
        <w:pStyle w:val="ListParagraph"/>
      </w:pPr>
      <w:r>
        <w:rPr>
          <w:sz w:val="22"/>
        </w:rPr>
        <w:t>B. Thu hút vốn đầu tư trực tiếp và chuyển giao công nghệ.</w:t>
      </w:r>
    </w:p>
    <w:p>
      <w:pPr>
        <w:pStyle w:val="ListParagraph"/>
      </w:pPr>
      <w:r>
        <w:rPr>
          <w:sz w:val="22"/>
        </w:rPr>
        <w:t>C. Đạt được các mục tiêu phát triển kinh tế xã hội bền vững.</w:t>
      </w:r>
    </w:p>
    <w:p>
      <w:pPr>
        <w:pStyle w:val="ListParagraph"/>
      </w:pPr>
      <w:r>
        <w:rPr>
          <w:sz w:val="22"/>
        </w:rPr>
        <w:t>D. Đẩy nhanh tốc độ phát triển kinh tế - xã hội của đất nước.</w:t>
      </w:r>
    </w:p>
    <w:p/>
    <w:p>
      <w:r>
        <w:rPr>
          <w:b/>
          <w:sz w:val="24"/>
        </w:rPr>
        <w:t>Câu 21: Việt Nam gia nhập WTO vào năm nào sau đây?</w:t>
      </w:r>
    </w:p>
    <w:p>
      <w:pPr>
        <w:pStyle w:val="ListParagraph"/>
      </w:pPr>
      <w:r>
        <w:rPr>
          <w:sz w:val="22"/>
        </w:rPr>
        <w:t>A. 2005.</w:t>
      </w:r>
    </w:p>
    <w:p>
      <w:pPr>
        <w:pStyle w:val="ListParagraph"/>
      </w:pPr>
      <w:r>
        <w:rPr>
          <w:sz w:val="22"/>
        </w:rPr>
        <w:t>B. 2006.</w:t>
      </w:r>
    </w:p>
    <w:p>
      <w:pPr>
        <w:pStyle w:val="ListParagraph"/>
      </w:pPr>
      <w:r>
        <w:rPr>
          <w:sz w:val="22"/>
        </w:rPr>
        <w:t>C. 2007</w:t>
      </w:r>
    </w:p>
    <w:p>
      <w:pPr>
        <w:pStyle w:val="ListParagraph"/>
      </w:pPr>
      <w:r>
        <w:rPr>
          <w:sz w:val="22"/>
        </w:rPr>
        <w:t>D. 2008.</w:t>
      </w:r>
    </w:p>
    <w:p/>
    <w:p>
      <w:r>
        <w:rPr>
          <w:b/>
          <w:sz w:val="24"/>
        </w:rPr>
        <w:t>Câu 22: Việt Nam là thành viên của Diễn đàn hợp tác kinh tế châu Á - Thái Bình Dương vào năm nào sau đây?</w:t>
      </w:r>
    </w:p>
    <w:p>
      <w:pPr>
        <w:pStyle w:val="ListParagraph"/>
      </w:pPr>
      <w:r>
        <w:rPr>
          <w:sz w:val="22"/>
        </w:rPr>
        <w:t>A. 1977.</w:t>
      </w:r>
    </w:p>
    <w:p>
      <w:pPr>
        <w:pStyle w:val="ListParagraph"/>
      </w:pPr>
      <w:r>
        <w:rPr>
          <w:sz w:val="22"/>
        </w:rPr>
        <w:t>B. 1976.</w:t>
      </w:r>
    </w:p>
    <w:p>
      <w:pPr>
        <w:pStyle w:val="ListParagraph"/>
      </w:pPr>
      <w:r>
        <w:rPr>
          <w:sz w:val="22"/>
        </w:rPr>
        <w:t>C. 2007.</w:t>
      </w:r>
    </w:p>
    <w:p>
      <w:pPr>
        <w:pStyle w:val="ListParagraph"/>
      </w:pPr>
      <w:r>
        <w:rPr>
          <w:sz w:val="22"/>
        </w:rPr>
        <w:t>D. 1998.</w:t>
      </w:r>
    </w:p>
    <w:p/>
    <w:p>
      <w:r>
        <w:rPr>
          <w:b/>
          <w:sz w:val="24"/>
        </w:rPr>
        <w:t>Câu 23: Vấn đề nào dưới đây là vấn đề an ninh truyền thống?</w:t>
      </w:r>
    </w:p>
    <w:p>
      <w:pPr>
        <w:pStyle w:val="ListParagraph"/>
      </w:pPr>
      <w:r>
        <w:rPr>
          <w:sz w:val="22"/>
        </w:rPr>
        <w:t>A. An ninh năng lượng.</w:t>
      </w:r>
    </w:p>
    <w:p>
      <w:pPr>
        <w:pStyle w:val="ListParagraph"/>
      </w:pPr>
      <w:r>
        <w:rPr>
          <w:sz w:val="22"/>
        </w:rPr>
        <w:t>B. An ninh quân sự.</w:t>
      </w:r>
    </w:p>
    <w:p>
      <w:pPr>
        <w:pStyle w:val="ListParagraph"/>
      </w:pPr>
      <w:r>
        <w:rPr>
          <w:sz w:val="22"/>
        </w:rPr>
        <w:t>C. An ninh mạng.</w:t>
      </w:r>
    </w:p>
    <w:p>
      <w:pPr>
        <w:pStyle w:val="ListParagraph"/>
      </w:pPr>
      <w:r>
        <w:rPr>
          <w:sz w:val="22"/>
        </w:rPr>
        <w:t>D. An ninh nguồn nước.</w:t>
      </w:r>
    </w:p>
    <w:p/>
    <w:p>
      <w:r>
        <w:rPr>
          <w:b/>
          <w:sz w:val="24"/>
        </w:rPr>
        <w:t>Câu 24: Thiết lập và duy trì một nền thương mại toàn cầu tự do, thuận lợi và minh bạch là tôn chỉ của tổ chức nào sau đây?</w:t>
      </w:r>
    </w:p>
    <w:p>
      <w:pPr>
        <w:pStyle w:val="ListParagraph"/>
      </w:pPr>
      <w:r>
        <w:rPr>
          <w:sz w:val="22"/>
        </w:rPr>
        <w:t>A. Tổ chức Thương mại Thế giới.</w:t>
      </w:r>
    </w:p>
    <w:p>
      <w:pPr>
        <w:pStyle w:val="ListParagraph"/>
      </w:pPr>
      <w:r>
        <w:rPr>
          <w:sz w:val="22"/>
        </w:rPr>
        <w:t>B. Quỹ Tiền tệ quốc tế (IMF).</w:t>
      </w:r>
    </w:p>
    <w:p>
      <w:pPr>
        <w:pStyle w:val="ListParagraph"/>
      </w:pPr>
      <w:r>
        <w:rPr>
          <w:sz w:val="22"/>
        </w:rPr>
        <w:t>C. Ngân hàng Thế giới (WB).</w:t>
      </w:r>
    </w:p>
    <w:p>
      <w:pPr>
        <w:pStyle w:val="ListParagraph"/>
      </w:pPr>
      <w:r>
        <w:rPr>
          <w:sz w:val="22"/>
        </w:rPr>
        <w:t>D. Diễn đàn hợp tác kinh tế châu Á – TBD.</w:t>
      </w:r>
    </w:p>
    <w:p/>
    <w:p>
      <w:r>
        <w:rPr>
          <w:b/>
          <w:sz w:val="24"/>
        </w:rPr>
        <w:t>Câu 25: Vấn đề an ninh mạng gắn liền với sự phát triển của ngành nào sau đây?</w:t>
      </w:r>
    </w:p>
    <w:p>
      <w:pPr>
        <w:pStyle w:val="ListParagraph"/>
      </w:pPr>
      <w:r>
        <w:rPr>
          <w:sz w:val="22"/>
        </w:rPr>
        <w:t>A. Công nghiệp.</w:t>
      </w:r>
    </w:p>
    <w:p>
      <w:pPr>
        <w:pStyle w:val="ListParagraph"/>
      </w:pPr>
      <w:r>
        <w:rPr>
          <w:sz w:val="22"/>
        </w:rPr>
        <w:t>B. Nông nghiệp.</w:t>
      </w:r>
    </w:p>
    <w:p>
      <w:pPr>
        <w:pStyle w:val="ListParagraph"/>
      </w:pPr>
      <w:r>
        <w:rPr>
          <w:sz w:val="22"/>
        </w:rPr>
        <w:t>C. Du lịch.</w:t>
      </w:r>
    </w:p>
    <w:p>
      <w:pPr>
        <w:pStyle w:val="ListParagraph"/>
      </w:pPr>
      <w:r>
        <w:rPr>
          <w:sz w:val="22"/>
        </w:rPr>
        <w:t>D. Công nghệ thông tin.</w:t>
      </w:r>
    </w:p>
    <w:p/>
    <w:p>
      <w:r>
        <w:rPr>
          <w:b/>
          <w:sz w:val="24"/>
        </w:rPr>
        <w:t>Câu 26: Hiện nay, thế giới phụ thuộc chủ yếu vào năng lượng</w:t>
      </w:r>
    </w:p>
    <w:p>
      <w:pPr>
        <w:pStyle w:val="ListParagraph"/>
      </w:pPr>
      <w:r>
        <w:rPr>
          <w:sz w:val="22"/>
        </w:rPr>
        <w:t>A. hạt nhân.</w:t>
      </w:r>
    </w:p>
    <w:p>
      <w:pPr>
        <w:pStyle w:val="ListParagraph"/>
      </w:pPr>
      <w:r>
        <w:rPr>
          <w:sz w:val="22"/>
        </w:rPr>
        <w:t>B. tái tạo.</w:t>
      </w:r>
    </w:p>
    <w:p>
      <w:pPr>
        <w:pStyle w:val="ListParagraph"/>
      </w:pPr>
      <w:r>
        <w:rPr>
          <w:sz w:val="22"/>
        </w:rPr>
        <w:t>C. hóa thạch.</w:t>
      </w:r>
    </w:p>
    <w:p>
      <w:pPr>
        <w:pStyle w:val="ListParagraph"/>
      </w:pPr>
      <w:r>
        <w:rPr>
          <w:sz w:val="22"/>
        </w:rPr>
        <w:t>D. thủy điện.</w:t>
      </w:r>
    </w:p>
    <w:p/>
    <w:p>
      <w:r>
        <w:rPr>
          <w:b/>
          <w:sz w:val="24"/>
        </w:rPr>
        <w:t>Câu 27: Giải pháp mang tính cấp bách khi giải quyết vấn đề khủng hoảng an ninh lương thực là</w:t>
      </w:r>
    </w:p>
    <w:p>
      <w:pPr>
        <w:pStyle w:val="ListParagraph"/>
      </w:pPr>
      <w:r>
        <w:rPr>
          <w:sz w:val="22"/>
        </w:rPr>
        <w:t>A. cung cấp lương thực và cứu trợ nhân đạo.</w:t>
      </w:r>
    </w:p>
    <w:p>
      <w:pPr>
        <w:pStyle w:val="ListParagraph"/>
      </w:pPr>
      <w:r>
        <w:rPr>
          <w:sz w:val="22"/>
        </w:rPr>
        <w:t>B. tăng năng suất và phát triển bền vững.</w:t>
      </w:r>
    </w:p>
    <w:p>
      <w:pPr>
        <w:pStyle w:val="ListParagraph"/>
      </w:pPr>
      <w:r>
        <w:rPr>
          <w:sz w:val="22"/>
        </w:rPr>
        <w:t>C. phát huy vai trò của các tổ chức quốc tế.</w:t>
      </w:r>
    </w:p>
    <w:p>
      <w:pPr>
        <w:pStyle w:val="ListParagraph"/>
      </w:pPr>
      <w:r>
        <w:rPr>
          <w:sz w:val="22"/>
        </w:rPr>
        <w:t>D. bình ổn giá, ưu tiên hàng lương thực.</w:t>
      </w:r>
    </w:p>
    <w:p/>
    <w:p>
      <w:r>
        <w:rPr>
          <w:b/>
          <w:sz w:val="24"/>
        </w:rPr>
        <w:t>Câu 28: Hiện nay, nguồn nước ngọt ở nhiều nơi trên thế giới bị ô nhiễm nghiêm trọng, nguyên nhân chủ yếu là do</w:t>
      </w:r>
    </w:p>
    <w:p>
      <w:pPr>
        <w:pStyle w:val="ListParagraph"/>
      </w:pPr>
      <w:r>
        <w:rPr>
          <w:sz w:val="22"/>
        </w:rPr>
        <w:t>A. Chất thải công nghiệp chưa qua xử lí.</w:t>
      </w:r>
    </w:p>
    <w:p>
      <w:pPr>
        <w:pStyle w:val="ListParagraph"/>
      </w:pPr>
      <w:r>
        <w:rPr>
          <w:sz w:val="22"/>
        </w:rPr>
        <w:t>B. Chất thải trong sản xuất nông nghiệp</w:t>
      </w:r>
    </w:p>
    <w:p>
      <w:pPr>
        <w:pStyle w:val="ListParagraph"/>
      </w:pPr>
      <w:r>
        <w:rPr>
          <w:sz w:val="22"/>
        </w:rPr>
        <w:t>C. Nước xả từ các nhà máy thủy điện</w:t>
      </w:r>
    </w:p>
    <w:p>
      <w:pPr>
        <w:pStyle w:val="ListParagraph"/>
      </w:pPr>
      <w:r>
        <w:rPr>
          <w:sz w:val="22"/>
        </w:rPr>
        <w:t>D. Khai thác và vận chuyển dầu mỏ.</w:t>
      </w:r>
    </w:p>
    <w:p/>
    <w:p>
      <w:r>
        <w:rPr>
          <w:b/>
          <w:sz w:val="24"/>
        </w:rPr>
        <w:t>Câu 29: Phát biểu nào sau đây không đúng khi đề cập đến vấn đề an ninh mạng?</w:t>
      </w:r>
    </w:p>
    <w:p>
      <w:pPr>
        <w:pStyle w:val="ListParagraph"/>
      </w:pPr>
      <w:r>
        <w:rPr>
          <w:sz w:val="22"/>
        </w:rPr>
        <w:t>A. Hoạt động tấn công mạng ngày càng tinh vi.</w:t>
      </w:r>
    </w:p>
    <w:p>
      <w:pPr>
        <w:pStyle w:val="ListParagraph"/>
      </w:pPr>
      <w:r>
        <w:rPr>
          <w:sz w:val="22"/>
        </w:rPr>
        <w:t>B. Mọi quốc gia đều có nguy cơ bị tấn công mạng.</w:t>
      </w:r>
    </w:p>
    <w:p>
      <w:pPr>
        <w:pStyle w:val="ListParagraph"/>
      </w:pPr>
      <w:r>
        <w:rPr>
          <w:sz w:val="22"/>
        </w:rPr>
        <w:t>C. An ninh mạng là hậu quả của phát triển công nghệ.</w:t>
      </w:r>
    </w:p>
    <w:p>
      <w:pPr>
        <w:pStyle w:val="ListParagraph"/>
      </w:pPr>
      <w:r>
        <w:rPr>
          <w:sz w:val="22"/>
        </w:rPr>
        <w:t>D. Bảo vệ an ninh mạng là nhiệm vụ cấp bách của nhiều nước.</w:t>
      </w:r>
    </w:p>
    <w:p/>
    <w:p>
      <w:r>
        <w:rPr>
          <w:b/>
          <w:sz w:val="24"/>
        </w:rPr>
        <w:t>Câu 30: Khu vực Mỹ La-tinh gồm</w:t>
      </w:r>
    </w:p>
    <w:p>
      <w:pPr>
        <w:pStyle w:val="ListParagraph"/>
      </w:pPr>
      <w:r>
        <w:rPr>
          <w:sz w:val="22"/>
        </w:rPr>
        <w:t>A. Mê-hi-cô, Trung và Bắc Mỹ, các quần đảo trong biển Ca-ri-bê.</w:t>
      </w:r>
    </w:p>
    <w:p>
      <w:pPr>
        <w:pStyle w:val="ListParagraph"/>
      </w:pPr>
      <w:r>
        <w:rPr>
          <w:sz w:val="22"/>
        </w:rPr>
        <w:t>B. Mê-hi-cô, Trung và Nam Mỹ, các quần đảo trong biển Ca-ri-bê.</w:t>
      </w:r>
    </w:p>
    <w:p>
      <w:pPr>
        <w:pStyle w:val="ListParagraph"/>
      </w:pPr>
      <w:r>
        <w:rPr>
          <w:sz w:val="22"/>
        </w:rPr>
        <w:t>C. Mê-hi-cô, Trung và Nam Mỹ, quần đảo Ăng-ti, kênh đào Xuy-ê.</w:t>
      </w:r>
    </w:p>
    <w:p>
      <w:pPr>
        <w:pStyle w:val="ListParagraph"/>
      </w:pPr>
      <w:r>
        <w:rPr>
          <w:sz w:val="22"/>
        </w:rPr>
        <w:t>D. Mê-hi-cô, Trung và Bắc Mỹ, kênh đào Xuy-ê và kênh Pa-na-ma.</w:t>
      </w:r>
    </w:p>
    <w:p/>
    <w:p>
      <w:r>
        <w:rPr>
          <w:b/>
          <w:sz w:val="24"/>
        </w:rPr>
        <w:t>Câu 31: Dân cư Mỹ La-tinh có đặc điểm nào sau đây?</w:t>
      </w:r>
    </w:p>
    <w:p>
      <w:pPr>
        <w:pStyle w:val="ListParagraph"/>
      </w:pPr>
      <w:r>
        <w:rPr>
          <w:sz w:val="22"/>
        </w:rPr>
        <w:t>A. Gia tăng dân số thấp.</w:t>
      </w:r>
    </w:p>
    <w:p>
      <w:pPr>
        <w:pStyle w:val="ListParagraph"/>
      </w:pPr>
      <w:r>
        <w:rPr>
          <w:sz w:val="22"/>
        </w:rPr>
        <w:t>B. Tỉ suất nhập cư lớn</w:t>
      </w:r>
    </w:p>
    <w:p>
      <w:pPr>
        <w:pStyle w:val="ListParagraph"/>
      </w:pPr>
      <w:r>
        <w:rPr>
          <w:sz w:val="22"/>
        </w:rPr>
        <w:t>C. Cơ cấu dân số vàng.</w:t>
      </w:r>
    </w:p>
    <w:p>
      <w:pPr>
        <w:pStyle w:val="ListParagraph"/>
      </w:pPr>
      <w:r>
        <w:rPr>
          <w:sz w:val="22"/>
        </w:rPr>
        <w:t>D. Dân số đang trẻ hóa.</w:t>
      </w:r>
    </w:p>
    <w:p/>
    <w:p>
      <w:r>
        <w:rPr>
          <w:b/>
          <w:sz w:val="24"/>
        </w:rPr>
        <w:t>Câu 32: Các ngành kinh tế chủ đạo ở Mỹ La-tinh là</w:t>
      </w:r>
    </w:p>
    <w:p>
      <w:pPr>
        <w:pStyle w:val="ListParagraph"/>
      </w:pPr>
      <w:r>
        <w:rPr>
          <w:sz w:val="22"/>
        </w:rPr>
        <w:t>A. khai khoáng, chế tạo máy và du lịch.</w:t>
      </w:r>
    </w:p>
    <w:p>
      <w:pPr>
        <w:pStyle w:val="ListParagraph"/>
      </w:pPr>
      <w:r>
        <w:rPr>
          <w:sz w:val="22"/>
        </w:rPr>
        <w:t>B. trồng trọt, chăn nuôi và khai khoáng.</w:t>
      </w:r>
    </w:p>
    <w:p>
      <w:pPr>
        <w:pStyle w:val="ListParagraph"/>
      </w:pPr>
      <w:r>
        <w:rPr>
          <w:sz w:val="22"/>
        </w:rPr>
        <w:t>C. đánh cá, du lịch, nuôi trồng thủy sản.</w:t>
      </w:r>
    </w:p>
    <w:p>
      <w:pPr>
        <w:pStyle w:val="ListParagraph"/>
      </w:pPr>
      <w:r>
        <w:rPr>
          <w:sz w:val="22"/>
        </w:rPr>
        <w:t>D. khai khoáng, nông nghiệp và dịch vụ.</w:t>
      </w:r>
    </w:p>
    <w:p/>
    <w:p>
      <w:r>
        <w:rPr>
          <w:b/>
          <w:sz w:val="24"/>
        </w:rPr>
        <w:t>Câu 33: Đồng bằng nào sau đây ở Mỹ La-tinh có giá trị cao nhất về đa dạng sinh học?</w:t>
      </w:r>
    </w:p>
    <w:p>
      <w:pPr>
        <w:pStyle w:val="ListParagraph"/>
      </w:pPr>
      <w:r>
        <w:rPr>
          <w:sz w:val="22"/>
        </w:rPr>
        <w:t>A. Pam-pa.</w:t>
      </w:r>
    </w:p>
    <w:p>
      <w:pPr>
        <w:pStyle w:val="ListParagraph"/>
      </w:pPr>
      <w:r>
        <w:rPr>
          <w:sz w:val="22"/>
        </w:rPr>
        <w:t>B. La Pla-ta.</w:t>
      </w:r>
    </w:p>
    <w:p>
      <w:pPr>
        <w:pStyle w:val="ListParagraph"/>
      </w:pPr>
      <w:r>
        <w:rPr>
          <w:sz w:val="22"/>
        </w:rPr>
        <w:t>C. A-ma-dôn.</w:t>
      </w:r>
    </w:p>
    <w:p>
      <w:pPr>
        <w:pStyle w:val="ListParagraph"/>
      </w:pPr>
      <w:r>
        <w:rPr>
          <w:sz w:val="22"/>
        </w:rPr>
        <w:t>D. Ô-ri-nô-cô.</w:t>
      </w:r>
    </w:p>
    <w:p/>
    <w:p>
      <w:r>
        <w:rPr>
          <w:b/>
          <w:sz w:val="24"/>
        </w:rPr>
        <w:t>Câu 34: Tốc độ phát triển GDP của Mỹ Latinh không đều qua các năm chủ yếu do</w:t>
      </w:r>
    </w:p>
    <w:p>
      <w:pPr>
        <w:pStyle w:val="ListParagraph"/>
      </w:pPr>
      <w:r>
        <w:rPr>
          <w:sz w:val="22"/>
        </w:rPr>
        <w:t>A. tình hình chính trị thường xuyên bất ổn định.</w:t>
      </w:r>
    </w:p>
    <w:p>
      <w:pPr>
        <w:pStyle w:val="ListParagraph"/>
      </w:pPr>
      <w:r>
        <w:rPr>
          <w:sz w:val="22"/>
        </w:rPr>
        <w:t>B. thị trường thế giới thường xuyên biến động.</w:t>
      </w:r>
    </w:p>
    <w:p>
      <w:pPr>
        <w:pStyle w:val="ListParagraph"/>
      </w:pPr>
      <w:r>
        <w:rPr>
          <w:sz w:val="22"/>
        </w:rPr>
        <w:t>C. nguồn tài nguyên đang ngày càng cạn kiệt.</w:t>
      </w:r>
    </w:p>
    <w:p>
      <w:pPr>
        <w:pStyle w:val="ListParagraph"/>
      </w:pPr>
      <w:r>
        <w:rPr>
          <w:sz w:val="22"/>
        </w:rPr>
        <w:t>D. nguồn lao động kĩ thuật cao không bổ sung</w:t>
      </w:r>
    </w:p>
    <w:p/>
    <w:p>
      <w:r>
        <w:rPr>
          <w:b/>
          <w:sz w:val="24"/>
        </w:rPr>
        <w:t>Câu 35: Phát biểu nào sau đây không đúng về kinh tế khu vực Mỹ La-tinh?</w:t>
      </w:r>
    </w:p>
    <w:p>
      <w:pPr>
        <w:pStyle w:val="ListParagraph"/>
      </w:pPr>
      <w:r>
        <w:rPr>
          <w:sz w:val="22"/>
        </w:rPr>
        <w:t>A. Tổng GDP của toàn khu vực ở mức thấp.</w:t>
      </w:r>
    </w:p>
    <w:p>
      <w:pPr>
        <w:pStyle w:val="ListParagraph"/>
      </w:pPr>
      <w:r>
        <w:rPr>
          <w:sz w:val="22"/>
        </w:rPr>
        <w:t>B. Chênh lệch lớn về GDP giữa các nước.</w:t>
      </w:r>
    </w:p>
    <w:p>
      <w:pPr>
        <w:pStyle w:val="ListParagraph"/>
      </w:pPr>
      <w:r>
        <w:rPr>
          <w:sz w:val="22"/>
        </w:rPr>
        <w:t>C. Có nhiều quốc gia nợ nước ngoài rất lớn.</w:t>
      </w:r>
    </w:p>
    <w:p>
      <w:pPr>
        <w:pStyle w:val="ListParagraph"/>
      </w:pPr>
      <w:r>
        <w:rPr>
          <w:sz w:val="22"/>
        </w:rPr>
        <w:t>D. Tốc độ tăng trưởng GDP luôn rất nhanh.</w:t>
      </w:r>
    </w:p>
    <w:p/>
    <w:p>
      <w:r>
        <w:rPr>
          <w:b/>
          <w:sz w:val="24"/>
        </w:rPr>
        <w:t>Câu 36: Các ngành kinh tế chủ đạo ở Mỹ La-tinh là</w:t>
      </w:r>
    </w:p>
    <w:p>
      <w:pPr>
        <w:pStyle w:val="ListParagraph"/>
      </w:pPr>
      <w:r>
        <w:rPr>
          <w:sz w:val="22"/>
        </w:rPr>
        <w:t>A. khai khoáng, chế tạo máy và du lịch.</w:t>
      </w:r>
    </w:p>
    <w:p>
      <w:pPr>
        <w:pStyle w:val="ListParagraph"/>
      </w:pPr>
      <w:r>
        <w:rPr>
          <w:sz w:val="22"/>
        </w:rPr>
        <w:t>B. trồng trọt, chăn nuôi và khai khoáng.</w:t>
      </w:r>
    </w:p>
    <w:p>
      <w:pPr>
        <w:pStyle w:val="ListParagraph"/>
      </w:pPr>
      <w:r>
        <w:rPr>
          <w:sz w:val="22"/>
        </w:rPr>
        <w:t>C. đánh cá, du lịch, nuôi trồng thủy sản.</w:t>
      </w:r>
    </w:p>
    <w:p>
      <w:pPr>
        <w:pStyle w:val="ListParagraph"/>
      </w:pPr>
      <w:r>
        <w:rPr>
          <w:sz w:val="22"/>
        </w:rPr>
        <w:t>D. khai khoáng, nông nghiệp và dịch vụ.</w:t>
      </w:r>
    </w:p>
    <w:p/>
    <w:p>
      <w:r>
        <w:rPr>
          <w:b/>
          <w:sz w:val="24"/>
        </w:rPr>
        <w:t>Câu 37: Các dạng địa hình nào sau đây chiếm phần lớn diện tích khu vực Mỹ Latinh?</w:t>
      </w:r>
    </w:p>
    <w:p>
      <w:pPr>
        <w:pStyle w:val="ListParagraph"/>
      </w:pPr>
      <w:r>
        <w:rPr>
          <w:sz w:val="22"/>
        </w:rPr>
        <w:t>A. Đồng bằng và sơn nguyên.</w:t>
      </w:r>
    </w:p>
    <w:p>
      <w:pPr>
        <w:pStyle w:val="ListParagraph"/>
      </w:pPr>
      <w:r>
        <w:rPr>
          <w:sz w:val="22"/>
        </w:rPr>
        <w:t>B. Sơn nguyên và cao nguyên.</w:t>
      </w:r>
    </w:p>
    <w:p>
      <w:pPr>
        <w:pStyle w:val="ListParagraph"/>
      </w:pPr>
      <w:r>
        <w:rPr>
          <w:sz w:val="22"/>
        </w:rPr>
        <w:t>C. Cao nguyên và núi thấp.</w:t>
      </w:r>
    </w:p>
    <w:p>
      <w:pPr>
        <w:pStyle w:val="ListParagraph"/>
      </w:pPr>
      <w:r>
        <w:rPr>
          <w:sz w:val="22"/>
        </w:rPr>
        <w:t>D. Núi cao và đồi trung du.</w:t>
      </w:r>
    </w:p>
    <w:p/>
    <w:p>
      <w:r>
        <w:rPr>
          <w:b/>
          <w:sz w:val="24"/>
        </w:rPr>
        <w:t>Câu 38: Phát biểu nào sau đây không đúng khi nói về vị trí địa lí và lãnh thổ khu vực Mỹ La-tinh?</w:t>
      </w:r>
    </w:p>
    <w:p>
      <w:pPr>
        <w:pStyle w:val="ListParagraph"/>
      </w:pPr>
      <w:r>
        <w:rPr>
          <w:sz w:val="22"/>
        </w:rPr>
        <w:t>A. Trải dài trên nhiều vĩ độ.</w:t>
      </w:r>
    </w:p>
    <w:p>
      <w:pPr>
        <w:pStyle w:val="ListParagraph"/>
      </w:pPr>
      <w:r>
        <w:rPr>
          <w:sz w:val="22"/>
        </w:rPr>
        <w:t>B. Nằm hoàn toàn ở bán cầu Tây.</w:t>
      </w:r>
    </w:p>
    <w:p>
      <w:pPr>
        <w:pStyle w:val="ListParagraph"/>
      </w:pPr>
      <w:r>
        <w:rPr>
          <w:sz w:val="22"/>
        </w:rPr>
        <w:t>C. Không có đường xích đạo đi qua.</w:t>
      </w:r>
    </w:p>
    <w:p>
      <w:pPr>
        <w:pStyle w:val="ListParagraph"/>
      </w:pPr>
      <w:r>
        <w:rPr>
          <w:sz w:val="22"/>
        </w:rPr>
        <w:t>D. Tách biệt với các châu lục khác.</w:t>
      </w:r>
    </w:p>
    <w:p/>
    <w:p>
      <w:r>
        <w:rPr>
          <w:b/>
          <w:sz w:val="24"/>
        </w:rPr>
        <w:t>Câu 39: Vấn đề dân cư - xã hội đáng quan tâm nhất ở Mỹ La-tinh là</w:t>
      </w:r>
    </w:p>
    <w:p>
      <w:pPr>
        <w:pStyle w:val="ListParagraph"/>
      </w:pPr>
      <w:r>
        <w:rPr>
          <w:sz w:val="22"/>
        </w:rPr>
        <w:t>A. có nhiều siêu đô thị dân đông.</w:t>
      </w:r>
    </w:p>
    <w:p>
      <w:pPr>
        <w:pStyle w:val="ListParagraph"/>
      </w:pPr>
      <w:r>
        <w:rPr>
          <w:sz w:val="22"/>
        </w:rPr>
        <w:t>B. tỉ lệ thất nghiệp ở thành thị cao.</w:t>
      </w:r>
    </w:p>
    <w:p>
      <w:pPr>
        <w:pStyle w:val="ListParagraph"/>
      </w:pPr>
      <w:r>
        <w:rPr>
          <w:sz w:val="22"/>
        </w:rPr>
        <w:t>C. dân nông thôn vào đô thị đông.</w:t>
      </w:r>
    </w:p>
    <w:p>
      <w:pPr>
        <w:pStyle w:val="ListParagraph"/>
      </w:pPr>
      <w:r>
        <w:rPr>
          <w:sz w:val="22"/>
        </w:rPr>
        <w:t>D. chênh lệch giàu nghèo rất lớn.</w:t>
      </w:r>
    </w:p>
    <w:p/>
    <w:p>
      <w:r>
        <w:rPr>
          <w:b/>
          <w:sz w:val="24"/>
        </w:rPr>
        <w:t>Câu 40: Phía tây của khu vực Mỹ La-tinh có địa hình</w:t>
      </w:r>
    </w:p>
    <w:p>
      <w:pPr>
        <w:pStyle w:val="ListParagraph"/>
      </w:pPr>
      <w:r>
        <w:rPr>
          <w:sz w:val="22"/>
        </w:rPr>
        <w:t>A. bao gồm sơn nguyên, vùng núi trẻ An-đét.</w:t>
      </w:r>
    </w:p>
    <w:p>
      <w:pPr>
        <w:pStyle w:val="ListParagraph"/>
      </w:pPr>
      <w:r>
        <w:rPr>
          <w:sz w:val="22"/>
        </w:rPr>
        <w:t>B. chủ yếu là các đảo và quần đảo ven bờ.</w:t>
      </w:r>
    </w:p>
    <w:p>
      <w:pPr>
        <w:pStyle w:val="ListParagraph"/>
      </w:pPr>
      <w:r>
        <w:rPr>
          <w:sz w:val="22"/>
        </w:rPr>
        <w:t>C. bao gồm miền núi thấp , sơn nguyên và đồng bằng.</w:t>
      </w:r>
    </w:p>
    <w:p>
      <w:pPr>
        <w:pStyle w:val="ListParagraph"/>
      </w:pPr>
      <w:r>
        <w:rPr>
          <w:sz w:val="22"/>
        </w:rPr>
        <w:t>D. chủ yếu là các đồng bằng châu thổ và ven biển.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