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Sinh học - Trắc nghiệm 10 câu Sinh học 11 về Quang hợp ở thực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Quang hợp ở thực vật là quá trình</w:t>
      </w:r>
    </w:p>
    <w:p>
      <w:pPr>
        <w:pStyle w:val="ListParagraph"/>
      </w:pPr>
      <w:r>
        <w:rPr>
          <w:sz w:val="22"/>
        </w:rPr>
        <w:t>A. chuyển hóa năng lượng ánh sáng thành năng lượng hóa học trong các hợp chất hữu cơ.</w:t>
      </w:r>
    </w:p>
    <w:p>
      <w:pPr>
        <w:pStyle w:val="ListParagraph"/>
      </w:pPr>
      <w:r>
        <w:rPr>
          <w:sz w:val="22"/>
        </w:rPr>
        <w:t>B. chuyển hóa năng lượng hóa học thành năng lượng ánh sáng.</w:t>
      </w:r>
    </w:p>
    <w:p>
      <w:pPr>
        <w:pStyle w:val="ListParagraph"/>
      </w:pPr>
      <w:r>
        <w:rPr>
          <w:sz w:val="22"/>
        </w:rPr>
        <w:t>C. tổng hợp chất hữu cơ từ chất vô cơ nhờ năng lượng hóa học.</w:t>
      </w:r>
    </w:p>
    <w:p>
      <w:pPr>
        <w:pStyle w:val="ListParagraph"/>
      </w:pPr>
      <w:r>
        <w:rPr>
          <w:sz w:val="22"/>
        </w:rPr>
        <w:t>D. phân giải chất hữu cơ để giải phóng năng lượng.</w:t>
      </w:r>
    </w:p>
    <w:p/>
    <w:p>
      <w:r>
        <w:rPr>
          <w:b/>
          <w:sz w:val="24"/>
        </w:rPr>
        <w:t>Câu 2: Trong quang hợp, nước tham gia vào quá trình nào sau đây?</w:t>
      </w:r>
    </w:p>
    <w:p>
      <w:pPr>
        <w:pStyle w:val="ListParagraph"/>
      </w:pPr>
      <w:r>
        <w:rPr>
          <w:sz w:val="22"/>
        </w:rPr>
        <w:t>A. Pha sáng, bị phân li tạo O2 và electron.</w:t>
      </w:r>
    </w:p>
    <w:p>
      <w:pPr>
        <w:pStyle w:val="ListParagraph"/>
      </w:pPr>
      <w:r>
        <w:rPr>
          <w:sz w:val="22"/>
        </w:rPr>
        <w:t>B. Pha tối, bị phân li tạo O2.</w:t>
      </w:r>
    </w:p>
    <w:p>
      <w:pPr>
        <w:pStyle w:val="ListParagraph"/>
      </w:pPr>
      <w:r>
        <w:rPr>
          <w:sz w:val="22"/>
        </w:rPr>
        <w:t>C. Pha sáng, là nguyên liệu để tổng hợp glucozơ.</w:t>
      </w:r>
    </w:p>
    <w:p>
      <w:pPr>
        <w:pStyle w:val="ListParagraph"/>
      </w:pPr>
      <w:r>
        <w:rPr>
          <w:sz w:val="22"/>
        </w:rPr>
        <w:t>D. Pha tối, cung cấp electron cho chuỗi truyền electron.</w:t>
      </w:r>
    </w:p>
    <w:p/>
    <w:p>
      <w:r>
        <w:rPr>
          <w:b/>
          <w:sz w:val="24"/>
        </w:rPr>
        <w:t>Câu 3: Sắc tố nào sau đây tham gia trực tiếp vào quá trình chuyển hóa năng lượng ánh sáng thành năng lượng hóa học?</w:t>
      </w:r>
    </w:p>
    <w:p>
      <w:pPr>
        <w:pStyle w:val="ListParagraph"/>
      </w:pPr>
      <w:r>
        <w:rPr>
          <w:sz w:val="22"/>
        </w:rPr>
        <w:t>A. Diệp lục a.</w:t>
      </w:r>
    </w:p>
    <w:p>
      <w:pPr>
        <w:pStyle w:val="ListParagraph"/>
      </w:pPr>
      <w:r>
        <w:rPr>
          <w:sz w:val="22"/>
        </w:rPr>
        <w:t>B. Diệp lục b.</w:t>
      </w:r>
    </w:p>
    <w:p>
      <w:pPr>
        <w:pStyle w:val="ListParagraph"/>
      </w:pPr>
      <w:r>
        <w:rPr>
          <w:sz w:val="22"/>
        </w:rPr>
        <w:t>C. Carotenoid.</w:t>
      </w:r>
    </w:p>
    <w:p>
      <w:pPr>
        <w:pStyle w:val="ListParagraph"/>
      </w:pPr>
      <w:r>
        <w:rPr>
          <w:sz w:val="22"/>
        </w:rPr>
        <w:t>D. Xanthophyll.</w:t>
      </w:r>
    </w:p>
    <w:p/>
    <w:p>
      <w:r>
        <w:rPr>
          <w:b/>
          <w:sz w:val="24"/>
        </w:rPr>
        <w:t>Câu 4: Pha sáng của quang hợp diễn ra ở</w:t>
      </w:r>
    </w:p>
    <w:p>
      <w:pPr>
        <w:pStyle w:val="ListParagraph"/>
      </w:pPr>
      <w:r>
        <w:rPr>
          <w:sz w:val="22"/>
        </w:rPr>
        <w:t>A. chất nền lục lạp.</w:t>
      </w:r>
    </w:p>
    <w:p>
      <w:pPr>
        <w:pStyle w:val="ListParagraph"/>
      </w:pPr>
      <w:r>
        <w:rPr>
          <w:sz w:val="22"/>
        </w:rPr>
        <w:t>B. màng tilacoit.</w:t>
      </w:r>
    </w:p>
    <w:p>
      <w:pPr>
        <w:pStyle w:val="ListParagraph"/>
      </w:pPr>
      <w:r>
        <w:rPr>
          <w:sz w:val="22"/>
        </w:rPr>
        <w:t>C. bào tương.</w:t>
      </w:r>
    </w:p>
    <w:p>
      <w:pPr>
        <w:pStyle w:val="ListParagraph"/>
      </w:pPr>
      <w:r>
        <w:rPr>
          <w:sz w:val="22"/>
        </w:rPr>
        <w:t>D. màng ngoài lục lạp.</w:t>
      </w:r>
    </w:p>
    <w:p/>
    <w:p>
      <w:r>
        <w:rPr>
          <w:b/>
          <w:sz w:val="24"/>
        </w:rPr>
        <w:t>Câu 5: Sản phẩm của pha sáng được sử dụng trong pha tối là</w:t>
      </w:r>
    </w:p>
    <w:p>
      <w:pPr>
        <w:pStyle w:val="ListParagraph"/>
      </w:pPr>
      <w:r>
        <w:rPr>
          <w:sz w:val="22"/>
        </w:rPr>
        <w:t>A. ATP và NADPH.</w:t>
      </w:r>
    </w:p>
    <w:p>
      <w:pPr>
        <w:pStyle w:val="ListParagraph"/>
      </w:pPr>
      <w:r>
        <w:rPr>
          <w:sz w:val="22"/>
        </w:rPr>
        <w:t>B. ATP và O2.</w:t>
      </w:r>
    </w:p>
    <w:p>
      <w:pPr>
        <w:pStyle w:val="ListParagraph"/>
      </w:pPr>
      <w:r>
        <w:rPr>
          <w:sz w:val="22"/>
        </w:rPr>
        <w:t>C. NADPH và O2.</w:t>
      </w:r>
    </w:p>
    <w:p>
      <w:pPr>
        <w:pStyle w:val="ListParagraph"/>
      </w:pPr>
      <w:r>
        <w:rPr>
          <w:sz w:val="22"/>
        </w:rPr>
        <w:t>D. ATP, NADPH và O2.</w:t>
      </w:r>
    </w:p>
    <w:p/>
    <w:p>
      <w:r>
        <w:rPr>
          <w:b/>
          <w:sz w:val="24"/>
        </w:rPr>
        <w:t>Câu 6: Trong chu trình Calvin, CO2 được cố định bởi</w:t>
      </w:r>
    </w:p>
    <w:p>
      <w:pPr>
        <w:pStyle w:val="ListParagraph"/>
      </w:pPr>
      <w:r>
        <w:rPr>
          <w:sz w:val="22"/>
        </w:rPr>
        <w:t>A. ribulozơ-1,5-bisphotphat (RuBP).</w:t>
      </w:r>
    </w:p>
    <w:p>
      <w:pPr>
        <w:pStyle w:val="ListParagraph"/>
      </w:pPr>
      <w:r>
        <w:rPr>
          <w:sz w:val="22"/>
        </w:rPr>
        <w:t>B. axit photphoglyxeric (PGA).</w:t>
      </w:r>
    </w:p>
    <w:p>
      <w:pPr>
        <w:pStyle w:val="ListParagraph"/>
      </w:pPr>
      <w:r>
        <w:rPr>
          <w:sz w:val="22"/>
        </w:rPr>
        <w:t>C. glucozơ.</w:t>
      </w:r>
    </w:p>
    <w:p>
      <w:pPr>
        <w:pStyle w:val="ListParagraph"/>
      </w:pPr>
      <w:r>
        <w:rPr>
          <w:sz w:val="22"/>
        </w:rPr>
        <w:t>D. photphoenolpyruvat (PEP).</w:t>
      </w:r>
    </w:p>
    <w:p/>
    <w:p>
      <w:r>
        <w:rPr>
          <w:b/>
          <w:sz w:val="24"/>
        </w:rPr>
        <w:t>Câu 7: Thực vật C4 có ưu điểm so với thực vật C3 trong điều kiện nào sau đây?</w:t>
      </w:r>
    </w:p>
    <w:p>
      <w:pPr>
        <w:pStyle w:val="ListParagraph"/>
      </w:pPr>
      <w:r>
        <w:rPr>
          <w:sz w:val="22"/>
        </w:rPr>
        <w:t>A. Cường độ ánh sáng mạnh, nhiệt độ cao, nồng độ CO2 thấp.</w:t>
      </w:r>
    </w:p>
    <w:p>
      <w:pPr>
        <w:pStyle w:val="ListParagraph"/>
      </w:pPr>
      <w:r>
        <w:rPr>
          <w:sz w:val="22"/>
        </w:rPr>
        <w:t>B. Cường độ ánh sáng yếu, nhiệt độ thấp.</w:t>
      </w:r>
    </w:p>
    <w:p>
      <w:pPr>
        <w:pStyle w:val="ListParagraph"/>
      </w:pPr>
      <w:r>
        <w:rPr>
          <w:sz w:val="22"/>
        </w:rPr>
        <w:t>C. Nồng độ CO2 cao, độ ẩm cao.</w:t>
      </w:r>
    </w:p>
    <w:p>
      <w:pPr>
        <w:pStyle w:val="ListParagraph"/>
      </w:pPr>
      <w:r>
        <w:rPr>
          <w:sz w:val="22"/>
        </w:rPr>
        <w:t>D. Điều kiện khí hậu ôn hòa.</w:t>
      </w:r>
    </w:p>
    <w:p/>
    <w:p>
      <w:r>
        <w:rPr>
          <w:b/>
          <w:sz w:val="24"/>
        </w:rPr>
        <w:t>Câu 8: Ở thực vật CAM, quá trình cố định CO2 diễn ra vào thời gian nào?</w:t>
      </w:r>
    </w:p>
    <w:p>
      <w:pPr>
        <w:pStyle w:val="ListParagraph"/>
      </w:pPr>
      <w:r>
        <w:rPr>
          <w:sz w:val="22"/>
        </w:rPr>
        <w:t>A. Ban ngày.</w:t>
      </w:r>
    </w:p>
    <w:p>
      <w:pPr>
        <w:pStyle w:val="ListParagraph"/>
      </w:pPr>
      <w:r>
        <w:rPr>
          <w:sz w:val="22"/>
        </w:rPr>
        <w:t>B. Ban đêm.</w:t>
      </w:r>
    </w:p>
    <w:p>
      <w:pPr>
        <w:pStyle w:val="ListParagraph"/>
      </w:pPr>
      <w:r>
        <w:rPr>
          <w:sz w:val="22"/>
        </w:rPr>
        <w:t>C. Cả ngày và đêm.</w:t>
      </w:r>
    </w:p>
    <w:p>
      <w:pPr>
        <w:pStyle w:val="ListParagraph"/>
      </w:pPr>
      <w:r>
        <w:rPr>
          <w:sz w:val="22"/>
        </w:rPr>
        <w:t>D. Buổi sáng sớm.</w:t>
      </w:r>
    </w:p>
    <w:p/>
    <w:p>
      <w:r>
        <w:rPr>
          <w:b/>
          <w:sz w:val="24"/>
        </w:rPr>
        <w:t>Câu 9: Điểm bù ánh sáng là cường độ ánh sáng mà tại đó</w:t>
      </w:r>
    </w:p>
    <w:p>
      <w:pPr>
        <w:pStyle w:val="ListParagraph"/>
      </w:pPr>
      <w:r>
        <w:rPr>
          <w:sz w:val="22"/>
        </w:rPr>
        <w:t>A. cường độ quang hợp bằng cường độ hô hấp.</w:t>
      </w:r>
    </w:p>
    <w:p>
      <w:pPr>
        <w:pStyle w:val="ListParagraph"/>
      </w:pPr>
      <w:r>
        <w:rPr>
          <w:sz w:val="22"/>
        </w:rPr>
        <w:t>B. cường độ quang hợp đạt cực đại.</w:t>
      </w:r>
    </w:p>
    <w:p>
      <w:pPr>
        <w:pStyle w:val="ListParagraph"/>
      </w:pPr>
      <w:r>
        <w:rPr>
          <w:sz w:val="22"/>
        </w:rPr>
        <w:t>C. cường độ quang hợp lớn hơn cường độ hô hấp.</w:t>
      </w:r>
    </w:p>
    <w:p>
      <w:pPr>
        <w:pStyle w:val="ListParagraph"/>
      </w:pPr>
      <w:r>
        <w:rPr>
          <w:sz w:val="22"/>
        </w:rPr>
        <w:t>D. cây bắt đầu quang hợp.</w:t>
      </w:r>
    </w:p>
    <w:p/>
    <w:p>
      <w:r>
        <w:rPr>
          <w:b/>
          <w:sz w:val="24"/>
        </w:rPr>
        <w:t>Câu 10: Nhân tố nào sau đây ảnh hưởng mạnh nhất đến cường độ quang hợp?</w:t>
      </w:r>
    </w:p>
    <w:p>
      <w:pPr>
        <w:pStyle w:val="ListParagraph"/>
      </w:pPr>
      <w:r>
        <w:rPr>
          <w:sz w:val="22"/>
        </w:rPr>
        <w:t>A. Ánh sáng.</w:t>
      </w:r>
    </w:p>
    <w:p>
      <w:pPr>
        <w:pStyle w:val="ListParagraph"/>
      </w:pPr>
      <w:r>
        <w:rPr>
          <w:sz w:val="22"/>
        </w:rPr>
        <w:t>B. Nhiệt độ.</w:t>
      </w:r>
    </w:p>
    <w:p>
      <w:pPr>
        <w:pStyle w:val="ListParagraph"/>
      </w:pPr>
      <w:r>
        <w:rPr>
          <w:sz w:val="22"/>
        </w:rPr>
        <w:t>C. Nồng độ CO2.</w:t>
      </w:r>
    </w:p>
    <w:p>
      <w:pPr>
        <w:pStyle w:val="ListParagraph"/>
      </w:pPr>
      <w:r>
        <w:rPr>
          <w:sz w:val="22"/>
        </w:rPr>
        <w:t>D. Nước.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