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thường xuyên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Công thức hóa học của axit sunfuric là:</w:t>
      </w:r>
    </w:p>
    <w:p>
      <w:pPr>
        <w:pStyle w:val="ListParagraph"/>
      </w:pPr>
      <w:r>
        <w:rPr>
          <w:sz w:val="22"/>
        </w:rPr>
        <w:t>A. HCl</w:t>
      </w:r>
    </w:p>
    <w:p>
      <w:pPr>
        <w:pStyle w:val="ListParagraph"/>
      </w:pPr>
      <w:r>
        <w:rPr>
          <w:sz w:val="22"/>
        </w:rPr>
        <w:t>B. $H_2SO_4$</w:t>
      </w:r>
    </w:p>
    <w:p>
      <w:pPr>
        <w:pStyle w:val="ListParagraph"/>
      </w:pPr>
      <w:r>
        <w:rPr>
          <w:sz w:val="22"/>
        </w:rPr>
        <w:t>C. $HNO_3$</w:t>
      </w:r>
    </w:p>
    <w:p>
      <w:pPr>
        <w:pStyle w:val="ListParagraph"/>
      </w:pPr>
      <w:r>
        <w:rPr>
          <w:sz w:val="22"/>
        </w:rPr>
        <w:t>D. $H_3PO_4$</w:t>
      </w:r>
    </w:p>
    <w:p/>
    <w:p>
      <w:r>
        <w:rPr>
          <w:b/>
          <w:sz w:val="24"/>
        </w:rPr>
        <w:t>Câu 2: Số proton trong nguyên tử Na (Z = 11) là: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23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3: Chất nào sau đây là muối?</w:t>
      </w:r>
    </w:p>
    <w:p>
      <w:pPr>
        <w:pStyle w:val="ListParagraph"/>
      </w:pPr>
      <w:r>
        <w:rPr>
          <w:sz w:val="22"/>
        </w:rPr>
        <w:t>A. NaOH</w:t>
      </w:r>
    </w:p>
    <w:p>
      <w:pPr>
        <w:pStyle w:val="ListParagraph"/>
      </w:pPr>
      <w:r>
        <w:rPr>
          <w:sz w:val="22"/>
        </w:rPr>
        <w:t>B. NaCl</w:t>
      </w:r>
    </w:p>
    <w:p>
      <w:pPr>
        <w:pStyle w:val="ListParagraph"/>
      </w:pPr>
      <w:r>
        <w:rPr>
          <w:sz w:val="22"/>
        </w:rPr>
        <w:t>C. HCl</w:t>
      </w:r>
    </w:p>
    <w:p>
      <w:pPr>
        <w:pStyle w:val="ListParagraph"/>
      </w:pPr>
      <w:r>
        <w:rPr>
          <w:sz w:val="22"/>
        </w:rPr>
        <w:t>D. $H_2O$</w:t>
      </w:r>
    </w:p>
    <w:p/>
    <w:p>
      <w:r>
        <w:rPr>
          <w:b/>
          <w:sz w:val="24"/>
        </w:rPr>
        <w:t>Câu 4: Trong phản ứng $2H_2 + O_2 \rightarrow 2H_2O$, tỉ lệ số mol $H_2 : O_2 : H_2O$ lần lượt là:</w:t>
      </w:r>
    </w:p>
    <w:p>
      <w:pPr>
        <w:pStyle w:val="ListParagraph"/>
      </w:pPr>
      <w:r>
        <w:rPr>
          <w:sz w:val="22"/>
        </w:rPr>
        <w:t>A. 2:1:2</w:t>
      </w:r>
    </w:p>
    <w:p>
      <w:pPr>
        <w:pStyle w:val="ListParagraph"/>
      </w:pPr>
      <w:r>
        <w:rPr>
          <w:sz w:val="22"/>
        </w:rPr>
        <w:t>B. 1:1:1</w:t>
      </w:r>
    </w:p>
    <w:p>
      <w:pPr>
        <w:pStyle w:val="ListParagraph"/>
      </w:pPr>
      <w:r>
        <w:rPr>
          <w:sz w:val="22"/>
        </w:rPr>
        <w:t>C. 2:2:1</w:t>
      </w:r>
    </w:p>
    <w:p>
      <w:pPr>
        <w:pStyle w:val="ListParagraph"/>
      </w:pPr>
      <w:r>
        <w:rPr>
          <w:sz w:val="22"/>
        </w:rPr>
        <w:t>D. 1:2:2</w:t>
      </w:r>
    </w:p>
    <w:p/>
    <w:p>
      <w:r>
        <w:rPr>
          <w:b/>
          <w:sz w:val="24"/>
        </w:rPr>
        <w:t>Câu 5: Dãy nào sau đây gồm toàn kim loại?</w:t>
      </w:r>
    </w:p>
    <w:p>
      <w:pPr>
        <w:pStyle w:val="ListParagraph"/>
      </w:pPr>
      <w:r>
        <w:rPr>
          <w:sz w:val="22"/>
        </w:rPr>
        <w:t>A. Fe, Cu, Al</w:t>
      </w:r>
    </w:p>
    <w:p>
      <w:pPr>
        <w:pStyle w:val="ListParagraph"/>
      </w:pPr>
      <w:r>
        <w:rPr>
          <w:sz w:val="22"/>
        </w:rPr>
        <w:t>B. O, N, Cl</w:t>
      </w:r>
    </w:p>
    <w:p>
      <w:pPr>
        <w:pStyle w:val="ListParagraph"/>
      </w:pPr>
      <w:r>
        <w:rPr>
          <w:sz w:val="22"/>
        </w:rPr>
        <w:t>C. S, P, C</w:t>
      </w:r>
    </w:p>
    <w:p>
      <w:pPr>
        <w:pStyle w:val="ListParagraph"/>
      </w:pPr>
      <w:r>
        <w:rPr>
          <w:sz w:val="22"/>
        </w:rPr>
        <w:t>D. H, He, Ne</w:t>
      </w:r>
    </w:p>
    <w:p/>
    <w:p>
      <w:r>
        <w:rPr>
          <w:b/>
          <w:sz w:val="24"/>
        </w:rPr>
        <w:t>Câu 6: Khí nào sau đây làm đục nước vôi trong?</w:t>
      </w:r>
    </w:p>
    <w:p>
      <w:pPr>
        <w:pStyle w:val="ListParagraph"/>
      </w:pPr>
      <w:r>
        <w:rPr>
          <w:sz w:val="22"/>
        </w:rPr>
        <w:t>A. $O_2$</w:t>
      </w:r>
    </w:p>
    <w:p>
      <w:pPr>
        <w:pStyle w:val="ListParagraph"/>
      </w:pPr>
      <w:r>
        <w:rPr>
          <w:sz w:val="22"/>
        </w:rPr>
        <w:t>B. $CO_2$</w:t>
      </w:r>
    </w:p>
    <w:p>
      <w:pPr>
        <w:pStyle w:val="ListParagraph"/>
      </w:pPr>
      <w:r>
        <w:rPr>
          <w:sz w:val="22"/>
        </w:rPr>
        <w:t>C. $H_2$</w:t>
      </w:r>
    </w:p>
    <w:p>
      <w:pPr>
        <w:pStyle w:val="ListParagraph"/>
      </w:pPr>
      <w:r>
        <w:rPr>
          <w:sz w:val="22"/>
        </w:rPr>
        <w:t>D. $N_2$</w:t>
      </w:r>
    </w:p>
    <w:p/>
    <w:p>
      <w:r>
        <w:rPr>
          <w:b/>
          <w:sz w:val="24"/>
        </w:rPr>
        <w:t>Câu 7: Dung dịch nào sau đây có pH &lt; 7?</w:t>
      </w:r>
    </w:p>
    <w:p>
      <w:pPr>
        <w:pStyle w:val="ListParagraph"/>
      </w:pPr>
      <w:r>
        <w:rPr>
          <w:sz w:val="22"/>
        </w:rPr>
        <w:t>A. NaCl</w:t>
      </w:r>
    </w:p>
    <w:p>
      <w:pPr>
        <w:pStyle w:val="ListParagraph"/>
      </w:pPr>
      <w:r>
        <w:rPr>
          <w:sz w:val="22"/>
        </w:rPr>
        <w:t>B. HCl</w:t>
      </w:r>
    </w:p>
    <w:p>
      <w:pPr>
        <w:pStyle w:val="ListParagraph"/>
      </w:pPr>
      <w:r>
        <w:rPr>
          <w:sz w:val="22"/>
        </w:rPr>
        <w:t>C. NaOH</w:t>
      </w:r>
    </w:p>
    <w:p>
      <w:pPr>
        <w:pStyle w:val="ListParagraph"/>
      </w:pPr>
      <w:r>
        <w:rPr>
          <w:sz w:val="22"/>
        </w:rPr>
        <w:t>D. KOH</w:t>
      </w:r>
    </w:p>
    <w:p/>
    <w:p>
      <w:r>
        <w:rPr>
          <w:b/>
          <w:sz w:val="24"/>
        </w:rPr>
        <w:t>Câu 8: Tính chất hóa học đặc trưng của axit là:</w:t>
      </w:r>
    </w:p>
    <w:p>
      <w:pPr>
        <w:pStyle w:val="ListParagraph"/>
      </w:pPr>
      <w:r>
        <w:rPr>
          <w:sz w:val="22"/>
        </w:rPr>
        <w:t>A. Tác dụng với kim loại đứng trước H tạo khí $H_2$</w:t>
      </w:r>
    </w:p>
    <w:p>
      <w:pPr>
        <w:pStyle w:val="ListParagraph"/>
      </w:pPr>
      <w:r>
        <w:rPr>
          <w:sz w:val="22"/>
        </w:rPr>
        <w:t>B. Tác dụng với oxit bazơ tạo muối và nước</w:t>
      </w:r>
    </w:p>
    <w:p>
      <w:pPr>
        <w:pStyle w:val="ListParagraph"/>
      </w:pPr>
      <w:r>
        <w:rPr>
          <w:sz w:val="22"/>
        </w:rPr>
        <w:t>C. Làm quỳ tím hóa đỏ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9: Viết phương trình hóa học minh họa tính chất hóa học của axit clohiđric (HCl) và giải thích ngắn gọn.</w:t>
      </w:r>
    </w:p>
    <w:p/>
    <w:p>
      <w:r>
        <w:rPr>
          <w:b/>
          <w:sz w:val="24"/>
        </w:rPr>
        <w:t>Câu 10: Cho 5,6 gam Fe tác dụng vừa đủ với dung dịch HCl. Tính thể tích khí $H_2$ sinh ra ở điều kiện tiêu chuẩn và khối lượng muối thu được.</w:t>
      </w:r>
    </w:p>
    <w:p/>
    <w:p>
      <w:r>
        <w:rPr>
          <w:b/>
          <w:sz w:val="24"/>
        </w:rPr>
        <w:t>Câu 11: Trình bày phương pháp hóa học nhận biết ba dung dịch không màu: NaCl, HCl, NaOH.</w:t>
      </w:r>
    </w:p>
    <w:p/>
    <w:p>
      <w:r>
        <w:rPr>
          <w:b/>
          <w:sz w:val="24"/>
        </w:rPr>
        <w:t>Câu 12: Từ quặng pirit sắt, không khí và nước, hãy viết các phương trình hóa học điều chế axit sunfuric.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None</w:t>
      </w:r>
    </w:p>
    <w:p>
      <w:r>
        <w:rPr>
          <w:b/>
        </w:rPr>
        <w:t>Câu 10: Đáp án đúng: None</w:t>
      </w:r>
    </w:p>
    <w:p>
      <w:r>
        <w:rPr>
          <w:b/>
        </w:rPr>
        <w:t>Câu 11: Đáp án đúng: None</w:t>
      </w:r>
    </w:p>
    <w:p>
      <w:r>
        <w:rPr>
          <w:b/>
        </w:rPr>
        <w:t>Câu 12: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