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Sinh học - ÔN TẬP SINH HỌC 12 – BÀI 4</w:t>
      </w:r>
    </w:p>
    <w:p>
      <w:pPr>
        <w:jc w:val="center"/>
      </w:pPr>
      <w:r>
        <w:rPr>
          <w:sz w:val="22"/>
        </w:rPr>
        <w:t>Số câu: 25    Thời gian: _____ phút    Họ và tên: _________________________</w:t>
      </w:r>
    </w:p>
    <w:p/>
    <w:p>
      <w:r>
        <w:rPr>
          <w:b/>
          <w:sz w:val="24"/>
        </w:rPr>
        <w:t>Câu 1: Đột biến gene là:</w:t>
      </w:r>
    </w:p>
    <w:p>
      <w:pPr>
        <w:pStyle w:val="ListParagraph"/>
      </w:pPr>
      <w:r>
        <w:rPr>
          <w:sz w:val="22"/>
        </w:rPr>
        <w:t>A. Sự biến đổi trong cấu trúc gene</w:t>
      </w:r>
    </w:p>
    <w:p>
      <w:pPr>
        <w:pStyle w:val="ListParagraph"/>
      </w:pPr>
      <w:r>
        <w:rPr>
          <w:sz w:val="22"/>
        </w:rPr>
        <w:t>B. Sự thay đổi môi trường sống</w:t>
      </w:r>
    </w:p>
    <w:p>
      <w:pPr>
        <w:pStyle w:val="ListParagraph"/>
      </w:pPr>
      <w:r>
        <w:rPr>
          <w:sz w:val="22"/>
        </w:rPr>
        <w:t>C. Sự tăng kích thước tế bào</w:t>
      </w:r>
    </w:p>
    <w:p>
      <w:pPr>
        <w:pStyle w:val="ListParagraph"/>
      </w:pPr>
      <w:r>
        <w:rPr>
          <w:sz w:val="22"/>
        </w:rPr>
        <w:t>D. Sự thay đổi tập tính</w:t>
      </w:r>
    </w:p>
    <w:p/>
    <w:p>
      <w:r>
        <w:rPr>
          <w:b/>
          <w:sz w:val="24"/>
        </w:rPr>
        <w:t>Câu 2: Đột biến điểm là đột biến:</w:t>
      </w:r>
    </w:p>
    <w:p>
      <w:pPr>
        <w:pStyle w:val="ListParagraph"/>
      </w:pPr>
      <w:r>
        <w:rPr>
          <w:sz w:val="22"/>
        </w:rPr>
        <w:t>A. Liên quan đến một cặp nucleotide</w:t>
      </w:r>
    </w:p>
    <w:p>
      <w:pPr>
        <w:pStyle w:val="ListParagraph"/>
      </w:pPr>
      <w:r>
        <w:rPr>
          <w:sz w:val="22"/>
        </w:rPr>
        <w:t>B. Làm thay đổi cả bộ nhiễm sắc thể</w:t>
      </w:r>
    </w:p>
    <w:p>
      <w:pPr>
        <w:pStyle w:val="ListParagraph"/>
      </w:pPr>
      <w:r>
        <w:rPr>
          <w:sz w:val="22"/>
        </w:rPr>
        <w:t>C. Luôn có hại</w:t>
      </w:r>
    </w:p>
    <w:p>
      <w:pPr>
        <w:pStyle w:val="ListParagraph"/>
      </w:pPr>
      <w:r>
        <w:rPr>
          <w:sz w:val="22"/>
        </w:rPr>
        <w:t>D. Chỉ xảy ra ở sinh vật nhân sơ</w:t>
      </w:r>
    </w:p>
    <w:p/>
    <w:p>
      <w:r>
        <w:rPr>
          <w:b/>
          <w:sz w:val="24"/>
        </w:rPr>
        <w:t>Câu 3: Dạng nào sau đây là đột biến gene?</w:t>
      </w:r>
    </w:p>
    <w:p>
      <w:pPr>
        <w:pStyle w:val="ListParagraph"/>
      </w:pPr>
      <w:r>
        <w:rPr>
          <w:sz w:val="22"/>
        </w:rPr>
        <w:t>A. Thay thế một cặp nucleotide</w:t>
      </w:r>
    </w:p>
    <w:p>
      <w:pPr>
        <w:pStyle w:val="ListParagraph"/>
      </w:pPr>
      <w:r>
        <w:rPr>
          <w:sz w:val="22"/>
        </w:rPr>
        <w:t>B. Tăng số lượng cơ quan</w:t>
      </w:r>
    </w:p>
    <w:p>
      <w:pPr>
        <w:pStyle w:val="ListParagraph"/>
      </w:pPr>
      <w:r>
        <w:rPr>
          <w:sz w:val="22"/>
        </w:rPr>
        <w:t>C. Thay đổi nhiệt độ</w:t>
      </w:r>
    </w:p>
    <w:p>
      <w:pPr>
        <w:pStyle w:val="ListParagraph"/>
      </w:pPr>
      <w:r>
        <w:rPr>
          <w:sz w:val="22"/>
        </w:rPr>
        <w:t>D. Tăng kích thước cơ thể</w:t>
      </w:r>
    </w:p>
    <w:p/>
    <w:p>
      <w:r>
        <w:rPr>
          <w:b/>
          <w:sz w:val="24"/>
        </w:rPr>
        <w:t>Câu 4: Đột biến thêm một cặp nucleotide làm tổng số cặp nucleotide của gene:</w:t>
      </w:r>
    </w:p>
    <w:p>
      <w:pPr>
        <w:pStyle w:val="ListParagraph"/>
      </w:pPr>
      <w:r>
        <w:rPr>
          <w:sz w:val="22"/>
        </w:rPr>
        <w:t>A. Giảm một</w:t>
      </w:r>
    </w:p>
    <w:p>
      <w:pPr>
        <w:pStyle w:val="ListParagraph"/>
      </w:pPr>
      <w:r>
        <w:rPr>
          <w:sz w:val="22"/>
        </w:rPr>
        <w:t>B. Tăng một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Giảm hai</w:t>
      </w:r>
    </w:p>
    <w:p/>
    <w:p>
      <w:r>
        <w:rPr>
          <w:b/>
          <w:sz w:val="24"/>
        </w:rPr>
        <w:t>Câu 5: Đột biến mất hai cặp nucleotide làm số cặp của gene:</w:t>
      </w:r>
    </w:p>
    <w:p>
      <w:pPr>
        <w:pStyle w:val="ListParagraph"/>
      </w:pPr>
      <w:r>
        <w:rPr>
          <w:sz w:val="22"/>
        </w:rPr>
        <w:t>A. Tăng hai</w:t>
      </w:r>
    </w:p>
    <w:p>
      <w:pPr>
        <w:pStyle w:val="ListParagraph"/>
      </w:pPr>
      <w:r>
        <w:rPr>
          <w:sz w:val="22"/>
        </w:rPr>
        <w:t>B. Không đổi</w:t>
      </w:r>
    </w:p>
    <w:p>
      <w:pPr>
        <w:pStyle w:val="ListParagraph"/>
      </w:pPr>
      <w:r>
        <w:rPr>
          <w:sz w:val="22"/>
        </w:rPr>
        <w:t>C. Giảm hai</w:t>
      </w:r>
    </w:p>
    <w:p>
      <w:pPr>
        <w:pStyle w:val="ListParagraph"/>
      </w:pPr>
      <w:r>
        <w:rPr>
          <w:sz w:val="22"/>
        </w:rPr>
        <w:t>D. Tăng một</w:t>
      </w:r>
    </w:p>
    <w:p/>
    <w:p>
      <w:r>
        <w:rPr>
          <w:b/>
          <w:sz w:val="24"/>
        </w:rPr>
        <w:t>Câu 6: Đột biến thay thế một cặp nucleotide bằng cặp khác thường:</w:t>
      </w:r>
    </w:p>
    <w:p>
      <w:pPr>
        <w:pStyle w:val="ListParagraph"/>
      </w:pPr>
      <w:r>
        <w:rPr>
          <w:sz w:val="22"/>
        </w:rPr>
        <w:t>A. Làm tăng số cặp</w:t>
      </w:r>
    </w:p>
    <w:p>
      <w:pPr>
        <w:pStyle w:val="ListParagraph"/>
      </w:pPr>
      <w:r>
        <w:rPr>
          <w:sz w:val="22"/>
        </w:rPr>
        <w:t>B. Làm giảm số cặp</w:t>
      </w:r>
    </w:p>
    <w:p>
      <w:pPr>
        <w:pStyle w:val="ListParagraph"/>
      </w:pPr>
      <w:r>
        <w:rPr>
          <w:sz w:val="22"/>
        </w:rPr>
        <w:t>C. Không đổi tổng số cặp</w:t>
      </w:r>
    </w:p>
    <w:p>
      <w:pPr>
        <w:pStyle w:val="ListParagraph"/>
      </w:pPr>
      <w:r>
        <w:rPr>
          <w:sz w:val="22"/>
        </w:rPr>
        <w:t>D. Làm gene biến mất</w:t>
      </w:r>
    </w:p>
    <w:p/>
    <w:p>
      <w:r>
        <w:rPr>
          <w:b/>
          <w:sz w:val="24"/>
        </w:rPr>
        <w:t>Câu 7: Tác động của đột biến gene có thể là:</w:t>
      </w:r>
    </w:p>
    <w:p>
      <w:pPr>
        <w:pStyle w:val="ListParagraph"/>
      </w:pPr>
      <w:r>
        <w:rPr>
          <w:sz w:val="22"/>
        </w:rPr>
        <w:t>A. Luôn có lợi</w:t>
      </w:r>
    </w:p>
    <w:p>
      <w:pPr>
        <w:pStyle w:val="ListParagraph"/>
      </w:pPr>
      <w:r>
        <w:rPr>
          <w:sz w:val="22"/>
        </w:rPr>
        <w:t>B. Luôn có hại</w:t>
      </w:r>
    </w:p>
    <w:p>
      <w:pPr>
        <w:pStyle w:val="ListParagraph"/>
      </w:pPr>
      <w:r>
        <w:rPr>
          <w:sz w:val="22"/>
        </w:rPr>
        <w:t>C. Có lợi, có hại hoặc trung tính</w:t>
      </w:r>
    </w:p>
    <w:p>
      <w:pPr>
        <w:pStyle w:val="ListParagraph"/>
      </w:pPr>
      <w:r>
        <w:rPr>
          <w:sz w:val="22"/>
        </w:rPr>
        <w:t>D. Không bao giờ ảnh hưởng sinh vật</w:t>
      </w:r>
    </w:p>
    <w:p/>
    <w:p>
      <w:r>
        <w:rPr>
          <w:b/>
          <w:sz w:val="24"/>
        </w:rPr>
        <w:t>Câu 8: Đột biến gene có thể tạo ra:</w:t>
      </w:r>
    </w:p>
    <w:p>
      <w:pPr>
        <w:pStyle w:val="ListParagraph"/>
      </w:pPr>
      <w:r>
        <w:rPr>
          <w:sz w:val="22"/>
        </w:rPr>
        <w:t>A. Allele mới</w:t>
      </w:r>
    </w:p>
    <w:p>
      <w:pPr>
        <w:pStyle w:val="ListParagraph"/>
      </w:pPr>
      <w:r>
        <w:rPr>
          <w:sz w:val="22"/>
        </w:rPr>
        <w:t>B. Loài mới ngay lập tức trong mọi trường hợp</w:t>
      </w:r>
    </w:p>
    <w:p>
      <w:pPr>
        <w:pStyle w:val="ListParagraph"/>
      </w:pPr>
      <w:r>
        <w:rPr>
          <w:sz w:val="22"/>
        </w:rPr>
        <w:t>C. Nhiều tế bào hơn</w:t>
      </w:r>
    </w:p>
    <w:p>
      <w:pPr>
        <w:pStyle w:val="ListParagraph"/>
      </w:pPr>
      <w:r>
        <w:rPr>
          <w:sz w:val="22"/>
        </w:rPr>
        <w:t>D. Nhiễm sắc thể mới trong mọi trường hợp</w:t>
      </w:r>
    </w:p>
    <w:p/>
    <w:p>
      <w:r>
        <w:rPr>
          <w:b/>
          <w:sz w:val="24"/>
        </w:rPr>
        <w:t>Câu 9: Đột biến gene cung cấp nguyên liệu cho:</w:t>
      </w:r>
    </w:p>
    <w:p>
      <w:pPr>
        <w:pStyle w:val="ListParagraph"/>
      </w:pPr>
      <w:r>
        <w:rPr>
          <w:sz w:val="22"/>
        </w:rPr>
        <w:t>A. Tiến hóa và chọn giống</w:t>
      </w:r>
    </w:p>
    <w:p>
      <w:pPr>
        <w:pStyle w:val="ListParagraph"/>
      </w:pPr>
      <w:r>
        <w:rPr>
          <w:sz w:val="22"/>
        </w:rPr>
        <w:t>B. Quang hợp בלבד</w:t>
      </w:r>
    </w:p>
    <w:p>
      <w:pPr>
        <w:pStyle w:val="ListParagraph"/>
      </w:pPr>
      <w:r>
        <w:rPr>
          <w:sz w:val="22"/>
        </w:rPr>
        <w:t>C. Hô hấp בלבד</w:t>
      </w:r>
    </w:p>
    <w:p>
      <w:pPr>
        <w:pStyle w:val="ListParagraph"/>
      </w:pPr>
      <w:r>
        <w:rPr>
          <w:sz w:val="22"/>
        </w:rPr>
        <w:t>D. Tiêu hóa בלבד</w:t>
      </w:r>
    </w:p>
    <w:p/>
    <w:p>
      <w:r>
        <w:rPr>
          <w:b/>
          <w:sz w:val="24"/>
        </w:rPr>
        <w:t>Câu 10: Nguyên nhân có thể gây đột biến gene là:</w:t>
      </w:r>
    </w:p>
    <w:p>
      <w:pPr>
        <w:pStyle w:val="ListParagraph"/>
      </w:pPr>
      <w:r>
        <w:rPr>
          <w:sz w:val="22"/>
        </w:rPr>
        <w:t>A. Sai sót khi DNA tái bản</w:t>
      </w:r>
    </w:p>
    <w:p>
      <w:pPr>
        <w:pStyle w:val="ListParagraph"/>
      </w:pPr>
      <w:r>
        <w:rPr>
          <w:sz w:val="22"/>
        </w:rPr>
        <w:t>B. Tác nhân vật lí</w:t>
      </w:r>
    </w:p>
    <w:p>
      <w:pPr>
        <w:pStyle w:val="ListParagraph"/>
      </w:pPr>
      <w:r>
        <w:rPr>
          <w:sz w:val="22"/>
        </w:rPr>
        <w:t>C. Tác nhân hóa học</w:t>
      </w:r>
    </w:p>
    <w:p>
      <w:pPr>
        <w:pStyle w:val="ListParagraph"/>
      </w:pPr>
      <w:r>
        <w:rPr>
          <w:sz w:val="22"/>
        </w:rPr>
        <w:t>D. Cả A, B và C</w:t>
      </w:r>
    </w:p>
    <w:p/>
    <w:p>
      <w:r>
        <w:rPr>
          <w:b/>
          <w:sz w:val="24"/>
        </w:rPr>
        <w:t>Câu 11: Thêm hoặc mất một nucleotide trong vùng mã hóa thường có thể:</w:t>
      </w:r>
    </w:p>
    <w:p>
      <w:pPr>
        <w:pStyle w:val="ListParagraph"/>
      </w:pPr>
      <w:r>
        <w:rPr>
          <w:sz w:val="22"/>
        </w:rPr>
        <w:t>A. Làm dịch khung đọc</w:t>
      </w:r>
    </w:p>
    <w:p>
      <w:pPr>
        <w:pStyle w:val="ListParagraph"/>
      </w:pPr>
      <w:r>
        <w:rPr>
          <w:sz w:val="22"/>
        </w:rPr>
        <w:t>B. Luôn không ảnh hưởng</w:t>
      </w:r>
    </w:p>
    <w:p>
      <w:pPr>
        <w:pStyle w:val="ListParagraph"/>
      </w:pPr>
      <w:r>
        <w:rPr>
          <w:sz w:val="22"/>
        </w:rPr>
        <w:t>C. Làm gene dài bằng 0</w:t>
      </w:r>
    </w:p>
    <w:p>
      <w:pPr>
        <w:pStyle w:val="ListParagraph"/>
      </w:pPr>
      <w:r>
        <w:rPr>
          <w:sz w:val="22"/>
        </w:rPr>
        <w:t>D. Không thể ảnh hưởng protein</w:t>
      </w:r>
    </w:p>
    <w:p/>
    <w:p>
      <w:r>
        <w:rPr>
          <w:b/>
          <w:sz w:val="24"/>
        </w:rPr>
        <w:t>Câu 12: Đột biến gene được ứng dụng trong:</w:t>
      </w:r>
    </w:p>
    <w:p>
      <w:pPr>
        <w:pStyle w:val="ListParagraph"/>
      </w:pPr>
      <w:r>
        <w:rPr>
          <w:sz w:val="22"/>
        </w:rPr>
        <w:t>A. Nghiên cứu di truyền</w:t>
      </w:r>
    </w:p>
    <w:p>
      <w:pPr>
        <w:pStyle w:val="ListParagraph"/>
      </w:pPr>
      <w:r>
        <w:rPr>
          <w:sz w:val="22"/>
        </w:rPr>
        <w:t>B. Chọn giống</w:t>
      </w:r>
    </w:p>
    <w:p>
      <w:pPr>
        <w:pStyle w:val="ListParagraph"/>
      </w:pPr>
      <w:r>
        <w:rPr>
          <w:sz w:val="22"/>
        </w:rPr>
        <w:t>C. Cả A và B</w:t>
      </w:r>
    </w:p>
    <w:p>
      <w:pPr>
        <w:pStyle w:val="ListParagraph"/>
      </w:pPr>
      <w:r>
        <w:rPr>
          <w:sz w:val="22"/>
        </w:rPr>
        <w:t>D. Không có lĩnh vực nào</w:t>
      </w:r>
    </w:p>
    <w:p/>
    <w:p>
      <w:r>
        <w:rPr>
          <w:b/>
          <w:sz w:val="24"/>
        </w:rPr>
        <w:t>Câu 13: Một gene có 600 cặp nucleotide, sau khi thêm một cặp thì có:</w:t>
      </w:r>
    </w:p>
    <w:p>
      <w:pPr>
        <w:pStyle w:val="ListParagraph"/>
      </w:pPr>
      <w:r>
        <w:rPr>
          <w:sz w:val="22"/>
        </w:rPr>
        <w:t>A. 599 cặp</w:t>
      </w:r>
    </w:p>
    <w:p>
      <w:pPr>
        <w:pStyle w:val="ListParagraph"/>
      </w:pPr>
      <w:r>
        <w:rPr>
          <w:sz w:val="22"/>
        </w:rPr>
        <w:t>B. 600 cặp</w:t>
      </w:r>
    </w:p>
    <w:p>
      <w:pPr>
        <w:pStyle w:val="ListParagraph"/>
      </w:pPr>
      <w:r>
        <w:rPr>
          <w:sz w:val="22"/>
        </w:rPr>
        <w:t>C. 601 cặp</w:t>
      </w:r>
    </w:p>
    <w:p>
      <w:pPr>
        <w:pStyle w:val="ListParagraph"/>
      </w:pPr>
      <w:r>
        <w:rPr>
          <w:sz w:val="22"/>
        </w:rPr>
        <w:t>D. 602 cặp</w:t>
      </w:r>
    </w:p>
    <w:p/>
    <w:p>
      <w:r>
        <w:rPr>
          <w:b/>
          <w:sz w:val="24"/>
        </w:rPr>
        <w:t>Câu 14: Một gene có 850 cặp nucleotide, mất 3 cặp thì còn:</w:t>
      </w:r>
    </w:p>
    <w:p>
      <w:pPr>
        <w:pStyle w:val="ListParagraph"/>
      </w:pPr>
      <w:r>
        <w:rPr>
          <w:sz w:val="22"/>
        </w:rPr>
        <w:t>A. 847 cặp</w:t>
      </w:r>
    </w:p>
    <w:p>
      <w:pPr>
        <w:pStyle w:val="ListParagraph"/>
      </w:pPr>
      <w:r>
        <w:rPr>
          <w:sz w:val="22"/>
        </w:rPr>
        <w:t>B. 853 cặp</w:t>
      </w:r>
    </w:p>
    <w:p>
      <w:pPr>
        <w:pStyle w:val="ListParagraph"/>
      </w:pPr>
      <w:r>
        <w:rPr>
          <w:sz w:val="22"/>
        </w:rPr>
        <w:t>C. 850 cặp</w:t>
      </w:r>
    </w:p>
    <w:p>
      <w:pPr>
        <w:pStyle w:val="ListParagraph"/>
      </w:pPr>
      <w:r>
        <w:rPr>
          <w:sz w:val="22"/>
        </w:rPr>
        <w:t>D. 846 cặp</w:t>
      </w:r>
    </w:p>
    <w:p/>
    <w:p>
      <w:r>
        <w:rPr>
          <w:b/>
          <w:sz w:val="24"/>
        </w:rPr>
        <w:t>Câu 15: Một gene có 700 cặp nucleotide, thay thế 5 cặp bằng 5 cặp khác. Tổng số cặp sau đột biến là:</w:t>
      </w:r>
    </w:p>
    <w:p>
      <w:pPr>
        <w:pStyle w:val="ListParagraph"/>
      </w:pPr>
      <w:r>
        <w:rPr>
          <w:sz w:val="22"/>
        </w:rPr>
        <w:t>A. 695</w:t>
      </w:r>
    </w:p>
    <w:p>
      <w:pPr>
        <w:pStyle w:val="ListParagraph"/>
      </w:pPr>
      <w:r>
        <w:rPr>
          <w:sz w:val="22"/>
        </w:rPr>
        <w:t>B. 705</w:t>
      </w:r>
    </w:p>
    <w:p>
      <w:pPr>
        <w:pStyle w:val="ListParagraph"/>
      </w:pPr>
      <w:r>
        <w:rPr>
          <w:sz w:val="22"/>
        </w:rPr>
        <w:t>C. 700</w:t>
      </w:r>
    </w:p>
    <w:p>
      <w:pPr>
        <w:pStyle w:val="ListParagraph"/>
      </w:pPr>
      <w:r>
        <w:rPr>
          <w:sz w:val="22"/>
        </w:rPr>
        <w:t>D. 710</w:t>
      </w:r>
    </w:p>
    <w:p/>
    <w:p>
      <w:r>
        <w:rPr>
          <w:b/>
          <w:sz w:val="24"/>
        </w:rPr>
        <w:t>Câu 16: Gene có 1.000 cặp nucleotide. Đột biến thêm 4 cặp rồi mất 2 cặp. Gene có:</w:t>
      </w:r>
    </w:p>
    <w:p>
      <w:pPr>
        <w:pStyle w:val="ListParagraph"/>
      </w:pPr>
      <w:r>
        <w:rPr>
          <w:sz w:val="22"/>
        </w:rPr>
        <w:t>A. 998 cặp</w:t>
      </w:r>
    </w:p>
    <w:p>
      <w:pPr>
        <w:pStyle w:val="ListParagraph"/>
      </w:pPr>
      <w:r>
        <w:rPr>
          <w:sz w:val="22"/>
        </w:rPr>
        <w:t>B. 1.002 cặp</w:t>
      </w:r>
    </w:p>
    <w:p>
      <w:pPr>
        <w:pStyle w:val="ListParagraph"/>
      </w:pPr>
      <w:r>
        <w:rPr>
          <w:sz w:val="22"/>
        </w:rPr>
        <w:t>C. 1.004 cặp</w:t>
      </w:r>
    </w:p>
    <w:p>
      <w:pPr>
        <w:pStyle w:val="ListParagraph"/>
      </w:pPr>
      <w:r>
        <w:rPr>
          <w:sz w:val="22"/>
        </w:rPr>
        <w:t>D. 1.006 cặp</w:t>
      </w:r>
    </w:p>
    <w:p/>
    <w:p>
      <w:r>
        <w:rPr>
          <w:b/>
          <w:sz w:val="24"/>
        </w:rPr>
        <w:t>Câu 17: Gene có 900 cặp nucleotide. Sau đột biến mất 10 cặp, số nucleotide của gene mạch kép là:</w:t>
      </w:r>
    </w:p>
    <w:p>
      <w:pPr>
        <w:pStyle w:val="ListParagraph"/>
      </w:pPr>
      <w:r>
        <w:rPr>
          <w:sz w:val="22"/>
        </w:rPr>
        <w:t>A. 890</w:t>
      </w:r>
    </w:p>
    <w:p>
      <w:pPr>
        <w:pStyle w:val="ListParagraph"/>
      </w:pPr>
      <w:r>
        <w:rPr>
          <w:sz w:val="22"/>
        </w:rPr>
        <w:t>B. 1.780</w:t>
      </w:r>
    </w:p>
    <w:p>
      <w:pPr>
        <w:pStyle w:val="ListParagraph"/>
      </w:pPr>
      <w:r>
        <w:rPr>
          <w:sz w:val="22"/>
        </w:rPr>
        <w:t>C. 1.800</w:t>
      </w:r>
    </w:p>
    <w:p>
      <w:pPr>
        <w:pStyle w:val="ListParagraph"/>
      </w:pPr>
      <w:r>
        <w:rPr>
          <w:sz w:val="22"/>
        </w:rPr>
        <w:t>D. 1.790</w:t>
      </w:r>
    </w:p>
    <w:p/>
    <w:p>
      <w:r>
        <w:rPr>
          <w:b/>
          <w:sz w:val="24"/>
        </w:rPr>
        <w:t>Câu 18: Gene có 500 cặp nucleotide. Đột biến thêm 2 cặp. Chiều dài gene tăng:</w:t>
      </w:r>
    </w:p>
    <w:p>
      <w:pPr>
        <w:pStyle w:val="ListParagraph"/>
      </w:pPr>
      <w:r>
        <w:rPr>
          <w:sz w:val="22"/>
        </w:rPr>
        <w:t>A. 3,4 Å</w:t>
      </w:r>
    </w:p>
    <w:p>
      <w:pPr>
        <w:pStyle w:val="ListParagraph"/>
      </w:pPr>
      <w:r>
        <w:rPr>
          <w:sz w:val="22"/>
        </w:rPr>
        <w:t>B. 6,8 Å</w:t>
      </w:r>
    </w:p>
    <w:p>
      <w:pPr>
        <w:pStyle w:val="ListParagraph"/>
      </w:pPr>
      <w:r>
        <w:rPr>
          <w:sz w:val="22"/>
        </w:rPr>
        <w:t>C. 10,2 Å</w:t>
      </w:r>
    </w:p>
    <w:p>
      <w:pPr>
        <w:pStyle w:val="ListParagraph"/>
      </w:pPr>
      <w:r>
        <w:rPr>
          <w:sz w:val="22"/>
        </w:rPr>
        <w:t>D. 17 Å</w:t>
      </w:r>
    </w:p>
    <w:p/>
    <w:p>
      <w:r>
        <w:rPr>
          <w:b/>
          <w:sz w:val="24"/>
        </w:rPr>
        <w:t>Câu 19: Gene có 1.200 cặp nucleotide, mỗi cặp dài 3,4 Å. Chiều dài gene là:</w:t>
      </w:r>
    </w:p>
    <w:p>
      <w:pPr>
        <w:pStyle w:val="ListParagraph"/>
      </w:pPr>
      <w:r>
        <w:rPr>
          <w:sz w:val="22"/>
        </w:rPr>
        <w:t>A. 2.400 Å</w:t>
      </w:r>
    </w:p>
    <w:p>
      <w:pPr>
        <w:pStyle w:val="ListParagraph"/>
      </w:pPr>
      <w:r>
        <w:rPr>
          <w:sz w:val="22"/>
        </w:rPr>
        <w:t>B. 3.400 Å</w:t>
      </w:r>
    </w:p>
    <w:p>
      <w:pPr>
        <w:pStyle w:val="ListParagraph"/>
      </w:pPr>
      <w:r>
        <w:rPr>
          <w:sz w:val="22"/>
        </w:rPr>
        <w:t>C. 4.080 Å</w:t>
      </w:r>
    </w:p>
    <w:p>
      <w:pPr>
        <w:pStyle w:val="ListParagraph"/>
      </w:pPr>
      <w:r>
        <w:rPr>
          <w:sz w:val="22"/>
        </w:rPr>
        <w:t>D. 4.800 Å</w:t>
      </w:r>
    </w:p>
    <w:p/>
    <w:p>
      <w:r>
        <w:rPr>
          <w:b/>
          <w:sz w:val="24"/>
        </w:rPr>
        <w:t>Câu 20: Một gene có 1.000 cặp nucleotide. Thay thế một cặp A–T bằng một cặp G–C thì số cặp nucleotide của gene:</w:t>
      </w:r>
    </w:p>
    <w:p>
      <w:pPr>
        <w:pStyle w:val="ListParagraph"/>
      </w:pPr>
      <w:r>
        <w:rPr>
          <w:sz w:val="22"/>
        </w:rPr>
        <w:t>A. Tăng một</w:t>
      </w:r>
    </w:p>
    <w:p>
      <w:pPr>
        <w:pStyle w:val="ListParagraph"/>
      </w:pPr>
      <w:r>
        <w:rPr>
          <w:sz w:val="22"/>
        </w:rPr>
        <w:t>B. Giảm một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hai</w:t>
      </w:r>
    </w:p>
    <w:p/>
    <w:p>
      <w:r>
        <w:rPr>
          <w:b/>
          <w:sz w:val="24"/>
        </w:rPr>
        <w:t>Câu 21: Phát biểu nào đúng?</w:t>
      </w:r>
    </w:p>
    <w:p>
      <w:pPr>
        <w:pStyle w:val="ListParagraph"/>
      </w:pPr>
      <w:r>
        <w:rPr>
          <w:sz w:val="22"/>
        </w:rPr>
        <w:t>A. Mọi đột biến đều có lợi</w:t>
      </w:r>
    </w:p>
    <w:p>
      <w:pPr>
        <w:pStyle w:val="ListParagraph"/>
      </w:pPr>
      <w:r>
        <w:rPr>
          <w:sz w:val="22"/>
        </w:rPr>
        <w:t>B. Đột biến gene có thể trung tính</w:t>
      </w:r>
    </w:p>
    <w:p>
      <w:pPr>
        <w:pStyle w:val="ListParagraph"/>
      </w:pPr>
      <w:r>
        <w:rPr>
          <w:sz w:val="22"/>
        </w:rPr>
        <w:t>C. Đột biến không bao giờ di truyền</w:t>
      </w:r>
    </w:p>
    <w:p>
      <w:pPr>
        <w:pStyle w:val="ListParagraph"/>
      </w:pPr>
      <w:r>
        <w:rPr>
          <w:sz w:val="22"/>
        </w:rPr>
        <w:t>D. Đột biến luôn tạo protein có lợi</w:t>
      </w:r>
    </w:p>
    <w:p/>
    <w:p>
      <w:r>
        <w:rPr>
          <w:b/>
          <w:sz w:val="24"/>
        </w:rPr>
        <w:t>Câu 22: Đột biến gene có ý nghĩa với chọn giống vì:</w:t>
      </w:r>
    </w:p>
    <w:p>
      <w:pPr>
        <w:pStyle w:val="ListParagraph"/>
      </w:pPr>
      <w:r>
        <w:rPr>
          <w:sz w:val="22"/>
        </w:rPr>
        <w:t>A. Có thể tạo biến dị di truyền mới</w:t>
      </w:r>
    </w:p>
    <w:p>
      <w:pPr>
        <w:pStyle w:val="ListParagraph"/>
      </w:pPr>
      <w:r>
        <w:rPr>
          <w:sz w:val="22"/>
        </w:rPr>
        <w:t>B. Làm mọi sinh vật giống nhau</w:t>
      </w:r>
    </w:p>
    <w:p>
      <w:pPr>
        <w:pStyle w:val="ListParagraph"/>
      </w:pPr>
      <w:r>
        <w:rPr>
          <w:sz w:val="22"/>
        </w:rPr>
        <w:t>C. Ngăn mọi biến dị</w:t>
      </w:r>
    </w:p>
    <w:p>
      <w:pPr>
        <w:pStyle w:val="ListParagraph"/>
      </w:pPr>
      <w:r>
        <w:rPr>
          <w:sz w:val="22"/>
        </w:rPr>
        <w:t>D. Luôn làm tăng năng suất</w:t>
      </w:r>
    </w:p>
    <w:p/>
    <w:p>
      <w:r>
        <w:rPr>
          <w:b/>
          <w:sz w:val="24"/>
        </w:rPr>
        <w:t>Câu 23: Nếu mất 6 cặp nucleotide ở vùng mã hóa, số nucleotide bị mất chia hết cho 3. Điều này có nghĩa là:</w:t>
      </w:r>
    </w:p>
    <w:p>
      <w:pPr>
        <w:pStyle w:val="ListParagraph"/>
      </w:pPr>
      <w:r>
        <w:rPr>
          <w:sz w:val="22"/>
        </w:rPr>
        <w:t>A. Chắc chắn không đổi protein</w:t>
      </w:r>
    </w:p>
    <w:p>
      <w:pPr>
        <w:pStyle w:val="ListParagraph"/>
      </w:pPr>
      <w:r>
        <w:rPr>
          <w:sz w:val="22"/>
        </w:rPr>
        <w:t>B. Không làm dịch khung đọc theo quy tắc bộ ba, nhưng vẫn có thể ảnh hưởng protein</w:t>
      </w:r>
    </w:p>
    <w:p>
      <w:pPr>
        <w:pStyle w:val="ListParagraph"/>
      </w:pPr>
      <w:r>
        <w:rPr>
          <w:sz w:val="22"/>
        </w:rPr>
        <w:t>C. Gene không còn nucleotide</w:t>
      </w:r>
    </w:p>
    <w:p>
      <w:pPr>
        <w:pStyle w:val="ListParagraph"/>
      </w:pPr>
      <w:r>
        <w:rPr>
          <w:sz w:val="22"/>
        </w:rPr>
        <w:t>D. Luôn có lợi</w:t>
      </w:r>
    </w:p>
    <w:p/>
    <w:p>
      <w:r>
        <w:rPr>
          <w:b/>
          <w:sz w:val="24"/>
        </w:rPr>
        <w:t>Câu 24: Đột biến gene xảy ra trong tế bào sinh dưỡng:</w:t>
      </w:r>
    </w:p>
    <w:p>
      <w:pPr>
        <w:pStyle w:val="ListParagraph"/>
      </w:pPr>
      <w:r>
        <w:rPr>
          <w:sz w:val="22"/>
        </w:rPr>
        <w:t>A. Luôn truyền cho thế hệ sau qua sinh sản hữu tính</w:t>
      </w:r>
    </w:p>
    <w:p>
      <w:pPr>
        <w:pStyle w:val="ListParagraph"/>
      </w:pPr>
      <w:r>
        <w:rPr>
          <w:sz w:val="22"/>
        </w:rPr>
        <w:t>B. Có thể ảnh hưởng cá thể nhưng thường không truyền qua giao tử</w:t>
      </w:r>
    </w:p>
    <w:p>
      <w:pPr>
        <w:pStyle w:val="ListParagraph"/>
      </w:pPr>
      <w:r>
        <w:rPr>
          <w:sz w:val="22"/>
        </w:rPr>
        <w:t>C. Không bao giờ ảnh hưởng tế bào</w:t>
      </w:r>
    </w:p>
    <w:p>
      <w:pPr>
        <w:pStyle w:val="ListParagraph"/>
      </w:pPr>
      <w:r>
        <w:rPr>
          <w:sz w:val="22"/>
        </w:rPr>
        <w:t>D. Luôn tạo allele trong mọi giao tử</w:t>
      </w:r>
    </w:p>
    <w:p/>
    <w:p>
      <w:r>
        <w:rPr>
          <w:b/>
          <w:sz w:val="24"/>
        </w:rPr>
        <w:t>Câu 25: Điều nào cần nhớ khi xét hậu quả đột biến?</w:t>
      </w:r>
    </w:p>
    <w:p>
      <w:pPr>
        <w:pStyle w:val="ListParagraph"/>
      </w:pPr>
      <w:r>
        <w:rPr>
          <w:sz w:val="22"/>
        </w:rPr>
        <w:t>A. Chỉ xét dạng đột biến, không cần vị trí</w:t>
      </w:r>
    </w:p>
    <w:p>
      <w:pPr>
        <w:pStyle w:val="ListParagraph"/>
      </w:pPr>
      <w:r>
        <w:rPr>
          <w:sz w:val="22"/>
        </w:rPr>
        <w:t>B. Hậu quả phụ thuộc vị trí, loại đột biến và bối cảnh gene/sinh vật</w:t>
      </w:r>
    </w:p>
    <w:p>
      <w:pPr>
        <w:pStyle w:val="ListParagraph"/>
      </w:pPr>
      <w:r>
        <w:rPr>
          <w:sz w:val="22"/>
        </w:rPr>
        <w:t>C. Mọi thay thế đều gây chết</w:t>
      </w:r>
    </w:p>
    <w:p>
      <w:pPr>
        <w:pStyle w:val="ListParagraph"/>
      </w:pPr>
      <w:r>
        <w:rPr>
          <w:sz w:val="22"/>
        </w:rPr>
        <w:t>D. Mọi thêm/mất đều có lợi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