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120 phút lịch sử 12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Sự kiện nào được coi là mở đầu Chiến tranh lạnh?</w:t>
      </w:r>
    </w:p>
    <w:p>
      <w:pPr>
        <w:pStyle w:val="ListParagraph"/>
      </w:pPr>
      <w:r>
        <w:rPr>
          <w:sz w:val="22"/>
        </w:rPr>
        <w:t>A. Kế hoạch Marshall (1947)</w:t>
      </w:r>
    </w:p>
    <w:p>
      <w:pPr>
        <w:pStyle w:val="ListParagraph"/>
      </w:pPr>
      <w:r>
        <w:rPr>
          <w:sz w:val="22"/>
        </w:rPr>
        <w:t>B. Sự thành lập NATO (1949)</w:t>
      </w:r>
    </w:p>
    <w:p>
      <w:pPr>
        <w:pStyle w:val="ListParagraph"/>
      </w:pPr>
      <w:r>
        <w:rPr>
          <w:sz w:val="22"/>
        </w:rPr>
        <w:t>C. Học thuyết Truman (1947)</w:t>
      </w:r>
    </w:p>
    <w:p>
      <w:pPr>
        <w:pStyle w:val="ListParagraph"/>
      </w:pPr>
      <w:r>
        <w:rPr>
          <w:sz w:val="22"/>
        </w:rPr>
        <w:t>D. Hiệp ước Warsaw (1955)</w:t>
      </w:r>
    </w:p>
    <w:p/>
    <w:p>
      <w:r>
        <w:rPr>
          <w:b/>
          <w:sz w:val="24"/>
        </w:rPr>
        <w:t>Câu 2: Khối quân sự NATO được thành lập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1947</w:t>
      </w:r>
    </w:p>
    <w:p>
      <w:pPr>
        <w:pStyle w:val="ListParagraph"/>
      </w:pPr>
      <w:r>
        <w:rPr>
          <w:sz w:val="22"/>
        </w:rPr>
        <w:t>C. 1949</w:t>
      </w:r>
    </w:p>
    <w:p>
      <w:pPr>
        <w:pStyle w:val="ListParagraph"/>
      </w:pPr>
      <w:r>
        <w:rPr>
          <w:sz w:val="22"/>
        </w:rPr>
        <w:t>D. 1955</w:t>
      </w:r>
    </w:p>
    <w:p/>
    <w:p>
      <w:r>
        <w:rPr>
          <w:b/>
          <w:sz w:val="24"/>
        </w:rPr>
        <w:t>Câu 3: Tổ chức Hiệp ước Warsaw thành lập năm nào?</w:t>
      </w:r>
    </w:p>
    <w:p>
      <w:pPr>
        <w:pStyle w:val="ListParagraph"/>
      </w:pPr>
      <w:r>
        <w:rPr>
          <w:sz w:val="22"/>
        </w:rPr>
        <w:t>A. 1949</w:t>
      </w:r>
    </w:p>
    <w:p>
      <w:pPr>
        <w:pStyle w:val="ListParagraph"/>
      </w:pPr>
      <w:r>
        <w:rPr>
          <w:sz w:val="22"/>
        </w:rPr>
        <w:t>B. 1955</w:t>
      </w:r>
    </w:p>
    <w:p>
      <w:pPr>
        <w:pStyle w:val="ListParagraph"/>
      </w:pPr>
      <w:r>
        <w:rPr>
          <w:sz w:val="22"/>
        </w:rPr>
        <w:t>C. 1962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4: Đặc trưng quan hệ quốc tế trong Chiến tranh lạnh là gì?</w:t>
      </w:r>
    </w:p>
    <w:p>
      <w:pPr>
        <w:pStyle w:val="ListParagraph"/>
      </w:pPr>
      <w:r>
        <w:rPr>
          <w:sz w:val="22"/>
        </w:rPr>
        <w:t>A. Hợp tác toàn cầu</w:t>
      </w:r>
    </w:p>
    <w:p>
      <w:pPr>
        <w:pStyle w:val="ListParagraph"/>
      </w:pPr>
      <w:r>
        <w:rPr>
          <w:sz w:val="22"/>
        </w:rPr>
        <w:t>B. Đối đầu Đông - Tây</w:t>
      </w:r>
    </w:p>
    <w:p>
      <w:pPr>
        <w:pStyle w:val="ListParagraph"/>
      </w:pPr>
      <w:r>
        <w:rPr>
          <w:sz w:val="22"/>
        </w:rPr>
        <w:t>C. Đa cực</w:t>
      </w:r>
    </w:p>
    <w:p>
      <w:pPr>
        <w:pStyle w:val="ListParagraph"/>
      </w:pPr>
      <w:r>
        <w:rPr>
          <w:sz w:val="22"/>
        </w:rPr>
        <w:t>D. Toàn cầu hóa</w:t>
      </w:r>
    </w:p>
    <w:p/>
    <w:p>
      <w:r>
        <w:rPr>
          <w:b/>
          <w:sz w:val="24"/>
        </w:rPr>
        <w:t>Câu 5: Cuộc khủng hoảng tên lửa Cuba diễn ra năm nào?</w:t>
      </w:r>
    </w:p>
    <w:p>
      <w:pPr>
        <w:pStyle w:val="ListParagraph"/>
      </w:pPr>
      <w:r>
        <w:rPr>
          <w:sz w:val="22"/>
        </w:rPr>
        <w:t>A. 1959</w:t>
      </w:r>
    </w:p>
    <w:p>
      <w:pPr>
        <w:pStyle w:val="ListParagraph"/>
      </w:pPr>
      <w:r>
        <w:rPr>
          <w:sz w:val="22"/>
        </w:rPr>
        <w:t>B. 1961</w:t>
      </w:r>
    </w:p>
    <w:p>
      <w:pPr>
        <w:pStyle w:val="ListParagraph"/>
      </w:pPr>
      <w:r>
        <w:rPr>
          <w:sz w:val="22"/>
        </w:rPr>
        <w:t>C. 1962</w:t>
      </w:r>
    </w:p>
    <w:p>
      <w:pPr>
        <w:pStyle w:val="ListParagraph"/>
      </w:pPr>
      <w:r>
        <w:rPr>
          <w:sz w:val="22"/>
        </w:rPr>
        <w:t>D. 1968</w:t>
      </w:r>
    </w:p>
    <w:p/>
    <w:p>
      <w:r>
        <w:rPr>
          <w:b/>
          <w:sz w:val="24"/>
        </w:rPr>
        <w:t>Câu 6: Bức tường Berlin sụp đổ năm nào?</w:t>
      </w:r>
    </w:p>
    <w:p>
      <w:pPr>
        <w:pStyle w:val="ListParagraph"/>
      </w:pPr>
      <w:r>
        <w:rPr>
          <w:sz w:val="22"/>
        </w:rPr>
        <w:t>A. 1985</w:t>
      </w:r>
    </w:p>
    <w:p>
      <w:pPr>
        <w:pStyle w:val="ListParagraph"/>
      </w:pPr>
      <w:r>
        <w:rPr>
          <w:sz w:val="22"/>
        </w:rPr>
        <w:t>B. 1989</w:t>
      </w:r>
    </w:p>
    <w:p>
      <w:pPr>
        <w:pStyle w:val="ListParagraph"/>
      </w:pPr>
      <w:r>
        <w:rPr>
          <w:sz w:val="22"/>
        </w:rPr>
        <w:t>C. 1990</w:t>
      </w:r>
    </w:p>
    <w:p>
      <w:pPr>
        <w:pStyle w:val="ListParagraph"/>
      </w:pPr>
      <w:r>
        <w:rPr>
          <w:sz w:val="22"/>
        </w:rPr>
        <w:t>D. 1991</w:t>
      </w:r>
    </w:p>
    <w:p/>
    <w:p>
      <w:r>
        <w:rPr>
          <w:b/>
          <w:sz w:val="24"/>
        </w:rPr>
        <w:t>Câu 7: Liên Xô tan rã vào năm nào?</w:t>
      </w:r>
    </w:p>
    <w:p>
      <w:pPr>
        <w:pStyle w:val="ListParagraph"/>
      </w:pPr>
      <w:r>
        <w:rPr>
          <w:sz w:val="22"/>
        </w:rPr>
        <w:t>A. 1989</w:t>
      </w:r>
    </w:p>
    <w:p>
      <w:pPr>
        <w:pStyle w:val="ListParagraph"/>
      </w:pPr>
      <w:r>
        <w:rPr>
          <w:sz w:val="22"/>
        </w:rPr>
        <w:t>B. 1990</w:t>
      </w:r>
    </w:p>
    <w:p>
      <w:pPr>
        <w:pStyle w:val="ListParagraph"/>
      </w:pPr>
      <w:r>
        <w:rPr>
          <w:sz w:val="22"/>
        </w:rPr>
        <w:t>C. 1991</w:t>
      </w:r>
    </w:p>
    <w:p>
      <w:pPr>
        <w:pStyle w:val="ListParagraph"/>
      </w:pPr>
      <w:r>
        <w:rPr>
          <w:sz w:val="22"/>
        </w:rPr>
        <w:t>D. 1993</w:t>
      </w:r>
    </w:p>
    <w:p/>
    <w:p>
      <w:r>
        <w:rPr>
          <w:b/>
          <w:sz w:val="24"/>
        </w:rPr>
        <w:t>Câu 8: Tổ chức Hiệp ước Warsaw giải thể năm nào?</w:t>
      </w:r>
    </w:p>
    <w:p>
      <w:pPr>
        <w:pStyle w:val="ListParagraph"/>
      </w:pPr>
      <w:r>
        <w:rPr>
          <w:sz w:val="22"/>
        </w:rPr>
        <w:t>A. 1989</w:t>
      </w:r>
    </w:p>
    <w:p>
      <w:pPr>
        <w:pStyle w:val="ListParagraph"/>
      </w:pPr>
      <w:r>
        <w:rPr>
          <w:sz w:val="22"/>
        </w:rPr>
        <w:t>B. 1990</w:t>
      </w:r>
    </w:p>
    <w:p>
      <w:pPr>
        <w:pStyle w:val="ListParagraph"/>
      </w:pPr>
      <w:r>
        <w:rPr>
          <w:sz w:val="22"/>
        </w:rPr>
        <w:t>C. 1991</w:t>
      </w:r>
    </w:p>
    <w:p>
      <w:pPr>
        <w:pStyle w:val="ListParagraph"/>
      </w:pPr>
      <w:r>
        <w:rPr>
          <w:sz w:val="22"/>
        </w:rPr>
        <w:t>D. 1992</w:t>
      </w:r>
    </w:p>
    <w:p/>
    <w:p>
      <w:r>
        <w:rPr>
          <w:b/>
          <w:sz w:val="24"/>
        </w:rPr>
        <w:t>Câu 9: Học thuyết Truman (1947) nhằm mục đích gì?</w:t>
      </w:r>
    </w:p>
    <w:p>
      <w:pPr>
        <w:pStyle w:val="ListParagraph"/>
      </w:pPr>
      <w:r>
        <w:rPr>
          <w:sz w:val="22"/>
        </w:rPr>
        <w:t>A. Viện trợ kinh tế Tây Âu</w:t>
      </w:r>
    </w:p>
    <w:p>
      <w:pPr>
        <w:pStyle w:val="ListParagraph"/>
      </w:pPr>
      <w:r>
        <w:rPr>
          <w:sz w:val="22"/>
        </w:rPr>
        <w:t>B. Ngăn chặn ảnh hưởng của CNXH và Liên Xô</w:t>
      </w:r>
    </w:p>
    <w:p>
      <w:pPr>
        <w:pStyle w:val="ListParagraph"/>
      </w:pPr>
      <w:r>
        <w:rPr>
          <w:sz w:val="22"/>
        </w:rPr>
        <w:t>C. Thành lập NATO</w:t>
      </w:r>
    </w:p>
    <w:p>
      <w:pPr>
        <w:pStyle w:val="ListParagraph"/>
      </w:pPr>
      <w:r>
        <w:rPr>
          <w:sz w:val="22"/>
        </w:rPr>
        <w:t>D. Chấm dứt Chiến tranh lạnh</w:t>
      </w:r>
    </w:p>
    <w:p/>
    <w:p>
      <w:r>
        <w:rPr>
          <w:b/>
          <w:sz w:val="24"/>
        </w:rPr>
        <w:t>Câu 10: Kế hoạch Marshall là gì?</w:t>
      </w:r>
    </w:p>
    <w:p>
      <w:pPr>
        <w:pStyle w:val="ListParagraph"/>
      </w:pPr>
      <w:r>
        <w:rPr>
          <w:sz w:val="22"/>
        </w:rPr>
        <w:t>A. Thành lập liên minh quân sự</w:t>
      </w:r>
    </w:p>
    <w:p>
      <w:pPr>
        <w:pStyle w:val="ListParagraph"/>
      </w:pPr>
      <w:r>
        <w:rPr>
          <w:sz w:val="22"/>
        </w:rPr>
        <w:t>B. Viện trợ quân sự cho Liên Xô</w:t>
      </w:r>
    </w:p>
    <w:p>
      <w:pPr>
        <w:pStyle w:val="ListParagraph"/>
      </w:pPr>
      <w:r>
        <w:rPr>
          <w:sz w:val="22"/>
        </w:rPr>
        <w:t>C. Kế hoạch tấn công Cuba</w:t>
      </w:r>
    </w:p>
    <w:p>
      <w:pPr>
        <w:pStyle w:val="ListParagraph"/>
      </w:pPr>
      <w:r>
        <w:rPr>
          <w:sz w:val="22"/>
        </w:rPr>
        <w:t>D. Viện trợ kinh tế cho Tây Âu sau Thế chiến II</w:t>
      </w:r>
    </w:p>
    <w:p/>
    <w:p>
      <w:r>
        <w:rPr>
          <w:b/>
          <w:sz w:val="24"/>
        </w:rPr>
        <w:t>Câu 11: Sự kiện nào đánh dấu Chiến tranh lạnh kết thúc?</w:t>
      </w:r>
    </w:p>
    <w:p>
      <w:pPr>
        <w:pStyle w:val="ListParagraph"/>
      </w:pPr>
      <w:r>
        <w:rPr>
          <w:sz w:val="22"/>
        </w:rPr>
        <w:t>A. Hiệp định Paris 1973</w:t>
      </w:r>
    </w:p>
    <w:p>
      <w:pPr>
        <w:pStyle w:val="ListParagraph"/>
      </w:pPr>
      <w:r>
        <w:rPr>
          <w:sz w:val="22"/>
        </w:rPr>
        <w:t>B. Bức tường Berlin sụp đổ 1989</w:t>
      </w:r>
    </w:p>
    <w:p>
      <w:pPr>
        <w:pStyle w:val="ListParagraph"/>
      </w:pPr>
      <w:r>
        <w:rPr>
          <w:sz w:val="22"/>
        </w:rPr>
        <w:t>C. Liên Xô tan rã 1991</w:t>
      </w:r>
    </w:p>
    <w:p>
      <w:pPr>
        <w:pStyle w:val="ListParagraph"/>
      </w:pPr>
      <w:r>
        <w:rPr>
          <w:sz w:val="22"/>
        </w:rPr>
        <w:t>D. NATO mở rộng 1999</w:t>
      </w:r>
    </w:p>
    <w:p/>
    <w:p>
      <w:r>
        <w:rPr>
          <w:b/>
          <w:sz w:val="24"/>
        </w:rPr>
        <w:t>Câu 12: Trật tự thế giới sau Chiến tranh lạnh được gọi là gì?</w:t>
      </w:r>
    </w:p>
    <w:p>
      <w:pPr>
        <w:pStyle w:val="ListParagraph"/>
      </w:pPr>
      <w:r>
        <w:rPr>
          <w:sz w:val="22"/>
        </w:rPr>
        <w:t>A. Hai cực</w:t>
      </w:r>
    </w:p>
    <w:p>
      <w:pPr>
        <w:pStyle w:val="ListParagraph"/>
      </w:pPr>
      <w:r>
        <w:rPr>
          <w:sz w:val="22"/>
        </w:rPr>
        <w:t>B. Đơn cực do Mỹ chi phối</w:t>
      </w:r>
    </w:p>
    <w:p>
      <w:pPr>
        <w:pStyle w:val="ListParagraph"/>
      </w:pPr>
      <w:r>
        <w:rPr>
          <w:sz w:val="22"/>
        </w:rPr>
        <w:t>C. Đa cực ngay lập tức</w:t>
      </w:r>
    </w:p>
    <w:p>
      <w:pPr>
        <w:pStyle w:val="ListParagraph"/>
      </w:pPr>
      <w:r>
        <w:rPr>
          <w:sz w:val="22"/>
        </w:rPr>
        <w:t>D. Vô chính phủ</w:t>
      </w:r>
    </w:p>
    <w:p/>
    <w:p>
      <w:r>
        <w:rPr>
          <w:b/>
          <w:sz w:val="24"/>
        </w:rPr>
        <w:t>Câu 13: Dưới thời Tổng thống Gorbachev, Liên Xô thực hiện đường lối nào?</w:t>
      </w:r>
    </w:p>
    <w:p>
      <w:pPr>
        <w:pStyle w:val="ListParagraph"/>
      </w:pPr>
      <w:r>
        <w:rPr>
          <w:sz w:val="22"/>
        </w:rPr>
        <w:t>A. Đối đầu quyết liệt với Mỹ</w:t>
      </w:r>
    </w:p>
    <w:p>
      <w:pPr>
        <w:pStyle w:val="ListParagraph"/>
      </w:pPr>
      <w:r>
        <w:rPr>
          <w:sz w:val="22"/>
        </w:rPr>
        <w:t>B. Chiến tranh xâm lược Afghanistan</w:t>
      </w:r>
    </w:p>
    <w:p>
      <w:pPr>
        <w:pStyle w:val="ListParagraph"/>
      </w:pPr>
      <w:r>
        <w:rPr>
          <w:sz w:val="22"/>
        </w:rPr>
        <w:t>C. Cải tổ, glasnost và perestroika</w:t>
      </w:r>
    </w:p>
    <w:p>
      <w:pPr>
        <w:pStyle w:val="ListParagraph"/>
      </w:pPr>
      <w:r>
        <w:rPr>
          <w:sz w:val="22"/>
        </w:rPr>
        <w:t>D. Xây dựng bức tường Berlin</w:t>
      </w:r>
    </w:p>
    <w:p/>
    <w:p>
      <w:r>
        <w:rPr>
          <w:b/>
          <w:sz w:val="24"/>
        </w:rPr>
        <w:t>Câu 14: Chiến tranh lạnh kết thúc đã mở ra xu thế chủ yếu nào trong quan hệ quốc tế?</w:t>
      </w:r>
    </w:p>
    <w:p>
      <w:pPr>
        <w:pStyle w:val="ListParagraph"/>
      </w:pPr>
      <w:r>
        <w:rPr>
          <w:sz w:val="22"/>
        </w:rPr>
        <w:t>A. Đối đầu quân sự</w:t>
      </w:r>
    </w:p>
    <w:p>
      <w:pPr>
        <w:pStyle w:val="ListParagraph"/>
      </w:pPr>
      <w:r>
        <w:rPr>
          <w:sz w:val="22"/>
        </w:rPr>
        <w:t>B. Hòa bình, hợp tác và phát triển</w:t>
      </w:r>
    </w:p>
    <w:p>
      <w:pPr>
        <w:pStyle w:val="ListParagraph"/>
      </w:pPr>
      <w:r>
        <w:rPr>
          <w:sz w:val="22"/>
        </w:rPr>
        <w:t>C. Chạy đua vũ trang</w:t>
      </w:r>
    </w:p>
    <w:p>
      <w:pPr>
        <w:pStyle w:val="ListParagraph"/>
      </w:pPr>
      <w:r>
        <w:rPr>
          <w:sz w:val="22"/>
        </w:rPr>
        <w:t>D. Phong tỏa kinh tế</w:t>
      </w:r>
    </w:p>
    <w:p/>
    <w:p>
      <w:r>
        <w:rPr>
          <w:b/>
          <w:sz w:val="24"/>
        </w:rPr>
        <w:t>Câu 15: Cuộc chiến tranh Vùng Vịnh lần thứ nhất năm 1991 do nguyên nhân trực tiếp nào?</w:t>
      </w:r>
    </w:p>
    <w:p>
      <w:pPr>
        <w:pStyle w:val="ListParagraph"/>
      </w:pPr>
      <w:r>
        <w:rPr>
          <w:sz w:val="22"/>
        </w:rPr>
        <w:t>A. Nam Tư tan rã</w:t>
      </w:r>
    </w:p>
    <w:p>
      <w:pPr>
        <w:pStyle w:val="ListParagraph"/>
      </w:pPr>
      <w:r>
        <w:rPr>
          <w:sz w:val="22"/>
        </w:rPr>
        <w:t>B. Liên Xô tan rã</w:t>
      </w:r>
    </w:p>
    <w:p>
      <w:pPr>
        <w:pStyle w:val="ListParagraph"/>
      </w:pPr>
      <w:r>
        <w:rPr>
          <w:sz w:val="22"/>
        </w:rPr>
        <w:t>C. Khủng bố 11/9</w:t>
      </w:r>
    </w:p>
    <w:p>
      <w:pPr>
        <w:pStyle w:val="ListParagraph"/>
      </w:pPr>
      <w:r>
        <w:rPr>
          <w:sz w:val="22"/>
        </w:rPr>
        <w:t>D. Iraq xâm chiếm Kuwait</w:t>
      </w:r>
    </w:p>
    <w:p/>
    <w:p>
      <w:r>
        <w:rPr>
          <w:b/>
          <w:sz w:val="24"/>
        </w:rPr>
        <w:t>Câu 16: Sự kiện 11/9/2001 dẫn đến điều gì?</w:t>
      </w:r>
    </w:p>
    <w:p>
      <w:pPr>
        <w:pStyle w:val="ListParagraph"/>
      </w:pPr>
      <w:r>
        <w:rPr>
          <w:sz w:val="22"/>
        </w:rPr>
        <w:t>A. Liên Xô tan rã</w:t>
      </w:r>
    </w:p>
    <w:p>
      <w:pPr>
        <w:pStyle w:val="ListParagraph"/>
      </w:pPr>
      <w:r>
        <w:rPr>
          <w:sz w:val="22"/>
        </w:rPr>
        <w:t>B. Mỹ phát động cuộc chiến chống khủng bố toàn cầu</w:t>
      </w:r>
    </w:p>
    <w:p>
      <w:pPr>
        <w:pStyle w:val="ListParagraph"/>
      </w:pPr>
      <w:r>
        <w:rPr>
          <w:sz w:val="22"/>
        </w:rPr>
        <w:t>C. NATO giải thể</w:t>
      </w:r>
    </w:p>
    <w:p>
      <w:pPr>
        <w:pStyle w:val="ListParagraph"/>
      </w:pPr>
      <w:r>
        <w:rPr>
          <w:sz w:val="22"/>
        </w:rPr>
        <w:t>D. Chiến tranh Triều Tiên</w:t>
      </w:r>
    </w:p>
    <w:p/>
    <w:p>
      <w:r>
        <w:rPr>
          <w:b/>
          <w:sz w:val="24"/>
        </w:rPr>
        <w:t>Câu 17: Quan hệ Nga - Mỹ sau Chiến tranh lạnh như thế nào?</w:t>
      </w:r>
    </w:p>
    <w:p>
      <w:pPr>
        <w:pStyle w:val="ListParagraph"/>
      </w:pPr>
      <w:r>
        <w:rPr>
          <w:sz w:val="22"/>
        </w:rPr>
        <w:t>A. Đồng minh chiến lược bền vững</w:t>
      </w:r>
    </w:p>
    <w:p>
      <w:pPr>
        <w:pStyle w:val="ListParagraph"/>
      </w:pPr>
      <w:r>
        <w:rPr>
          <w:sz w:val="22"/>
        </w:rPr>
        <w:t>B. Vừa hợp tác vừa cạnh tranh</w:t>
      </w:r>
    </w:p>
    <w:p>
      <w:pPr>
        <w:pStyle w:val="ListParagraph"/>
      </w:pPr>
      <w:r>
        <w:rPr>
          <w:sz w:val="22"/>
        </w:rPr>
        <w:t>C. Không còn quan hệ</w:t>
      </w:r>
    </w:p>
    <w:p>
      <w:pPr>
        <w:pStyle w:val="ListParagraph"/>
      </w:pPr>
      <w:r>
        <w:rPr>
          <w:sz w:val="22"/>
        </w:rPr>
        <w:t>D. Luôn đối đầu quân sự</w:t>
      </w:r>
    </w:p>
    <w:p/>
    <w:p>
      <w:r>
        <w:rPr>
          <w:b/>
          <w:sz w:val="24"/>
        </w:rPr>
        <w:t>Câu 18: Tổ chức ASEAN ra đời năm 1967 nhằm mục đích gì?</w:t>
      </w:r>
    </w:p>
    <w:p>
      <w:pPr>
        <w:pStyle w:val="ListParagraph"/>
      </w:pPr>
      <w:r>
        <w:rPr>
          <w:sz w:val="22"/>
        </w:rPr>
        <w:t>A. Chống Liên Xô</w:t>
      </w:r>
    </w:p>
    <w:p>
      <w:pPr>
        <w:pStyle w:val="ListParagraph"/>
      </w:pPr>
      <w:r>
        <w:rPr>
          <w:sz w:val="22"/>
        </w:rPr>
        <w:t>B. Thành lập liên minh quân sự</w:t>
      </w:r>
    </w:p>
    <w:p>
      <w:pPr>
        <w:pStyle w:val="ListParagraph"/>
      </w:pPr>
      <w:r>
        <w:rPr>
          <w:sz w:val="22"/>
        </w:rPr>
        <w:t>C. Hợp tác phát triển khu vực Đông Nam Á</w:t>
      </w:r>
    </w:p>
    <w:p>
      <w:pPr>
        <w:pStyle w:val="ListParagraph"/>
      </w:pPr>
      <w:r>
        <w:rPr>
          <w:sz w:val="22"/>
        </w:rPr>
        <w:t>D. Gia nhập NATO</w:t>
      </w:r>
    </w:p>
    <w:p/>
    <w:p>
      <w:r>
        <w:rPr>
          <w:b/>
          <w:sz w:val="24"/>
        </w:rPr>
        <w:t>Câu 19: Xu thế đa cực trong quan hệ quốc tế sau Chiến tranh lạnh thể hiện điều gì?</w:t>
      </w:r>
    </w:p>
    <w:p>
      <w:pPr>
        <w:pStyle w:val="ListParagraph"/>
      </w:pPr>
      <w:r>
        <w:rPr>
          <w:sz w:val="22"/>
        </w:rPr>
        <w:t>A. Mỹ là siêu cường duy nhất mãi mãi</w:t>
      </w:r>
    </w:p>
    <w:p>
      <w:pPr>
        <w:pStyle w:val="ListParagraph"/>
      </w:pPr>
      <w:r>
        <w:rPr>
          <w:sz w:val="22"/>
        </w:rPr>
        <w:t>B. Liên Xô phục hồi</w:t>
      </w:r>
    </w:p>
    <w:p>
      <w:pPr>
        <w:pStyle w:val="ListParagraph"/>
      </w:pPr>
      <w:r>
        <w:rPr>
          <w:sz w:val="22"/>
        </w:rPr>
        <w:t>C. Thế giới quay về hai cực</w:t>
      </w:r>
    </w:p>
    <w:p>
      <w:pPr>
        <w:pStyle w:val="ListParagraph"/>
      </w:pPr>
      <w:r>
        <w:rPr>
          <w:sz w:val="22"/>
        </w:rPr>
        <w:t>D. Nhiều trung tâm quyền lực cùng tồn tại</w:t>
      </w:r>
    </w:p>
    <w:p/>
    <w:p>
      <w:r>
        <w:rPr>
          <w:b/>
          <w:sz w:val="24"/>
        </w:rPr>
        <w:t>Câu 20: Nguyên nhân chủ yếu dẫn đến sự sụp đổ của chủ nghĩa xã hội ở Đông Âu là gì?</w:t>
      </w:r>
    </w:p>
    <w:p>
      <w:pPr>
        <w:pStyle w:val="ListParagraph"/>
      </w:pPr>
      <w:r>
        <w:rPr>
          <w:sz w:val="22"/>
        </w:rPr>
        <w:t>A. NATO tấn công quân sự</w:t>
      </w:r>
    </w:p>
    <w:p>
      <w:pPr>
        <w:pStyle w:val="ListParagraph"/>
      </w:pPr>
      <w:r>
        <w:rPr>
          <w:sz w:val="22"/>
        </w:rPr>
        <w:t>B. Khủng hoảng kinh tế - xã hội và sai lầm cải cách</w:t>
      </w:r>
    </w:p>
    <w:p>
      <w:pPr>
        <w:pStyle w:val="ListParagraph"/>
      </w:pPr>
      <w:r>
        <w:rPr>
          <w:sz w:val="22"/>
        </w:rPr>
        <w:t>C. Mỹ xâm lược</w:t>
      </w:r>
    </w:p>
    <w:p>
      <w:pPr>
        <w:pStyle w:val="ListParagraph"/>
      </w:pPr>
      <w:r>
        <w:rPr>
          <w:sz w:val="22"/>
        </w:rPr>
        <w:t>D. Chiến tranh thế giới thứ ba</w:t>
      </w:r>
    </w:p>
    <w:p/>
    <w:p>
      <w:r>
        <w:rPr>
          <w:b/>
          <w:sz w:val="24"/>
        </w:rPr>
        <w:t>Câu 21: Hiệp ước ABM (1972) giữa Mỹ và Liên Xô quy định điều gì?</w:t>
      </w:r>
    </w:p>
    <w:p>
      <w:pPr>
        <w:pStyle w:val="ListParagraph"/>
      </w:pPr>
      <w:r>
        <w:rPr>
          <w:sz w:val="22"/>
        </w:rPr>
        <w:t>A. Cắt giảm vũ khí tấn công chiến lược</w:t>
      </w:r>
    </w:p>
    <w:p>
      <w:pPr>
        <w:pStyle w:val="ListParagraph"/>
      </w:pPr>
      <w:r>
        <w:rPr>
          <w:sz w:val="22"/>
        </w:rPr>
        <w:t>B. Thành lập NATO</w:t>
      </w:r>
    </w:p>
    <w:p>
      <w:pPr>
        <w:pStyle w:val="ListParagraph"/>
      </w:pPr>
      <w:r>
        <w:rPr>
          <w:sz w:val="22"/>
        </w:rPr>
        <w:t>C. Hạn chế hệ thống phòng thủ tên lửa</w:t>
      </w:r>
    </w:p>
    <w:p>
      <w:pPr>
        <w:pStyle w:val="ListParagraph"/>
      </w:pPr>
      <w:r>
        <w:rPr>
          <w:sz w:val="22"/>
        </w:rPr>
        <w:t>D. Giải thể Warsaw</w:t>
      </w:r>
    </w:p>
    <w:p/>
    <w:p>
      <w:r>
        <w:rPr>
          <w:b/>
          <w:sz w:val="24"/>
        </w:rPr>
        <w:t>Câu 22: Hiệp định SALT I (1972) đạt được giữa các bên nào?</w:t>
      </w:r>
    </w:p>
    <w:p>
      <w:pPr>
        <w:pStyle w:val="ListParagraph"/>
      </w:pPr>
      <w:r>
        <w:rPr>
          <w:sz w:val="22"/>
        </w:rPr>
        <w:t>A. Mỹ và Trung Quốc</w:t>
      </w:r>
    </w:p>
    <w:p>
      <w:pPr>
        <w:pStyle w:val="ListParagraph"/>
      </w:pPr>
      <w:r>
        <w:rPr>
          <w:sz w:val="22"/>
        </w:rPr>
        <w:t>B. Anh và Pháp</w:t>
      </w:r>
    </w:p>
    <w:p>
      <w:pPr>
        <w:pStyle w:val="ListParagraph"/>
      </w:pPr>
      <w:r>
        <w:rPr>
          <w:sz w:val="22"/>
        </w:rPr>
        <w:t>C. NATO và Warsaw</w:t>
      </w:r>
    </w:p>
    <w:p>
      <w:pPr>
        <w:pStyle w:val="ListParagraph"/>
      </w:pPr>
      <w:r>
        <w:rPr>
          <w:sz w:val="22"/>
        </w:rPr>
        <w:t>D. Mỹ và Liên Xô</w:t>
      </w:r>
    </w:p>
    <w:p/>
    <w:p>
      <w:r>
        <w:rPr>
          <w:b/>
          <w:sz w:val="24"/>
        </w:rPr>
        <w:t>Câu 23: Chính sách Chiến tranh Sao (SDI) gắn với Tổng thống Mỹ nào?</w:t>
      </w:r>
    </w:p>
    <w:p>
      <w:pPr>
        <w:pStyle w:val="ListParagraph"/>
      </w:pPr>
      <w:r>
        <w:rPr>
          <w:sz w:val="22"/>
        </w:rPr>
        <w:t>A. Truman</w:t>
      </w:r>
    </w:p>
    <w:p>
      <w:pPr>
        <w:pStyle w:val="ListParagraph"/>
      </w:pPr>
      <w:r>
        <w:rPr>
          <w:sz w:val="22"/>
        </w:rPr>
        <w:t>B. Nixon</w:t>
      </w:r>
    </w:p>
    <w:p>
      <w:pPr>
        <w:pStyle w:val="ListParagraph"/>
      </w:pPr>
      <w:r>
        <w:rPr>
          <w:sz w:val="22"/>
        </w:rPr>
        <w:t>C. Reagan</w:t>
      </w:r>
    </w:p>
    <w:p>
      <w:pPr>
        <w:pStyle w:val="ListParagraph"/>
      </w:pPr>
      <w:r>
        <w:rPr>
          <w:sz w:val="22"/>
        </w:rPr>
        <w:t>D. Clinton</w:t>
      </w:r>
    </w:p>
    <w:p/>
    <w:p>
      <w:r>
        <w:rPr>
          <w:b/>
          <w:sz w:val="24"/>
        </w:rPr>
        <w:t>Câu 24: Ai được trao giải Nobel Hòa bình vì những nỗ lực chấm dứt Chiến tranh lạnh?</w:t>
      </w:r>
    </w:p>
    <w:p>
      <w:pPr>
        <w:pStyle w:val="ListParagraph"/>
      </w:pPr>
      <w:r>
        <w:rPr>
          <w:sz w:val="22"/>
        </w:rPr>
        <w:t>A. Ronald Reagan</w:t>
      </w:r>
    </w:p>
    <w:p>
      <w:pPr>
        <w:pStyle w:val="ListParagraph"/>
      </w:pPr>
      <w:r>
        <w:rPr>
          <w:sz w:val="22"/>
        </w:rPr>
        <w:t>B. Mikhail Gorbachev</w:t>
      </w:r>
    </w:p>
    <w:p>
      <w:pPr>
        <w:pStyle w:val="ListParagraph"/>
      </w:pPr>
      <w:r>
        <w:rPr>
          <w:sz w:val="22"/>
        </w:rPr>
        <w:t>C. George H.W. Bush</w:t>
      </w:r>
    </w:p>
    <w:p>
      <w:pPr>
        <w:pStyle w:val="ListParagraph"/>
      </w:pPr>
      <w:r>
        <w:rPr>
          <w:sz w:val="22"/>
        </w:rPr>
        <w:t>D. Boris Yeltsin</w:t>
      </w:r>
    </w:p>
    <w:p/>
    <w:p>
      <w:r>
        <w:rPr>
          <w:b/>
          <w:sz w:val="24"/>
        </w:rPr>
        <w:t>Câu 25: Sau Chiến tranh lạnh, EU trở thành gì?</w:t>
      </w:r>
    </w:p>
    <w:p>
      <w:pPr>
        <w:pStyle w:val="ListParagraph"/>
      </w:pPr>
      <w:r>
        <w:rPr>
          <w:sz w:val="22"/>
        </w:rPr>
        <w:t>A. Liên minh quân sự chống Mỹ</w:t>
      </w:r>
    </w:p>
    <w:p>
      <w:pPr>
        <w:pStyle w:val="ListParagraph"/>
      </w:pPr>
      <w:r>
        <w:rPr>
          <w:sz w:val="22"/>
        </w:rPr>
        <w:t>B. Tổ chức quân sự đối đầu NATO</w:t>
      </w:r>
    </w:p>
    <w:p>
      <w:pPr>
        <w:pStyle w:val="ListParagraph"/>
      </w:pPr>
      <w:r>
        <w:rPr>
          <w:sz w:val="22"/>
        </w:rPr>
        <w:t>C. Liên minh kinh tế - chính trị lớn</w:t>
      </w:r>
    </w:p>
    <w:p>
      <w:pPr>
        <w:pStyle w:val="ListParagraph"/>
      </w:pPr>
      <w:r>
        <w:rPr>
          <w:sz w:val="22"/>
        </w:rPr>
        <w:t>D. Khu vực tự do thương mại Bắc Mỹ</w:t>
      </w:r>
    </w:p>
    <w:p/>
    <w:p>
      <w:r>
        <w:rPr>
          <w:b/>
          <w:sz w:val="24"/>
        </w:rPr>
        <w:t>Câu 26: Trung Quốc sau Chiến tranh lạnh đã làm gì?</w:t>
      </w:r>
    </w:p>
    <w:p>
      <w:pPr>
        <w:pStyle w:val="ListParagraph"/>
      </w:pPr>
      <w:r>
        <w:rPr>
          <w:sz w:val="22"/>
        </w:rPr>
        <w:t>A. Tan rã thành nhiều nước</w:t>
      </w:r>
    </w:p>
    <w:p>
      <w:pPr>
        <w:pStyle w:val="ListParagraph"/>
      </w:pPr>
      <w:r>
        <w:rPr>
          <w:sz w:val="22"/>
        </w:rPr>
        <w:t>B. Gia nhập NATO</w:t>
      </w:r>
    </w:p>
    <w:p>
      <w:pPr>
        <w:pStyle w:val="ListParagraph"/>
      </w:pPr>
      <w:r>
        <w:rPr>
          <w:sz w:val="22"/>
        </w:rPr>
        <w:t>C. Không tham gia kinh tế quốc tế</w:t>
      </w:r>
    </w:p>
    <w:p>
      <w:pPr>
        <w:pStyle w:val="ListParagraph"/>
      </w:pPr>
      <w:r>
        <w:rPr>
          <w:sz w:val="22"/>
        </w:rPr>
        <w:t>D. Thực hiện cải cách mở cửa, phát triển kinh tế nhanh</w:t>
      </w:r>
    </w:p>
    <w:p/>
    <w:p>
      <w:r>
        <w:rPr>
          <w:b/>
          <w:sz w:val="24"/>
        </w:rPr>
        <w:t>Câu 27: Sự kiện nào thể hiện xu thế hòa hoãn Đông - Tây cuối thập niên 1980?</w:t>
      </w:r>
    </w:p>
    <w:p>
      <w:pPr>
        <w:pStyle w:val="ListParagraph"/>
      </w:pPr>
      <w:r>
        <w:rPr>
          <w:sz w:val="22"/>
        </w:rPr>
        <w:t>A. Khủng hoảng Cuba</w:t>
      </w:r>
    </w:p>
    <w:p>
      <w:pPr>
        <w:pStyle w:val="ListParagraph"/>
      </w:pPr>
      <w:r>
        <w:rPr>
          <w:sz w:val="22"/>
        </w:rPr>
        <w:t>B. Gorbachev và Reagan gặp nhau, ký INF</w:t>
      </w:r>
    </w:p>
    <w:p>
      <w:pPr>
        <w:pStyle w:val="ListParagraph"/>
      </w:pPr>
      <w:r>
        <w:rPr>
          <w:sz w:val="22"/>
        </w:rPr>
        <w:t>C. Chiến tranh Việt Nam</w:t>
      </w:r>
    </w:p>
    <w:p>
      <w:pPr>
        <w:pStyle w:val="ListParagraph"/>
      </w:pPr>
      <w:r>
        <w:rPr>
          <w:sz w:val="22"/>
        </w:rPr>
        <w:t>D. Bức tường Berlin dựng lên</w:t>
      </w:r>
    </w:p>
    <w:p/>
    <w:p>
      <w:r>
        <w:rPr>
          <w:b/>
          <w:sz w:val="24"/>
        </w:rPr>
        <w:t>Câu 28: Quá trình toàn cầu hóa sau Chiến tranh lạnh là gì?</w:t>
      </w:r>
    </w:p>
    <w:p>
      <w:pPr>
        <w:pStyle w:val="ListParagraph"/>
      </w:pPr>
      <w:r>
        <w:rPr>
          <w:sz w:val="22"/>
        </w:rPr>
        <w:t>A. Sự chia cắt thế giới thành hai phe</w:t>
      </w:r>
    </w:p>
    <w:p>
      <w:pPr>
        <w:pStyle w:val="ListParagraph"/>
      </w:pPr>
      <w:r>
        <w:rPr>
          <w:sz w:val="22"/>
        </w:rPr>
        <w:t>B. Sự kết thúc thương mại quốc tế</w:t>
      </w:r>
    </w:p>
    <w:p>
      <w:pPr>
        <w:pStyle w:val="ListParagraph"/>
      </w:pPr>
      <w:r>
        <w:rPr>
          <w:sz w:val="22"/>
        </w:rPr>
        <w:t>C. Sự gia tăng liên kết kinh tế, chính trị, văn hóa toàn cầu</w:t>
      </w:r>
    </w:p>
    <w:p>
      <w:pPr>
        <w:pStyle w:val="ListParagraph"/>
      </w:pPr>
      <w:r>
        <w:rPr>
          <w:sz w:val="22"/>
        </w:rPr>
        <w:t>D. Sự quay lại chế độ phong kiến</w:t>
      </w:r>
    </w:p>
    <w:p/>
    <w:p>
      <w:r>
        <w:rPr>
          <w:b/>
          <w:sz w:val="24"/>
        </w:rPr>
        <w:t>Câu 29: Nam Tư tan rã trong thập niên 1990 dẫn đến điều gì?</w:t>
      </w:r>
    </w:p>
    <w:p>
      <w:pPr>
        <w:pStyle w:val="ListParagraph"/>
      </w:pPr>
      <w:r>
        <w:rPr>
          <w:sz w:val="22"/>
        </w:rPr>
        <w:t>A. Sự hình thành Liên Xô</w:t>
      </w:r>
    </w:p>
    <w:p>
      <w:pPr>
        <w:pStyle w:val="ListParagraph"/>
      </w:pPr>
      <w:r>
        <w:rPr>
          <w:sz w:val="22"/>
        </w:rPr>
        <w:t>B. Kết thúc Chiến tranh lạnh</w:t>
      </w:r>
    </w:p>
    <w:p>
      <w:pPr>
        <w:pStyle w:val="ListParagraph"/>
      </w:pPr>
      <w:r>
        <w:rPr>
          <w:sz w:val="22"/>
        </w:rPr>
        <w:t>C. Thành lập ASEAN</w:t>
      </w:r>
    </w:p>
    <w:p>
      <w:pPr>
        <w:pStyle w:val="ListParagraph"/>
      </w:pPr>
      <w:r>
        <w:rPr>
          <w:sz w:val="22"/>
        </w:rPr>
        <w:t>D. Chiến tranh sắc tộc và can thiệp của NATO</w:t>
      </w:r>
    </w:p>
    <w:p/>
    <w:p>
      <w:r>
        <w:rPr>
          <w:b/>
          <w:sz w:val="24"/>
        </w:rPr>
        <w:t>Câu 30: Đặc điểm nổi bật của thế giới sau Chiến tranh lạnh là gì?</w:t>
      </w:r>
    </w:p>
    <w:p>
      <w:pPr>
        <w:pStyle w:val="ListParagraph"/>
      </w:pPr>
      <w:r>
        <w:rPr>
          <w:sz w:val="22"/>
        </w:rPr>
        <w:t>A. Không còn bất kỳ xung đột nào</w:t>
      </w:r>
    </w:p>
    <w:p>
      <w:pPr>
        <w:pStyle w:val="ListParagraph"/>
      </w:pPr>
      <w:r>
        <w:rPr>
          <w:sz w:val="22"/>
        </w:rPr>
        <w:t>B. Hòa bình nhưng vẫn tiềm ẩn xung đột, khủng bố, tranh chấp</w:t>
      </w:r>
    </w:p>
    <w:p>
      <w:pPr>
        <w:pStyle w:val="ListParagraph"/>
      </w:pPr>
      <w:r>
        <w:rPr>
          <w:sz w:val="22"/>
        </w:rPr>
        <w:t>C. Chiến tranh hạt nhân toàn cầu</w:t>
      </w:r>
    </w:p>
    <w:p>
      <w:pPr>
        <w:pStyle w:val="ListParagraph"/>
      </w:pPr>
      <w:r>
        <w:rPr>
          <w:sz w:val="22"/>
        </w:rPr>
        <w:t>D. Hai cực đối đầu gay gắt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