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Ôn tập từ vựng tiếng anh Unit 2 mặt đầu</w:t>
      </w:r>
    </w:p>
    <w:p>
      <w:pPr>
        <w:jc w:val="center"/>
      </w:pPr>
      <w:r>
        <w:rPr>
          <w:sz w:val="22"/>
        </w:rPr>
        <w:t>Số câu: 16    Thời gian: _____ phút    Họ và tên: _________________________</w:t>
      </w:r>
    </w:p>
    <w:p/>
    <w:p>
      <w:r>
        <w:rPr>
          <w:b/>
          <w:sz w:val="24"/>
        </w:rPr>
        <w:t>Câu 1: What does the idiom "old wives' tale" mean?</w:t>
      </w:r>
    </w:p>
    <w:p>
      <w:pPr>
        <w:pStyle w:val="ListParagraph"/>
      </w:pPr>
      <w:r>
        <w:rPr>
          <w:sz w:val="22"/>
        </w:rPr>
        <w:t>A. A traditional story or belief that is often not true</w:t>
      </w:r>
    </w:p>
    <w:p>
      <w:pPr>
        <w:pStyle w:val="ListParagraph"/>
      </w:pPr>
      <w:r>
        <w:rPr>
          <w:sz w:val="22"/>
        </w:rPr>
        <w:t>B. A piece of advice from older women</w:t>
      </w:r>
    </w:p>
    <w:p>
      <w:pPr>
        <w:pStyle w:val="ListParagraph"/>
      </w:pPr>
      <w:r>
        <w:rPr>
          <w:sz w:val="22"/>
        </w:rPr>
        <w:t>C. A well-known fact</w:t>
      </w:r>
    </w:p>
    <w:p>
      <w:pPr>
        <w:pStyle w:val="ListParagraph"/>
      </w:pPr>
      <w:r>
        <w:rPr>
          <w:sz w:val="22"/>
        </w:rPr>
        <w:t>D. A modern myth</w:t>
      </w:r>
    </w:p>
    <w:p/>
    <w:p>
      <w:r>
        <w:rPr>
          <w:b/>
          <w:sz w:val="24"/>
        </w:rPr>
        <w:t>Câu 2: What does the phrase "word of mouth" refer to?</w:t>
      </w:r>
    </w:p>
    <w:p>
      <w:pPr>
        <w:pStyle w:val="ListParagraph"/>
      </w:pPr>
      <w:r>
        <w:rPr>
          <w:sz w:val="22"/>
        </w:rPr>
        <w:t>A. Information spread through spoken communication</w:t>
      </w:r>
    </w:p>
    <w:p>
      <w:pPr>
        <w:pStyle w:val="ListParagraph"/>
      </w:pPr>
      <w:r>
        <w:rPr>
          <w:sz w:val="22"/>
        </w:rPr>
        <w:t>B. Written communication</w:t>
      </w:r>
    </w:p>
    <w:p>
      <w:pPr>
        <w:pStyle w:val="ListParagraph"/>
      </w:pPr>
      <w:r>
        <w:rPr>
          <w:sz w:val="22"/>
        </w:rPr>
        <w:t>C. A type of mouth disease</w:t>
      </w:r>
    </w:p>
    <w:p>
      <w:pPr>
        <w:pStyle w:val="ListParagraph"/>
      </w:pPr>
      <w:r>
        <w:rPr>
          <w:sz w:val="22"/>
        </w:rPr>
        <w:t>D. A legal document</w:t>
      </w:r>
    </w:p>
    <w:p/>
    <w:p>
      <w:r>
        <w:rPr>
          <w:b/>
          <w:sz w:val="24"/>
        </w:rPr>
        <w:t>Câu 3: What does the expression "keep the old flame alive" mean?</w:t>
      </w:r>
    </w:p>
    <w:p>
      <w:pPr>
        <w:pStyle w:val="ListParagraph"/>
      </w:pPr>
      <w:r>
        <w:rPr>
          <w:sz w:val="22"/>
        </w:rPr>
        <w:t>A. To maintain a romantic relationship or passion</w:t>
      </w:r>
    </w:p>
    <w:p>
      <w:pPr>
        <w:pStyle w:val="ListParagraph"/>
      </w:pPr>
      <w:r>
        <w:rPr>
          <w:sz w:val="22"/>
        </w:rPr>
        <w:t>B. To keep a fire burning</w:t>
      </w:r>
    </w:p>
    <w:p>
      <w:pPr>
        <w:pStyle w:val="ListParagraph"/>
      </w:pPr>
      <w:r>
        <w:rPr>
          <w:sz w:val="22"/>
        </w:rPr>
        <w:t>C. To remember an old friend</w:t>
      </w:r>
    </w:p>
    <w:p>
      <w:pPr>
        <w:pStyle w:val="ListParagraph"/>
      </w:pPr>
      <w:r>
        <w:rPr>
          <w:sz w:val="22"/>
        </w:rPr>
        <w:t>D. To start a new hobby</w:t>
      </w:r>
    </w:p>
    <w:p/>
    <w:p>
      <w:r>
        <w:rPr>
          <w:b/>
          <w:sz w:val="24"/>
        </w:rPr>
        <w:t>Câu 4: What does "a way of life" mean?</w:t>
      </w:r>
    </w:p>
    <w:p>
      <w:pPr>
        <w:pStyle w:val="ListParagraph"/>
      </w:pPr>
      <w:r>
        <w:rPr>
          <w:sz w:val="22"/>
        </w:rPr>
        <w:t>A. A typical pattern of living</w:t>
      </w:r>
    </w:p>
    <w:p>
      <w:pPr>
        <w:pStyle w:val="ListParagraph"/>
      </w:pPr>
      <w:r>
        <w:rPr>
          <w:sz w:val="22"/>
        </w:rPr>
        <w:t>B. A road or path</w:t>
      </w:r>
    </w:p>
    <w:p>
      <w:pPr>
        <w:pStyle w:val="ListParagraph"/>
      </w:pPr>
      <w:r>
        <w:rPr>
          <w:sz w:val="22"/>
        </w:rPr>
        <w:t>C. A philosophical question</w:t>
      </w:r>
    </w:p>
    <w:p>
      <w:pPr>
        <w:pStyle w:val="ListParagraph"/>
      </w:pPr>
      <w:r>
        <w:rPr>
          <w:sz w:val="22"/>
        </w:rPr>
        <w:t>D. A type of food</w:t>
      </w:r>
    </w:p>
    <w:p/>
    <w:p>
      <w:r>
        <w:rPr>
          <w:b/>
          <w:sz w:val="24"/>
        </w:rPr>
        <w:t>Câu 5: What is a "cultural melting pot"?</w:t>
      </w:r>
    </w:p>
    <w:p>
      <w:pPr>
        <w:pStyle w:val="ListParagraph"/>
      </w:pPr>
      <w:r>
        <w:rPr>
          <w:sz w:val="22"/>
        </w:rPr>
        <w:t>A. A society where many cultures mix and blend</w:t>
      </w:r>
    </w:p>
    <w:p>
      <w:pPr>
        <w:pStyle w:val="ListParagraph"/>
      </w:pPr>
      <w:r>
        <w:rPr>
          <w:sz w:val="22"/>
        </w:rPr>
        <w:t>B. A cooking utensil</w:t>
      </w:r>
    </w:p>
    <w:p>
      <w:pPr>
        <w:pStyle w:val="ListParagraph"/>
      </w:pPr>
      <w:r>
        <w:rPr>
          <w:sz w:val="22"/>
        </w:rPr>
        <w:t>C. A place where only one culture exists</w:t>
      </w:r>
    </w:p>
    <w:p>
      <w:pPr>
        <w:pStyle w:val="ListParagraph"/>
      </w:pPr>
      <w:r>
        <w:rPr>
          <w:sz w:val="22"/>
        </w:rPr>
        <w:t>D. A type of festival</w:t>
      </w:r>
    </w:p>
    <w:p/>
    <w:p>
      <w:r>
        <w:rPr>
          <w:b/>
          <w:sz w:val="24"/>
        </w:rPr>
        <w:t>Câu 6: What does "follow in someone's footsteps" mean?</w:t>
      </w:r>
    </w:p>
    <w:p>
      <w:pPr>
        <w:pStyle w:val="ListParagraph"/>
      </w:pPr>
      <w:r>
        <w:rPr>
          <w:sz w:val="22"/>
        </w:rPr>
        <w:t>A. To do the same thing as someone else did before</w:t>
      </w:r>
    </w:p>
    <w:p>
      <w:pPr>
        <w:pStyle w:val="ListParagraph"/>
      </w:pPr>
      <w:r>
        <w:rPr>
          <w:sz w:val="22"/>
        </w:rPr>
        <w:t>B. To walk behind someone</w:t>
      </w:r>
    </w:p>
    <w:p>
      <w:pPr>
        <w:pStyle w:val="ListParagraph"/>
      </w:pPr>
      <w:r>
        <w:rPr>
          <w:sz w:val="22"/>
        </w:rPr>
        <w:t>C. To copy someone's shoes</w:t>
      </w:r>
    </w:p>
    <w:p>
      <w:pPr>
        <w:pStyle w:val="ListParagraph"/>
      </w:pPr>
      <w:r>
        <w:rPr>
          <w:sz w:val="22"/>
        </w:rPr>
        <w:t>D. To lead the way</w:t>
      </w:r>
    </w:p>
    <w:p/>
    <w:p>
      <w:r>
        <w:rPr>
          <w:b/>
          <w:sz w:val="24"/>
        </w:rPr>
        <w:t>Câu 7: What does "handed down (through generations)" mean?</w:t>
      </w:r>
    </w:p>
    <w:p>
      <w:pPr>
        <w:pStyle w:val="ListParagraph"/>
      </w:pPr>
      <w:r>
        <w:rPr>
          <w:sz w:val="22"/>
        </w:rPr>
        <w:t>A. Passed from older to younger family members</w:t>
      </w:r>
    </w:p>
    <w:p>
      <w:pPr>
        <w:pStyle w:val="ListParagraph"/>
      </w:pPr>
      <w:r>
        <w:rPr>
          <w:sz w:val="22"/>
        </w:rPr>
        <w:t>B. Given to someone by hand</w:t>
      </w:r>
    </w:p>
    <w:p>
      <w:pPr>
        <w:pStyle w:val="ListParagraph"/>
      </w:pPr>
      <w:r>
        <w:rPr>
          <w:sz w:val="22"/>
        </w:rPr>
        <w:t>C. Thrown away</w:t>
      </w:r>
    </w:p>
    <w:p>
      <w:pPr>
        <w:pStyle w:val="ListParagraph"/>
      </w:pPr>
      <w:r>
        <w:rPr>
          <w:sz w:val="22"/>
        </w:rPr>
        <w:t>D. Bought in a store</w:t>
      </w:r>
    </w:p>
    <w:p/>
    <w:p>
      <w:r>
        <w:rPr>
          <w:b/>
          <w:sz w:val="24"/>
        </w:rPr>
        <w:t>Câu 8: What does "take pride in one's heritage" mean?</w:t>
      </w:r>
    </w:p>
    <w:p>
      <w:pPr>
        <w:pStyle w:val="ListParagraph"/>
      </w:pPr>
      <w:r>
        <w:rPr>
          <w:sz w:val="22"/>
        </w:rPr>
        <w:t>A. To feel proud of one's cultural background</w:t>
      </w:r>
    </w:p>
    <w:p>
      <w:pPr>
        <w:pStyle w:val="ListParagraph"/>
      </w:pPr>
      <w:r>
        <w:rPr>
          <w:sz w:val="22"/>
        </w:rPr>
        <w:t>B. To be ashamed of one's family</w:t>
      </w:r>
    </w:p>
    <w:p>
      <w:pPr>
        <w:pStyle w:val="ListParagraph"/>
      </w:pPr>
      <w:r>
        <w:rPr>
          <w:sz w:val="22"/>
        </w:rPr>
        <w:t>C. To ignore one's roots</w:t>
      </w:r>
    </w:p>
    <w:p>
      <w:pPr>
        <w:pStyle w:val="ListParagraph"/>
      </w:pPr>
      <w:r>
        <w:rPr>
          <w:sz w:val="22"/>
        </w:rPr>
        <w:t>D. To sell one's inheritance</w:t>
      </w:r>
    </w:p>
    <w:p/>
    <w:p>
      <w:r>
        <w:rPr>
          <w:b/>
          <w:sz w:val="24"/>
        </w:rPr>
        <w:t>Câu 9: What is "a time-honoured tradition"?</w:t>
      </w:r>
    </w:p>
    <w:p>
      <w:pPr>
        <w:pStyle w:val="ListParagraph"/>
      </w:pPr>
      <w:r>
        <w:rPr>
          <w:sz w:val="22"/>
        </w:rPr>
        <w:t>A. A custom that has been respected for a long time</w:t>
      </w:r>
    </w:p>
    <w:p>
      <w:pPr>
        <w:pStyle w:val="ListParagraph"/>
      </w:pPr>
      <w:r>
        <w:rPr>
          <w:sz w:val="22"/>
        </w:rPr>
        <w:t>B. A new trend</w:t>
      </w:r>
    </w:p>
    <w:p>
      <w:pPr>
        <w:pStyle w:val="ListParagraph"/>
      </w:pPr>
      <w:r>
        <w:rPr>
          <w:sz w:val="22"/>
        </w:rPr>
        <w:t>C. A forgotten ritual</w:t>
      </w:r>
    </w:p>
    <w:p>
      <w:pPr>
        <w:pStyle w:val="ListParagraph"/>
      </w:pPr>
      <w:r>
        <w:rPr>
          <w:sz w:val="22"/>
        </w:rPr>
        <w:t>D. A modern invention</w:t>
      </w:r>
    </w:p>
    <w:p/>
    <w:p>
      <w:r>
        <w:rPr>
          <w:b/>
          <w:sz w:val="24"/>
        </w:rPr>
        <w:t>Câu 10: What does "learn the ropes" mean?</w:t>
      </w:r>
    </w:p>
    <w:p>
      <w:pPr>
        <w:pStyle w:val="ListParagraph"/>
      </w:pPr>
      <w:r>
        <w:rPr>
          <w:sz w:val="22"/>
        </w:rPr>
        <w:t>A. To learn how to do a particular job or activity</w:t>
      </w:r>
    </w:p>
    <w:p>
      <w:pPr>
        <w:pStyle w:val="ListParagraph"/>
      </w:pPr>
      <w:r>
        <w:rPr>
          <w:sz w:val="22"/>
        </w:rPr>
        <w:t>B. To study knots</w:t>
      </w:r>
    </w:p>
    <w:p>
      <w:pPr>
        <w:pStyle w:val="ListParagraph"/>
      </w:pPr>
      <w:r>
        <w:rPr>
          <w:sz w:val="22"/>
        </w:rPr>
        <w:t>C. To climb a mountain</w:t>
      </w:r>
    </w:p>
    <w:p>
      <w:pPr>
        <w:pStyle w:val="ListParagraph"/>
      </w:pPr>
      <w:r>
        <w:rPr>
          <w:sz w:val="22"/>
        </w:rPr>
        <w:t>D. To tie someone up</w:t>
      </w:r>
    </w:p>
    <w:p/>
    <w:p>
      <w:r>
        <w:rPr>
          <w:b/>
          <w:sz w:val="24"/>
        </w:rPr>
        <w:t>Câu 11: What does "the done thing" refer to?</w:t>
      </w:r>
    </w:p>
    <w:p>
      <w:pPr>
        <w:pStyle w:val="ListParagraph"/>
      </w:pPr>
      <w:r>
        <w:rPr>
          <w:sz w:val="22"/>
        </w:rPr>
        <w:t>A. The socially acceptable behaviour</w:t>
      </w:r>
    </w:p>
    <w:p>
      <w:pPr>
        <w:pStyle w:val="ListParagraph"/>
      </w:pPr>
      <w:r>
        <w:rPr>
          <w:sz w:val="22"/>
        </w:rPr>
        <w:t>B. Something that is finished</w:t>
      </w:r>
    </w:p>
    <w:p>
      <w:pPr>
        <w:pStyle w:val="ListParagraph"/>
      </w:pPr>
      <w:r>
        <w:rPr>
          <w:sz w:val="22"/>
        </w:rPr>
        <w:t>C. A cooking instruction</w:t>
      </w:r>
    </w:p>
    <w:p>
      <w:pPr>
        <w:pStyle w:val="ListParagraph"/>
      </w:pPr>
      <w:r>
        <w:rPr>
          <w:sz w:val="22"/>
        </w:rPr>
        <w:t>D. A type of clothing</w:t>
      </w:r>
    </w:p>
    <w:p/>
    <w:p>
      <w:r>
        <w:rPr>
          <w:b/>
          <w:sz w:val="24"/>
        </w:rPr>
        <w:t>Câu 12: What does "go against the grain" mean?</w:t>
      </w:r>
    </w:p>
    <w:p>
      <w:pPr>
        <w:pStyle w:val="ListParagraph"/>
      </w:pPr>
      <w:r>
        <w:rPr>
          <w:sz w:val="22"/>
        </w:rPr>
        <w:t>A. To do something contrary to what is usual or expected</w:t>
      </w:r>
    </w:p>
    <w:p>
      <w:pPr>
        <w:pStyle w:val="ListParagraph"/>
      </w:pPr>
      <w:r>
        <w:rPr>
          <w:sz w:val="22"/>
        </w:rPr>
        <w:t>B. To sand wood</w:t>
      </w:r>
    </w:p>
    <w:p>
      <w:pPr>
        <w:pStyle w:val="ListParagraph"/>
      </w:pPr>
      <w:r>
        <w:rPr>
          <w:sz w:val="22"/>
        </w:rPr>
        <w:t>C. To eat too much</w:t>
      </w:r>
    </w:p>
    <w:p>
      <w:pPr>
        <w:pStyle w:val="ListParagraph"/>
      </w:pPr>
      <w:r>
        <w:rPr>
          <w:sz w:val="22"/>
        </w:rPr>
        <w:t>D. To follow the crowd</w:t>
      </w:r>
    </w:p>
    <w:p/>
    <w:p>
      <w:r>
        <w:rPr>
          <w:b/>
          <w:sz w:val="24"/>
        </w:rPr>
        <w:t>Câu 13: What does "old school" mean?</w:t>
      </w:r>
    </w:p>
    <w:p>
      <w:pPr>
        <w:pStyle w:val="ListParagraph"/>
      </w:pPr>
      <w:r>
        <w:rPr>
          <w:sz w:val="22"/>
        </w:rPr>
        <w:t>A. Traditional or old-fashioned</w:t>
      </w:r>
    </w:p>
    <w:p>
      <w:pPr>
        <w:pStyle w:val="ListParagraph"/>
      </w:pPr>
      <w:r>
        <w:rPr>
          <w:sz w:val="22"/>
        </w:rPr>
        <w:t>B. A school for the elderly</w:t>
      </w:r>
    </w:p>
    <w:p>
      <w:pPr>
        <w:pStyle w:val="ListParagraph"/>
      </w:pPr>
      <w:r>
        <w:rPr>
          <w:sz w:val="22"/>
        </w:rPr>
        <w:t>C. A historical building</w:t>
      </w:r>
    </w:p>
    <w:p>
      <w:pPr>
        <w:pStyle w:val="ListParagraph"/>
      </w:pPr>
      <w:r>
        <w:rPr>
          <w:sz w:val="22"/>
        </w:rPr>
        <w:t>D. A modern method</w:t>
      </w:r>
    </w:p>
    <w:p/>
    <w:p>
      <w:r>
        <w:rPr>
          <w:b/>
          <w:sz w:val="24"/>
        </w:rPr>
        <w:t>Câu 14: What does the saying "out with the old, in with the new" mean?</w:t>
      </w:r>
    </w:p>
    <w:p>
      <w:pPr>
        <w:pStyle w:val="ListParagraph"/>
      </w:pPr>
      <w:r>
        <w:rPr>
          <w:sz w:val="22"/>
        </w:rPr>
        <w:t>A. To replace old things with new ones</w:t>
      </w:r>
    </w:p>
    <w:p>
      <w:pPr>
        <w:pStyle w:val="ListParagraph"/>
      </w:pPr>
      <w:r>
        <w:rPr>
          <w:sz w:val="22"/>
        </w:rPr>
        <w:t>B. To keep everything the same</w:t>
      </w:r>
    </w:p>
    <w:p>
      <w:pPr>
        <w:pStyle w:val="ListParagraph"/>
      </w:pPr>
      <w:r>
        <w:rPr>
          <w:sz w:val="22"/>
        </w:rPr>
        <w:t>C. To go outside</w:t>
      </w:r>
    </w:p>
    <w:p>
      <w:pPr>
        <w:pStyle w:val="ListParagraph"/>
      </w:pPr>
      <w:r>
        <w:rPr>
          <w:sz w:val="22"/>
        </w:rPr>
        <w:t>D. To buy old items</w:t>
      </w:r>
    </w:p>
    <w:p/>
    <w:p>
      <w:r>
        <w:rPr>
          <w:b/>
          <w:sz w:val="24"/>
        </w:rPr>
        <w:t>Câu 15: What does "keep the tradition alive" mean?</w:t>
      </w:r>
    </w:p>
    <w:p>
      <w:pPr>
        <w:pStyle w:val="ListParagraph"/>
      </w:pPr>
      <w:r>
        <w:rPr>
          <w:sz w:val="22"/>
        </w:rPr>
        <w:t>A. To continue practicing a tradition</w:t>
      </w:r>
    </w:p>
    <w:p>
      <w:pPr>
        <w:pStyle w:val="ListParagraph"/>
      </w:pPr>
      <w:r>
        <w:rPr>
          <w:sz w:val="22"/>
        </w:rPr>
        <w:t>B. To end a tradition</w:t>
      </w:r>
    </w:p>
    <w:p>
      <w:pPr>
        <w:pStyle w:val="ListParagraph"/>
      </w:pPr>
      <w:r>
        <w:rPr>
          <w:sz w:val="22"/>
        </w:rPr>
        <w:t>C. To forget about a tradition</w:t>
      </w:r>
    </w:p>
    <w:p>
      <w:pPr>
        <w:pStyle w:val="ListParagraph"/>
      </w:pPr>
      <w:r>
        <w:rPr>
          <w:sz w:val="22"/>
        </w:rPr>
        <w:t>D. To create a new tradition</w:t>
      </w:r>
    </w:p>
    <w:p/>
    <w:p>
      <w:r>
        <w:rPr>
          <w:b/>
          <w:sz w:val="24"/>
        </w:rPr>
        <w:t>Câu 16: What is "culture shock"?</w:t>
      </w:r>
    </w:p>
    <w:p>
      <w:pPr>
        <w:pStyle w:val="ListParagraph"/>
      </w:pPr>
      <w:r>
        <w:rPr>
          <w:sz w:val="22"/>
        </w:rPr>
        <w:t>A. The feeling of disorientation when experiencing an unfamiliar culture</w:t>
      </w:r>
    </w:p>
    <w:p>
      <w:pPr>
        <w:pStyle w:val="ListParagraph"/>
      </w:pPr>
      <w:r>
        <w:rPr>
          <w:sz w:val="22"/>
        </w:rPr>
        <w:t>B. A sudden cultural event</w:t>
      </w:r>
    </w:p>
    <w:p>
      <w:pPr>
        <w:pStyle w:val="ListParagraph"/>
      </w:pPr>
      <w:r>
        <w:rPr>
          <w:sz w:val="22"/>
        </w:rPr>
        <w:t>C. A type of dance</w:t>
      </w:r>
    </w:p>
    <w:p>
      <w:pPr>
        <w:pStyle w:val="ListParagraph"/>
      </w:pPr>
      <w:r>
        <w:rPr>
          <w:sz w:val="22"/>
        </w:rPr>
        <w:t>D. A traditional dish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