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Bài trắc nghiệm Sinh học - Ribosome có chức năng chính là gì?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Ribosome có chức năng chính là gì?</w:t>
      </w:r>
    </w:p>
    <w:p>
      <w:pPr>
        <w:pStyle w:val="ListParagraph"/>
      </w:pPr>
      <w:r>
        <w:rPr>
          <w:sz w:val="22"/>
        </w:rPr>
        <w:t>A. Tổng hợp protein</w:t>
      </w:r>
    </w:p>
    <w:p>
      <w:pPr>
        <w:pStyle w:val="ListParagraph"/>
      </w:pPr>
      <w:r>
        <w:rPr>
          <w:sz w:val="22"/>
        </w:rPr>
        <w:t>B. Tổng hợp lipid</w:t>
      </w:r>
    </w:p>
    <w:p>
      <w:pPr>
        <w:pStyle w:val="ListParagraph"/>
      </w:pPr>
      <w:r>
        <w:rPr>
          <w:sz w:val="22"/>
        </w:rPr>
        <w:t>C. Tạo ATP</w:t>
      </w:r>
    </w:p>
    <w:p>
      <w:pPr>
        <w:pStyle w:val="ListParagraph"/>
      </w:pPr>
      <w:r>
        <w:rPr>
          <w:sz w:val="22"/>
        </w:rPr>
        <w:t>D. Phân giải chất thải</w:t>
      </w:r>
    </w:p>
    <w:p/>
    <w:p>
      <w:r>
        <w:rPr>
          <w:b/>
          <w:sz w:val="24"/>
        </w:rPr>
        <w:t>Câu 2: Ribosome được cấu tạo chủ yếu từ?</w:t>
      </w:r>
    </w:p>
    <w:p>
      <w:pPr>
        <w:pStyle w:val="ListParagraph"/>
      </w:pPr>
      <w:r>
        <w:rPr>
          <w:sz w:val="22"/>
        </w:rPr>
        <w:t>A. DNA và lipid</w:t>
      </w:r>
    </w:p>
    <w:p>
      <w:pPr>
        <w:pStyle w:val="ListParagraph"/>
      </w:pPr>
      <w:r>
        <w:rPr>
          <w:sz w:val="22"/>
        </w:rPr>
        <w:t>B. RNA và protein</w:t>
      </w:r>
    </w:p>
    <w:p>
      <w:pPr>
        <w:pStyle w:val="ListParagraph"/>
      </w:pPr>
      <w:r>
        <w:rPr>
          <w:sz w:val="22"/>
        </w:rPr>
        <w:t>C. Lipid và carbohydrate</w:t>
      </w:r>
    </w:p>
    <w:p>
      <w:pPr>
        <w:pStyle w:val="ListParagraph"/>
      </w:pPr>
      <w:r>
        <w:rPr>
          <w:sz w:val="22"/>
        </w:rPr>
        <w:t>D. DNA và protein</w:t>
      </w:r>
    </w:p>
    <w:p/>
    <w:p>
      <w:r>
        <w:rPr>
          <w:b/>
          <w:sz w:val="24"/>
        </w:rPr>
        <w:t>Câu 3: Ribosome có ở đâu?</w:t>
      </w:r>
    </w:p>
    <w:p>
      <w:pPr>
        <w:pStyle w:val="ListParagraph"/>
      </w:pPr>
      <w:r>
        <w:rPr>
          <w:sz w:val="22"/>
        </w:rPr>
        <w:t>A. Chỉ tế bào động vật</w:t>
      </w:r>
    </w:p>
    <w:p>
      <w:pPr>
        <w:pStyle w:val="ListParagraph"/>
      </w:pPr>
      <w:r>
        <w:rPr>
          <w:sz w:val="22"/>
        </w:rPr>
        <w:t>B. Chỉ tế bào thực vật</w:t>
      </w:r>
    </w:p>
    <w:p>
      <w:pPr>
        <w:pStyle w:val="ListParagraph"/>
      </w:pPr>
      <w:r>
        <w:rPr>
          <w:sz w:val="22"/>
        </w:rPr>
        <w:t>C. Cả tế bào nhân sơ và nhân thực</w:t>
      </w:r>
    </w:p>
    <w:p>
      <w:pPr>
        <w:pStyle w:val="ListParagraph"/>
      </w:pPr>
      <w:r>
        <w:rPr>
          <w:sz w:val="22"/>
        </w:rPr>
        <w:t>D. Chỉ tế bào nhân thực</w:t>
      </w:r>
    </w:p>
    <w:p/>
    <w:p>
      <w:r>
        <w:rPr>
          <w:b/>
          <w:sz w:val="24"/>
        </w:rPr>
        <w:t>Câu 4: Ribosome có màng bao bọc không?</w:t>
      </w:r>
    </w:p>
    <w:p>
      <w:pPr>
        <w:pStyle w:val="ListParagraph"/>
      </w:pPr>
      <w:r>
        <w:rPr>
          <w:sz w:val="22"/>
        </w:rPr>
        <w:t>A. Có một lớp màng</w:t>
      </w:r>
    </w:p>
    <w:p>
      <w:pPr>
        <w:pStyle w:val="ListParagraph"/>
      </w:pPr>
      <w:r>
        <w:rPr>
          <w:sz w:val="22"/>
        </w:rPr>
        <w:t>B. Có hai lớp màng</w:t>
      </w:r>
    </w:p>
    <w:p>
      <w:pPr>
        <w:pStyle w:val="ListParagraph"/>
      </w:pPr>
      <w:r>
        <w:rPr>
          <w:sz w:val="22"/>
        </w:rPr>
        <w:t>C. Không có màng</w:t>
      </w:r>
    </w:p>
    <w:p>
      <w:pPr>
        <w:pStyle w:val="ListParagraph"/>
      </w:pPr>
      <w:r>
        <w:rPr>
          <w:sz w:val="22"/>
        </w:rPr>
        <w:t>D. Có màng kép</w:t>
      </w:r>
    </w:p>
    <w:p/>
    <w:p>
      <w:r>
        <w:rPr>
          <w:b/>
          <w:sz w:val="24"/>
        </w:rPr>
        <w:t>Câu 5: Ribosome tham gia trực tiếp vào quá trình nào?</w:t>
      </w:r>
    </w:p>
    <w:p>
      <w:pPr>
        <w:pStyle w:val="ListParagraph"/>
      </w:pPr>
      <w:r>
        <w:rPr>
          <w:sz w:val="22"/>
        </w:rPr>
        <w:t>A. Nhân đôi DNA</w:t>
      </w:r>
    </w:p>
    <w:p>
      <w:pPr>
        <w:pStyle w:val="ListParagraph"/>
      </w:pPr>
      <w:r>
        <w:rPr>
          <w:sz w:val="22"/>
        </w:rPr>
        <w:t>B. Phiên mã</w:t>
      </w:r>
    </w:p>
    <w:p>
      <w:pPr>
        <w:pStyle w:val="ListParagraph"/>
      </w:pPr>
      <w:r>
        <w:rPr>
          <w:sz w:val="22"/>
        </w:rPr>
        <w:t>C. Dịch mã</w:t>
      </w:r>
    </w:p>
    <w:p>
      <w:pPr>
        <w:pStyle w:val="ListParagraph"/>
      </w:pPr>
      <w:r>
        <w:rPr>
          <w:sz w:val="22"/>
        </w:rPr>
        <w:t>D. Quang hợp</w:t>
      </w:r>
    </w:p>
    <w:p/>
    <w:p>
      <w:r>
        <w:rPr>
          <w:b/>
          <w:sz w:val="24"/>
        </w:rPr>
        <w:t>Câu 6: Ribosome gồm bao nhiêu tiểu đơn vị?</w:t>
      </w:r>
    </w:p>
    <w:p>
      <w:pPr>
        <w:pStyle w:val="ListParagraph"/>
      </w:pPr>
      <w:r>
        <w:rPr>
          <w:sz w:val="22"/>
        </w:rPr>
        <w:t>A. Một</w:t>
      </w:r>
    </w:p>
    <w:p>
      <w:pPr>
        <w:pStyle w:val="ListParagraph"/>
      </w:pPr>
      <w:r>
        <w:rPr>
          <w:sz w:val="22"/>
        </w:rPr>
        <w:t>B. Hai</w:t>
      </w:r>
    </w:p>
    <w:p>
      <w:pPr>
        <w:pStyle w:val="ListParagraph"/>
      </w:pPr>
      <w:r>
        <w:rPr>
          <w:sz w:val="22"/>
        </w:rPr>
        <w:t>C. Ba</w:t>
      </w:r>
    </w:p>
    <w:p>
      <w:pPr>
        <w:pStyle w:val="ListParagraph"/>
      </w:pPr>
      <w:r>
        <w:rPr>
          <w:sz w:val="22"/>
        </w:rPr>
        <w:t>D. Bốn</w:t>
      </w:r>
    </w:p>
    <w:p/>
    <w:p>
      <w:r>
        <w:rPr>
          <w:b/>
          <w:sz w:val="24"/>
        </w:rPr>
        <w:t>Câu 7: Ribosome ở tế bào nhân sơ thường có kích thước loại nào?</w:t>
      </w:r>
    </w:p>
    <w:p>
      <w:pPr>
        <w:pStyle w:val="ListParagraph"/>
      </w:pPr>
      <w:r>
        <w:rPr>
          <w:sz w:val="22"/>
        </w:rPr>
        <w:t>A. 80S</w:t>
      </w:r>
    </w:p>
    <w:p>
      <w:pPr>
        <w:pStyle w:val="ListParagraph"/>
      </w:pPr>
      <w:r>
        <w:rPr>
          <w:sz w:val="22"/>
        </w:rPr>
        <w:t>B. 70S</w:t>
      </w:r>
    </w:p>
    <w:p>
      <w:pPr>
        <w:pStyle w:val="ListParagraph"/>
      </w:pPr>
      <w:r>
        <w:rPr>
          <w:sz w:val="22"/>
        </w:rPr>
        <w:t>C. 60S</w:t>
      </w:r>
    </w:p>
    <w:p>
      <w:pPr>
        <w:pStyle w:val="ListParagraph"/>
      </w:pPr>
      <w:r>
        <w:rPr>
          <w:sz w:val="22"/>
        </w:rPr>
        <w:t>D. 40S</w:t>
      </w:r>
    </w:p>
    <w:p/>
    <w:p>
      <w:r>
        <w:rPr>
          <w:b/>
          <w:sz w:val="24"/>
        </w:rPr>
        <w:t>Câu 8: Ribosome bám trên lưới nội chất tạo thành loại lưới nào?</w:t>
      </w:r>
    </w:p>
    <w:p>
      <w:pPr>
        <w:pStyle w:val="ListParagraph"/>
      </w:pPr>
      <w:r>
        <w:rPr>
          <w:sz w:val="22"/>
        </w:rPr>
        <w:t>A. Lưới nội chất trơn</w:t>
      </w:r>
    </w:p>
    <w:p>
      <w:pPr>
        <w:pStyle w:val="ListParagraph"/>
      </w:pPr>
      <w:r>
        <w:rPr>
          <w:sz w:val="22"/>
        </w:rPr>
        <w:t>B. Lưới nội chất hạt</w:t>
      </w:r>
    </w:p>
    <w:p>
      <w:pPr>
        <w:pStyle w:val="ListParagraph"/>
      </w:pPr>
      <w:r>
        <w:rPr>
          <w:sz w:val="22"/>
        </w:rPr>
        <w:t>C. Bộ máy Golgi</w:t>
      </w:r>
    </w:p>
    <w:p>
      <w:pPr>
        <w:pStyle w:val="ListParagraph"/>
      </w:pPr>
      <w:r>
        <w:rPr>
          <w:sz w:val="22"/>
        </w:rPr>
        <w:t>D. Màng sinh chất</w:t>
      </w:r>
    </w:p>
    <w:p/>
    <w:p>
      <w:r>
        <w:rPr>
          <w:b/>
          <w:sz w:val="24"/>
        </w:rPr>
        <w:t>Câu 9: Ribosome tự do thường tổng hợp protein được sử dụng chủ yếu ở đâu?</w:t>
      </w:r>
    </w:p>
    <w:p>
      <w:pPr>
        <w:pStyle w:val="ListParagraph"/>
      </w:pPr>
      <w:r>
        <w:rPr>
          <w:sz w:val="22"/>
        </w:rPr>
        <w:t>A. Trong tế bào chất</w:t>
      </w:r>
    </w:p>
    <w:p>
      <w:pPr>
        <w:pStyle w:val="ListParagraph"/>
      </w:pPr>
      <w:r>
        <w:rPr>
          <w:sz w:val="22"/>
        </w:rPr>
        <w:t>B. Bên ngoài tế bào</w:t>
      </w:r>
    </w:p>
    <w:p>
      <w:pPr>
        <w:pStyle w:val="ListParagraph"/>
      </w:pPr>
      <w:r>
        <w:rPr>
          <w:sz w:val="22"/>
        </w:rPr>
        <w:t>C. Trong thành tế bào</w:t>
      </w:r>
    </w:p>
    <w:p>
      <w:pPr>
        <w:pStyle w:val="ListParagraph"/>
      </w:pPr>
      <w:r>
        <w:rPr>
          <w:sz w:val="22"/>
        </w:rPr>
        <w:t>D. Trong môi trường ngoại bào</w:t>
      </w:r>
    </w:p>
    <w:p/>
    <w:p>
      <w:r>
        <w:rPr>
          <w:b/>
          <w:sz w:val="24"/>
        </w:rPr>
        <w:t>Câu 10: Nếu ribosome ngừng hoạt động, quá trình nào bị ảnh hưởng trực tiếp nhất?</w:t>
      </w:r>
    </w:p>
    <w:p>
      <w:pPr>
        <w:pStyle w:val="ListParagraph"/>
      </w:pPr>
      <w:r>
        <w:rPr>
          <w:sz w:val="22"/>
        </w:rPr>
        <w:t>A. Tổng hợp protein</w:t>
      </w:r>
    </w:p>
    <w:p>
      <w:pPr>
        <w:pStyle w:val="ListParagraph"/>
      </w:pPr>
      <w:r>
        <w:rPr>
          <w:sz w:val="22"/>
        </w:rPr>
        <w:t>B. Nhân đôi DNA</w:t>
      </w:r>
    </w:p>
    <w:p>
      <w:pPr>
        <w:pStyle w:val="ListParagraph"/>
      </w:pPr>
      <w:r>
        <w:rPr>
          <w:sz w:val="22"/>
        </w:rPr>
        <w:t>C. Phân chia tế bào chất</w:t>
      </w:r>
    </w:p>
    <w:p>
      <w:pPr>
        <w:pStyle w:val="ListParagraph"/>
      </w:pPr>
      <w:r>
        <w:rPr>
          <w:sz w:val="22"/>
        </w:rPr>
        <w:t>D. Vận chuyển nước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C</w:t>
      </w:r>
    </w:p>
    <w:p>
      <w:r>
        <w:rPr>
          <w:b/>
        </w:rPr>
        <w:t>Câu 4: Đáp án đúng: C</w:t>
      </w:r>
    </w:p>
    <w:p>
      <w:r>
        <w:rPr>
          <w:b/>
        </w:rPr>
        <w:t>Câu 5: Đáp án đúng: C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