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Ngữ văn - CHƯƠNG 5: QUẢNG CÁO TRỰC TUYẾN VÀ PPC (ONLINE ADVE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Theo văn bản, quảng cáo (advertising) khác với marketing ở điểm nào?</w:t>
      </w:r>
    </w:p>
    <w:p>
      <w:pPr>
        <w:pStyle w:val="ListParagraph"/>
      </w:pPr>
      <w:r>
        <w:rPr>
          <w:sz w:val="22"/>
        </w:rPr>
        <w:t>A. Quảng cáo là tập hợp các hoạt động đưa người mua và người bán đến với nhau.</w:t>
      </w:r>
    </w:p>
    <w:p>
      <w:pPr>
        <w:pStyle w:val="ListParagraph"/>
      </w:pPr>
      <w:r>
        <w:rPr>
          <w:sz w:val="22"/>
        </w:rPr>
        <w:t>B. Marketing là việc đặt chỗ hoặc quảng bá sản phẩm ở không gian công cộng.</w:t>
      </w:r>
    </w:p>
    <w:p>
      <w:pPr>
        <w:pStyle w:val="ListParagraph"/>
      </w:pPr>
      <w:r>
        <w:rPr>
          <w:sz w:val="22"/>
        </w:rPr>
        <w:t>C. Quảng cáo chỉ là một thành phần của marketing.</w:t>
      </w:r>
    </w:p>
    <w:p>
      <w:pPr>
        <w:pStyle w:val="ListParagraph"/>
      </w:pPr>
      <w:r>
        <w:rPr>
          <w:sz w:val="22"/>
        </w:rPr>
        <w:t>D. Marketing chỉ gồm các hoạt động online, còn quảng cáo gồm cả offline.</w:t>
      </w:r>
    </w:p>
    <w:p/>
    <w:p>
      <w:r>
        <w:rPr>
          <w:b/>
          <w:sz w:val="24"/>
        </w:rPr>
        <w:t>Câu 2: Đâu KHÔNG phải là một trong sáu lợi thế của quảng cáo online được nêu trong văn bản?</w:t>
      </w:r>
    </w:p>
    <w:p>
      <w:pPr>
        <w:pStyle w:val="ListParagraph"/>
      </w:pPr>
      <w:r>
        <w:rPr>
          <w:sz w:val="22"/>
        </w:rPr>
        <w:t>A. Không có ngày hết hạn</w:t>
      </w:r>
    </w:p>
    <w:p>
      <w:pPr>
        <w:pStyle w:val="ListParagraph"/>
      </w:pPr>
      <w:r>
        <w:rPr>
          <w:sz w:val="22"/>
        </w:rPr>
        <w:t>B. Thời gian chờ ngắn</w:t>
      </w:r>
    </w:p>
    <w:p>
      <w:pPr>
        <w:pStyle w:val="ListParagraph"/>
      </w:pPr>
      <w:r>
        <w:rPr>
          <w:sz w:val="22"/>
        </w:rPr>
        <w:t>C. Độ phơi nhiễm chất lượng</w:t>
      </w:r>
    </w:p>
    <w:p>
      <w:pPr>
        <w:pStyle w:val="ListParagraph"/>
      </w:pPr>
      <w:r>
        <w:rPr>
          <w:sz w:val="22"/>
        </w:rPr>
        <w:t>D. Chi phí luôn cao hơn quảng cáo truyền thống</w:t>
      </w:r>
    </w:p>
    <w:p/>
    <w:p>
      <w:r>
        <w:rPr>
          <w:b/>
          <w:sz w:val="24"/>
        </w:rPr>
        <w:t>Câu 3: Theo văn bản, PPC là viết tắt của gì?</w:t>
      </w:r>
    </w:p>
    <w:p>
      <w:pPr>
        <w:pStyle w:val="ListParagraph"/>
      </w:pPr>
      <w:r>
        <w:rPr>
          <w:sz w:val="22"/>
        </w:rPr>
        <w:t>A. Pay Per Click</w:t>
      </w:r>
    </w:p>
    <w:p>
      <w:pPr>
        <w:pStyle w:val="ListParagraph"/>
      </w:pPr>
      <w:r>
        <w:rPr>
          <w:sz w:val="22"/>
        </w:rPr>
        <w:t>B. Pay Per Conversion</w:t>
      </w:r>
    </w:p>
    <w:p>
      <w:pPr>
        <w:pStyle w:val="ListParagraph"/>
      </w:pPr>
      <w:r>
        <w:rPr>
          <w:sz w:val="22"/>
        </w:rPr>
        <w:t>C. Paid Per Customer</w:t>
      </w:r>
    </w:p>
    <w:p>
      <w:pPr>
        <w:pStyle w:val="ListParagraph"/>
      </w:pPr>
      <w:r>
        <w:rPr>
          <w:sz w:val="22"/>
        </w:rPr>
        <w:t>D. Promotion Per Click</w:t>
      </w:r>
    </w:p>
    <w:p/>
    <w:p>
      <w:r>
        <w:rPr>
          <w:b/>
          <w:sz w:val="24"/>
        </w:rPr>
        <w:t>Câu 4: Ba lý do PPC trở nên phổ biến được nêu trong văn bản là gì?</w:t>
      </w:r>
    </w:p>
    <w:p>
      <w:pPr>
        <w:pStyle w:val="ListParagraph"/>
      </w:pPr>
      <w:r>
        <w:rPr>
          <w:sz w:val="22"/>
        </w:rPr>
        <w:t>A. Nhắm theo từ khóa, dễ đo lường lợi nhuận, hiệu quả chi phí hơn TVC/banner/quảng cáo in.</w:t>
      </w:r>
    </w:p>
    <w:p>
      <w:pPr>
        <w:pStyle w:val="ListParagraph"/>
      </w:pPr>
      <w:r>
        <w:rPr>
          <w:sz w:val="22"/>
        </w:rPr>
        <w:t>B. Miễn phí, dễ thiết lập, không cần theo dõi.</w:t>
      </w:r>
    </w:p>
    <w:p>
      <w:pPr>
        <w:pStyle w:val="ListParagraph"/>
      </w:pPr>
      <w:r>
        <w:rPr>
          <w:sz w:val="22"/>
        </w:rPr>
        <w:t>C. Chỉ hiển thị cho mọi người, không cần từ khóa, chi phí cố định.</w:t>
      </w:r>
    </w:p>
    <w:p>
      <w:pPr>
        <w:pStyle w:val="ListParagraph"/>
      </w:pPr>
      <w:r>
        <w:rPr>
          <w:sz w:val="22"/>
        </w:rPr>
        <w:t>D. Không thể đo lường, khó nhắm mục tiêu, chi phí cao.</w:t>
      </w:r>
    </w:p>
    <w:p/>
    <w:p>
      <w:r>
        <w:rPr>
          <w:b/>
          <w:sz w:val="24"/>
        </w:rPr>
        <w:t>Câu 5: Thuật ngữ CTR trong quảng cáo online có nghĩa là gì?</w:t>
      </w:r>
    </w:p>
    <w:p>
      <w:pPr>
        <w:pStyle w:val="ListParagraph"/>
      </w:pPr>
      <w:r>
        <w:rPr>
          <w:sz w:val="22"/>
        </w:rPr>
        <w:t>A. Số lượt nhấp chia cho số lượt hiển thị</w:t>
      </w:r>
    </w:p>
    <w:p>
      <w:pPr>
        <w:pStyle w:val="ListParagraph"/>
      </w:pPr>
      <w:r>
        <w:rPr>
          <w:sz w:val="22"/>
        </w:rPr>
        <w:t>B. Số hành động hoàn thành chia cho số lượt nhấp</w:t>
      </w:r>
    </w:p>
    <w:p>
      <w:pPr>
        <w:pStyle w:val="ListParagraph"/>
      </w:pPr>
      <w:r>
        <w:rPr>
          <w:sz w:val="22"/>
        </w:rPr>
        <w:t>C. Chi phí cho một nghìn lượt hiển thị</w:t>
      </w:r>
    </w:p>
    <w:p>
      <w:pPr>
        <w:pStyle w:val="ListParagraph"/>
      </w:pPr>
      <w:r>
        <w:rPr>
          <w:sz w:val="22"/>
        </w:rPr>
        <w:t>D. Số tiền trả mỗi lượt nhấp</w:t>
      </w:r>
    </w:p>
    <w:p/>
    <w:p>
      <w:r>
        <w:rPr>
          <w:b/>
          <w:sz w:val="24"/>
        </w:rPr>
        <w:t>Câu 6: Theo văn bản, khi thiết lập chiến dịch PPC, bước nào sau đây KHÔNG thuộc quy trình được nêu?</w:t>
      </w:r>
    </w:p>
    <w:p>
      <w:pPr>
        <w:pStyle w:val="ListParagraph"/>
      </w:pPr>
      <w:r>
        <w:rPr>
          <w:sz w:val="22"/>
        </w:rPr>
        <w:t>A. Lập kế hoạch (Plan)</w:t>
      </w:r>
    </w:p>
    <w:p>
      <w:pPr>
        <w:pStyle w:val="ListParagraph"/>
      </w:pPr>
      <w:r>
        <w:rPr>
          <w:sz w:val="22"/>
        </w:rPr>
        <w:t>B. Nghiên cứu từ khóa (Research)</w:t>
      </w:r>
    </w:p>
    <w:p>
      <w:pPr>
        <w:pStyle w:val="ListParagraph"/>
      </w:pPr>
      <w:r>
        <w:rPr>
          <w:sz w:val="22"/>
        </w:rPr>
        <w:t>C. Đặt giá thầu và ngân sách (Bids and budget)</w:t>
      </w:r>
    </w:p>
    <w:p>
      <w:pPr>
        <w:pStyle w:val="ListParagraph"/>
      </w:pPr>
      <w:r>
        <w:rPr>
          <w:sz w:val="22"/>
        </w:rPr>
        <w:t>D. Thuê ngoài toàn bộ cho đối thủ</w:t>
      </w:r>
    </w:p>
    <w:p/>
    <w:p>
      <w:r>
        <w:rPr>
          <w:b/>
          <w:sz w:val="24"/>
        </w:rPr>
        <w:t>Câu 7: Mẹo đặt giá thầu nào sau đây được khuyến nghị trong văn bản?</w:t>
      </w:r>
    </w:p>
    <w:p>
      <w:pPr>
        <w:pStyle w:val="ListParagraph"/>
      </w:pPr>
      <w:r>
        <w:rPr>
          <w:sz w:val="22"/>
        </w:rPr>
        <w:t>A. Luôn cố gắng đứng ở vị trí số 1</w:t>
      </w:r>
    </w:p>
    <w:p>
      <w:pPr>
        <w:pStyle w:val="ListParagraph"/>
      </w:pPr>
      <w:r>
        <w:rPr>
          <w:sz w:val="22"/>
        </w:rPr>
        <w:t>B. Đặt giá cao hơn giá trị đơn hàng trung bình</w:t>
      </w:r>
    </w:p>
    <w:p>
      <w:pPr>
        <w:pStyle w:val="ListParagraph"/>
      </w:pPr>
      <w:r>
        <w:rPr>
          <w:sz w:val="22"/>
        </w:rPr>
        <w:t>C. Không nên chi quá 10% giá trị đơn hàng trung bình cho quảng cáo</w:t>
      </w:r>
    </w:p>
    <w:p>
      <w:pPr>
        <w:pStyle w:val="ListParagraph"/>
      </w:pPr>
      <w:r>
        <w:rPr>
          <w:sz w:val="22"/>
        </w:rPr>
        <w:t>D. Bỏ qua từ khóa phủ định</w:t>
      </w:r>
    </w:p>
    <w:p/>
    <w:p>
      <w:r>
        <w:rPr>
          <w:b/>
          <w:sz w:val="24"/>
        </w:rPr>
        <w:t>Câu 8: Theo văn bản, quảng cáo Facebook khác với quảng cáo PPC truyền thống ở điểm nào?</w:t>
      </w:r>
    </w:p>
    <w:p>
      <w:pPr>
        <w:pStyle w:val="ListParagraph"/>
      </w:pPr>
      <w:r>
        <w:rPr>
          <w:sz w:val="22"/>
        </w:rPr>
        <w:t>A. Facebook Ads nhắm theo từ khóa tìm kiếm.</w:t>
      </w:r>
    </w:p>
    <w:p>
      <w:pPr>
        <w:pStyle w:val="ListParagraph"/>
      </w:pPr>
      <w:r>
        <w:rPr>
          <w:sz w:val="22"/>
        </w:rPr>
        <w:t>B. Facebook Ads nhắm theo nhân khẩu học trong hồ sơ người dùng.</w:t>
      </w:r>
    </w:p>
    <w:p>
      <w:pPr>
        <w:pStyle w:val="ListParagraph"/>
      </w:pPr>
      <w:r>
        <w:rPr>
          <w:sz w:val="22"/>
        </w:rPr>
        <w:t>C. Facebook Ads không cần trả tiền.</w:t>
      </w:r>
    </w:p>
    <w:p>
      <w:pPr>
        <w:pStyle w:val="ListParagraph"/>
      </w:pPr>
      <w:r>
        <w:rPr>
          <w:sz w:val="22"/>
        </w:rPr>
        <w:t>D. Facebook Ads chỉ hiển thị trên công cụ tìm kiếm.</w:t>
      </w:r>
    </w:p>
    <w:p/>
    <w:p>
      <w:r>
        <w:rPr>
          <w:b/>
          <w:sz w:val="24"/>
        </w:rPr>
        <w:t>Câu 9: Theo văn bản, tỷ lệ nhấp (CTR) trung bình của banner hiện nay là bao nhiêu?</w:t>
      </w:r>
    </w:p>
    <w:p>
      <w:pPr>
        <w:pStyle w:val="ListParagraph"/>
      </w:pPr>
      <w:r>
        <w:rPr>
          <w:sz w:val="22"/>
        </w:rPr>
        <w:t>A. Dưới 1%</w:t>
      </w:r>
    </w:p>
    <w:p>
      <w:pPr>
        <w:pStyle w:val="ListParagraph"/>
      </w:pPr>
      <w:r>
        <w:rPr>
          <w:sz w:val="22"/>
        </w:rPr>
        <w:t>B. Khoảng 10%</w:t>
      </w:r>
    </w:p>
    <w:p>
      <w:pPr>
        <w:pStyle w:val="ListParagraph"/>
      </w:pPr>
      <w:r>
        <w:rPr>
          <w:sz w:val="22"/>
        </w:rPr>
        <w:t>C. Trên 50%</w:t>
      </w:r>
    </w:p>
    <w:p>
      <w:pPr>
        <w:pStyle w:val="ListParagraph"/>
      </w:pPr>
      <w:r>
        <w:rPr>
          <w:sz w:val="22"/>
        </w:rPr>
        <w:t>D. 78%</w:t>
      </w:r>
    </w:p>
    <w:p/>
    <w:p>
      <w:r>
        <w:rPr>
          <w:b/>
          <w:sz w:val="24"/>
        </w:rPr>
        <w:t>Câu 10: Theo văn bản, kỹ thuật quảng cáo online nào sau đây được xem là kém đạo đức?</w:t>
      </w:r>
    </w:p>
    <w:p>
      <w:pPr>
        <w:pStyle w:val="ListParagraph"/>
      </w:pPr>
      <w:r>
        <w:rPr>
          <w:sz w:val="22"/>
        </w:rPr>
        <w:t>A. Quảng cáo do ISP chèn</w:t>
      </w:r>
    </w:p>
    <w:p>
      <w:pPr>
        <w:pStyle w:val="ListParagraph"/>
      </w:pPr>
      <w:r>
        <w:rPr>
          <w:sz w:val="22"/>
        </w:rPr>
        <w:t>B. Tối ưu hóa công cụ tìm kiếm (SEO)</w:t>
      </w:r>
    </w:p>
    <w:p>
      <w:pPr>
        <w:pStyle w:val="ListParagraph"/>
      </w:pPr>
      <w:r>
        <w:rPr>
          <w:sz w:val="22"/>
        </w:rPr>
        <w:t>C. Quảng cáo qua email</w:t>
      </w:r>
    </w:p>
    <w:p>
      <w:pPr>
        <w:pStyle w:val="ListParagraph"/>
      </w:pPr>
      <w:r>
        <w:rPr>
          <w:sz w:val="22"/>
        </w:rPr>
        <w:t>D. Sử dụng từ khóa phủ định</w:t>
      </w:r>
    </w:p>
    <w:p/>
    <w:p>
      <w:r>
        <w:rPr>
          <w:b/>
          <w:sz w:val="24"/>
        </w:rPr>
        <w:t>Câu 11: Theo văn bản, bốn đặc trưng chính của mạng xã hội (social networking) là gì?</w:t>
      </w:r>
    </w:p>
    <w:p>
      <w:pPr>
        <w:pStyle w:val="ListParagraph"/>
      </w:pPr>
      <w:r>
        <w:rPr>
          <w:sz w:val="22"/>
        </w:rPr>
        <w:t>A. Kết nối, chia sẻ, tương tác, danh tiếng</w:t>
      </w:r>
    </w:p>
    <w:p>
      <w:pPr>
        <w:pStyle w:val="ListParagraph"/>
      </w:pPr>
      <w:r>
        <w:rPr>
          <w:sz w:val="22"/>
        </w:rPr>
        <w:t>B. Đăng nhập, đăng xuất, bình luận, chia sẻ</w:t>
      </w:r>
    </w:p>
    <w:p>
      <w:pPr>
        <w:pStyle w:val="ListParagraph"/>
      </w:pPr>
      <w:r>
        <w:rPr>
          <w:sz w:val="22"/>
        </w:rPr>
        <w:t>C. Quảng cáo, bán hàng, thu tiền, giao hàng</w:t>
      </w:r>
    </w:p>
    <w:p>
      <w:pPr>
        <w:pStyle w:val="ListParagraph"/>
      </w:pPr>
      <w:r>
        <w:rPr>
          <w:sz w:val="22"/>
        </w:rPr>
        <w:t>D. Tìm kiếm, lọc, sắp xếp, lưu trữ</w:t>
      </w:r>
    </w:p>
    <w:p/>
    <w:p>
      <w:r>
        <w:rPr>
          <w:b/>
          <w:sz w:val="24"/>
        </w:rPr>
        <w:t>Câu 12: Theo văn bản, ba thành phần thiết yếu của việc dùng mạng xã hội làm công cụ marketing là gì?</w:t>
      </w:r>
    </w:p>
    <w:p>
      <w:pPr>
        <w:pStyle w:val="ListParagraph"/>
      </w:pPr>
      <w:r>
        <w:rPr>
          <w:sz w:val="22"/>
        </w:rPr>
        <w:t>A. Quảng cáo, xây dựng sự hiện diện thương hiệu, truyền miệng</w:t>
      </w:r>
    </w:p>
    <w:p>
      <w:pPr>
        <w:pStyle w:val="ListParagraph"/>
      </w:pPr>
      <w:r>
        <w:rPr>
          <w:sz w:val="22"/>
        </w:rPr>
        <w:t>B. SEO, PPC, banner</w:t>
      </w:r>
    </w:p>
    <w:p>
      <w:pPr>
        <w:pStyle w:val="ListParagraph"/>
      </w:pPr>
      <w:r>
        <w:rPr>
          <w:sz w:val="22"/>
        </w:rPr>
        <w:t>C. Email, blog, diễn đàn</w:t>
      </w:r>
    </w:p>
    <w:p>
      <w:pPr>
        <w:pStyle w:val="ListParagraph"/>
      </w:pPr>
      <w:r>
        <w:rPr>
          <w:sz w:val="22"/>
        </w:rPr>
        <w:t>D. Video, podcast, hình ảnh</w:t>
      </w:r>
    </w:p>
    <w:p/>
    <w:p>
      <w:r>
        <w:rPr>
          <w:b/>
          <w:sz w:val="24"/>
        </w:rPr>
        <w:t>Câu 13: Theo văn bản, khi xây dựng chiến lược mạng xã hội cần trả lời ba câu hỏi nào?</w:t>
      </w:r>
    </w:p>
    <w:p>
      <w:pPr>
        <w:pStyle w:val="ListParagraph"/>
      </w:pPr>
      <w:r>
        <w:rPr>
          <w:sz w:val="22"/>
        </w:rPr>
        <w:t>A. Bạn muốn đạt được gì? Điều gì phù hợp với doanh nghiệp? Bạn có nguồn lực gì?</w:t>
      </w:r>
    </w:p>
    <w:p>
      <w:pPr>
        <w:pStyle w:val="ListParagraph"/>
      </w:pPr>
      <w:r>
        <w:rPr>
          <w:sz w:val="22"/>
        </w:rPr>
        <w:t>B. Bạn có bao nhiêu tiền? Bạn có bao nhiêu nhân viên? Bạn có website chưa?</w:t>
      </w:r>
    </w:p>
    <w:p>
      <w:pPr>
        <w:pStyle w:val="ListParagraph"/>
      </w:pPr>
      <w:r>
        <w:rPr>
          <w:sz w:val="22"/>
        </w:rPr>
        <w:t>C. Bạn dùng mạng xã hội nào? Bạn đăng gì? Bạn đăng khi nào?</w:t>
      </w:r>
    </w:p>
    <w:p>
      <w:pPr>
        <w:pStyle w:val="ListParagraph"/>
      </w:pPr>
      <w:r>
        <w:rPr>
          <w:sz w:val="22"/>
        </w:rPr>
        <w:t>D. Đối thủ là ai? Họ làm gì? Họ thành công không?</w:t>
      </w:r>
    </w:p>
    <w:p/>
    <w:p>
      <w:r>
        <w:rPr>
          <w:b/>
          <w:sz w:val="24"/>
        </w:rPr>
        <w:t>Câu 14: Theo văn bản, quy tắc giao tiếp nào sau đây KHÔNG nằm trong sáu quy tắc giao tiếp trên mạng xã hội?</w:t>
      </w:r>
    </w:p>
    <w:p>
      <w:pPr>
        <w:pStyle w:val="ListParagraph"/>
      </w:pPr>
      <w:r>
        <w:rPr>
          <w:sz w:val="22"/>
        </w:rPr>
        <w:t>A. Đi theo, đừng dẫn dắt</w:t>
      </w:r>
    </w:p>
    <w:p>
      <w:pPr>
        <w:pStyle w:val="ListParagraph"/>
      </w:pPr>
      <w:r>
        <w:rPr>
          <w:sz w:val="22"/>
        </w:rPr>
        <w:t>B. Lắng nghe</w:t>
      </w:r>
    </w:p>
    <w:p>
      <w:pPr>
        <w:pStyle w:val="ListParagraph"/>
      </w:pPr>
      <w:r>
        <w:rPr>
          <w:sz w:val="22"/>
        </w:rPr>
        <w:t>C. Phản hồi</w:t>
      </w:r>
    </w:p>
    <w:p>
      <w:pPr>
        <w:pStyle w:val="ListParagraph"/>
      </w:pPr>
      <w:r>
        <w:rPr>
          <w:sz w:val="22"/>
        </w:rPr>
        <w:t>D. Luôn kiểm soát mọi bình luận</w:t>
      </w:r>
    </w:p>
    <w:p/>
    <w:p>
      <w:r>
        <w:rPr>
          <w:b/>
          <w:sz w:val="24"/>
        </w:rPr>
        <w:t>Câu 15: Theo văn bản, kiểu người nào trên mạng xã hội được mô tả là 'xem và tham gia nhưng không bao giờ lên tiếng'?</w:t>
      </w:r>
    </w:p>
    <w:p>
      <w:pPr>
        <w:pStyle w:val="ListParagraph"/>
      </w:pPr>
      <w:r>
        <w:rPr>
          <w:sz w:val="22"/>
        </w:rPr>
        <w:t>A. Influencer</w:t>
      </w:r>
    </w:p>
    <w:p>
      <w:pPr>
        <w:pStyle w:val="ListParagraph"/>
      </w:pPr>
      <w:r>
        <w:rPr>
          <w:sz w:val="22"/>
        </w:rPr>
        <w:t>B. Lurker</w:t>
      </w:r>
    </w:p>
    <w:p>
      <w:pPr>
        <w:pStyle w:val="ListParagraph"/>
      </w:pPr>
      <w:r>
        <w:rPr>
          <w:sz w:val="22"/>
        </w:rPr>
        <w:t>C. Brand prophet</w:t>
      </w:r>
    </w:p>
    <w:p>
      <w:pPr>
        <w:pStyle w:val="ListParagraph"/>
      </w:pPr>
      <w:r>
        <w:rPr>
          <w:sz w:val="22"/>
        </w:rPr>
        <w:t>D. Troll</w:t>
      </w:r>
    </w:p>
    <w:p/>
    <w:p>
      <w:r>
        <w:rPr>
          <w:b/>
          <w:sz w:val="24"/>
        </w:rPr>
        <w:t>Câu 16: Theo văn bản, astroturfing là gì?</w:t>
      </w:r>
    </w:p>
    <w:p>
      <w:pPr>
        <w:pStyle w:val="ListParagraph"/>
      </w:pPr>
      <w:r>
        <w:rPr>
          <w:sz w:val="22"/>
        </w:rPr>
        <w:t>A. Một chiến dịch viral tự nhiên, không có kế hoạch.</w:t>
      </w:r>
    </w:p>
    <w:p>
      <w:pPr>
        <w:pStyle w:val="ListParagraph"/>
      </w:pPr>
      <w:r>
        <w:rPr>
          <w:sz w:val="22"/>
        </w:rPr>
        <w:t>B. Một chiến dịch viral có kế hoạch nhưng ngụy trang thành tự nhiên, tự phát.</w:t>
      </w:r>
    </w:p>
    <w:p>
      <w:pPr>
        <w:pStyle w:val="ListParagraph"/>
      </w:pPr>
      <w:r>
        <w:rPr>
          <w:sz w:val="22"/>
        </w:rPr>
        <w:t>C. Một trò chơi thực tế thay thế (ARG).</w:t>
      </w:r>
    </w:p>
    <w:p>
      <w:pPr>
        <w:pStyle w:val="ListParagraph"/>
      </w:pPr>
      <w:r>
        <w:rPr>
          <w:sz w:val="22"/>
        </w:rPr>
        <w:t>D. Một hình thức quảng cáo banner.</w:t>
      </w:r>
    </w:p>
    <w:p/>
    <w:p>
      <w:r>
        <w:rPr>
          <w:b/>
          <w:sz w:val="24"/>
        </w:rPr>
        <w:t>Câu 17: Theo văn bản, ba điều kiện cần có trước khi thực hiện chiến dịch viral là gì?</w:t>
      </w:r>
    </w:p>
    <w:p>
      <w:pPr>
        <w:pStyle w:val="ListParagraph"/>
      </w:pPr>
      <w:r>
        <w:rPr>
          <w:sz w:val="22"/>
        </w:rPr>
        <w:t>A. Có cộng đồng hạt giống năng động, có thị trường mục tiêu trực tuyến lớn hơn nhiều, có năng lực đón lượng khách mới lớn.</w:t>
      </w:r>
    </w:p>
    <w:p>
      <w:pPr>
        <w:pStyle w:val="ListParagraph"/>
      </w:pPr>
      <w:r>
        <w:rPr>
          <w:sz w:val="22"/>
        </w:rPr>
        <w:t>B. Có ngân sách lớn, có đội ngũ kỹ thuật, có sản phẩm độc đáo.</w:t>
      </w:r>
    </w:p>
    <w:p>
      <w:pPr>
        <w:pStyle w:val="ListParagraph"/>
      </w:pPr>
      <w:r>
        <w:rPr>
          <w:sz w:val="22"/>
        </w:rPr>
        <w:t>C. Có website đẹp, có nhiều bài viết, có quảng cáo trả phí.</w:t>
      </w:r>
    </w:p>
    <w:p>
      <w:pPr>
        <w:pStyle w:val="ListParagraph"/>
      </w:pPr>
      <w:r>
        <w:rPr>
          <w:sz w:val="22"/>
        </w:rPr>
        <w:t>D. Có đối tác chiến lược, có hợp đồng dài hạn, có bảo mật thông tin.</w:t>
      </w:r>
    </w:p>
    <w:p/>
    <w:p>
      <w:r>
        <w:rPr>
          <w:b/>
          <w:sz w:val="24"/>
        </w:rPr>
        <w:t>Câu 18: Theo văn bản, nội dung viral cần có ba đặc điểm nào?</w:t>
      </w:r>
    </w:p>
    <w:p>
      <w:pPr>
        <w:pStyle w:val="ListParagraph"/>
      </w:pPr>
      <w:r>
        <w:rPr>
          <w:sz w:val="22"/>
        </w:rPr>
        <w:t>A. Dễ chia sẻ, thu hút người xem, người chia sẻ nhận được lợi ích.</w:t>
      </w:r>
    </w:p>
    <w:p>
      <w:pPr>
        <w:pStyle w:val="ListParagraph"/>
      </w:pPr>
      <w:r>
        <w:rPr>
          <w:sz w:val="22"/>
        </w:rPr>
        <w:t>B. Dài, phức tạp, độc quyền.</w:t>
      </w:r>
    </w:p>
    <w:p>
      <w:pPr>
        <w:pStyle w:val="ListParagraph"/>
      </w:pPr>
      <w:r>
        <w:rPr>
          <w:sz w:val="22"/>
        </w:rPr>
        <w:t>C. Miễn phí, không cần quảng cáo, tự động lan truyền.</w:t>
      </w:r>
    </w:p>
    <w:p>
      <w:pPr>
        <w:pStyle w:val="ListParagraph"/>
      </w:pPr>
      <w:r>
        <w:rPr>
          <w:sz w:val="22"/>
        </w:rPr>
        <w:t>D. Có âm thanh, hình ảnh, video.</w:t>
      </w:r>
    </w:p>
    <w:p/>
    <w:p>
      <w:r>
        <w:rPr>
          <w:b/>
          <w:sz w:val="24"/>
        </w:rPr>
        <w:t>Câu 19: Theo văn bản, ví dụ nào sau đây là minh họa cho viral marketing tự nhiên (organic)?</w:t>
      </w:r>
    </w:p>
    <w:p>
      <w:pPr>
        <w:pStyle w:val="ListParagraph"/>
      </w:pPr>
      <w:r>
        <w:rPr>
          <w:sz w:val="22"/>
        </w:rPr>
        <w:t>A. Chiến dịch Old Spice</w:t>
      </w:r>
    </w:p>
    <w:p>
      <w:pPr>
        <w:pStyle w:val="ListParagraph"/>
      </w:pPr>
      <w:r>
        <w:rPr>
          <w:sz w:val="22"/>
        </w:rPr>
        <w:t>B. Video 'double rainbow' lan truyền</w:t>
      </w:r>
    </w:p>
    <w:p>
      <w:pPr>
        <w:pStyle w:val="ListParagraph"/>
      </w:pPr>
      <w:r>
        <w:rPr>
          <w:sz w:val="22"/>
        </w:rPr>
        <w:t>C. Chiến dịch 'The Lost Experience' của Lost</w:t>
      </w:r>
    </w:p>
    <w:p>
      <w:pPr>
        <w:pStyle w:val="ListParagraph"/>
      </w:pPr>
      <w:r>
        <w:rPr>
          <w:sz w:val="22"/>
        </w:rPr>
        <w:t>D. Chiến dịch 'I Love Bees' của Halo 2</w:t>
      </w:r>
    </w:p>
    <w:p/>
    <w:p>
      <w:r>
        <w:rPr>
          <w:b/>
          <w:sz w:val="24"/>
        </w:rPr>
        <w:t>Câu 20: Theo văn bản, ARG là viết tắt của gì?</w:t>
      </w:r>
    </w:p>
    <w:p>
      <w:pPr>
        <w:pStyle w:val="ListParagraph"/>
      </w:pPr>
      <w:r>
        <w:rPr>
          <w:sz w:val="22"/>
        </w:rPr>
        <w:t>A. Alternate Reality Game</w:t>
      </w:r>
    </w:p>
    <w:p>
      <w:pPr>
        <w:pStyle w:val="ListParagraph"/>
      </w:pPr>
      <w:r>
        <w:rPr>
          <w:sz w:val="22"/>
        </w:rPr>
        <w:t>B. Advanced Real Game</w:t>
      </w:r>
    </w:p>
    <w:p>
      <w:pPr>
        <w:pStyle w:val="ListParagraph"/>
      </w:pPr>
      <w:r>
        <w:rPr>
          <w:sz w:val="22"/>
        </w:rPr>
        <w:t>C. Advertising Reality Game</w:t>
      </w:r>
    </w:p>
    <w:p>
      <w:pPr>
        <w:pStyle w:val="ListParagraph"/>
      </w:pPr>
      <w:r>
        <w:rPr>
          <w:sz w:val="22"/>
        </w:rPr>
        <w:t>D. Audience Response Game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