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Hóa học Lớp 11 - Cấu tạo nguyên tử và các lớp electron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Vị trí của nguyên tố sulfur (S) trong bảng tuần hoàn các nguyên tố hóa học là</w:t>
      </w:r>
    </w:p>
    <w:p>
      <w:pPr>
        <w:pStyle w:val="ListParagraph"/>
      </w:pPr>
      <w:r>
        <w:rPr>
          <w:sz w:val="22"/>
        </w:rPr>
        <w:t>A. ô số 16, chu kì 3, nhóm VIA.</w:t>
      </w:r>
    </w:p>
    <w:p>
      <w:pPr>
        <w:pStyle w:val="ListParagraph"/>
      </w:pPr>
      <w:r>
        <w:rPr>
          <w:sz w:val="22"/>
        </w:rPr>
        <w:t>B. ô số 16, chu kì 2, nhóm VIA.</w:t>
      </w:r>
    </w:p>
    <w:p>
      <w:pPr>
        <w:pStyle w:val="ListParagraph"/>
      </w:pPr>
      <w:r>
        <w:rPr>
          <w:sz w:val="22"/>
        </w:rPr>
        <w:t>C. ô số 8, chu kì 2, nhóm VIA.</w:t>
      </w:r>
    </w:p>
    <w:p>
      <w:pPr>
        <w:pStyle w:val="ListParagraph"/>
      </w:pPr>
      <w:r>
        <w:rPr>
          <w:sz w:val="22"/>
        </w:rPr>
        <w:t>D. ô số 16, chu kì 3, nhóm IVA.</w:t>
      </w:r>
    </w:p>
    <w:p/>
    <w:p>
      <w:r>
        <w:rPr>
          <w:b/>
          <w:sz w:val="24"/>
        </w:rPr>
        <w:t>Câu 2: Cấu hình electron lớp ngoài cùng của nguyên tử sulfur (Z = 16) ở trạng thái cơ bản là</w:t>
      </w:r>
    </w:p>
    <w:p>
      <w:pPr>
        <w:pStyle w:val="ListParagraph"/>
      </w:pPr>
      <w:r>
        <w:rPr>
          <w:sz w:val="22"/>
        </w:rPr>
        <w:t>A. 2s²2p⁴.</w:t>
      </w:r>
    </w:p>
    <w:p>
      <w:pPr>
        <w:pStyle w:val="ListParagraph"/>
      </w:pPr>
      <w:r>
        <w:rPr>
          <w:sz w:val="22"/>
        </w:rPr>
        <w:t>B. 3s²3p⁴.</w:t>
      </w:r>
    </w:p>
    <w:p>
      <w:pPr>
        <w:pStyle w:val="ListParagraph"/>
      </w:pPr>
      <w:r>
        <w:rPr>
          <w:sz w:val="22"/>
        </w:rPr>
        <w:t>C. 3s²3p⁶.</w:t>
      </w:r>
    </w:p>
    <w:p>
      <w:pPr>
        <w:pStyle w:val="ListParagraph"/>
      </w:pPr>
      <w:r>
        <w:rPr>
          <w:sz w:val="22"/>
        </w:rPr>
        <w:t>D. 3s²3p³.</w:t>
      </w:r>
    </w:p>
    <w:p/>
    <w:p>
      <w:r>
        <w:rPr>
          <w:b/>
          <w:sz w:val="24"/>
        </w:rPr>
        <w:t>Câu 3: Ở trạng thái cơ bản, nguyên tử sulfur có bao nhiêu electron độc thân?</w:t>
      </w:r>
    </w:p>
    <w:p>
      <w:pPr>
        <w:pStyle w:val="ListParagraph"/>
      </w:pPr>
      <w:r>
        <w:rPr>
          <w:sz w:val="22"/>
        </w:rPr>
        <w:t>A. 1.</w:t>
      </w:r>
    </w:p>
    <w:p>
      <w:pPr>
        <w:pStyle w:val="ListParagraph"/>
      </w:pPr>
      <w:r>
        <w:rPr>
          <w:sz w:val="22"/>
        </w:rPr>
        <w:t>B. 2.</w:t>
      </w:r>
    </w:p>
    <w:p>
      <w:pPr>
        <w:pStyle w:val="ListParagraph"/>
      </w:pPr>
      <w:r>
        <w:rPr>
          <w:sz w:val="22"/>
        </w:rPr>
        <w:t>C. 4.</w:t>
      </w:r>
    </w:p>
    <w:p>
      <w:pPr>
        <w:pStyle w:val="ListParagraph"/>
      </w:pPr>
      <w:r>
        <w:rPr>
          <w:sz w:val="22"/>
        </w:rPr>
        <w:t>D. 6.</w:t>
      </w:r>
    </w:p>
    <w:p/>
    <w:p>
      <w:r>
        <w:rPr>
          <w:b/>
          <w:sz w:val="24"/>
        </w:rPr>
        <w:t>Câu 4: Trong các hợp chất, sulfur thường có các số oxy hóa phổ biến nào sau đây?</w:t>
      </w:r>
    </w:p>
    <w:p>
      <w:pPr>
        <w:pStyle w:val="ListParagraph"/>
      </w:pPr>
      <w:r>
        <w:rPr>
          <w:sz w:val="22"/>
        </w:rPr>
        <w:t>A. -2, 0, +4, +6.</w:t>
      </w:r>
    </w:p>
    <w:p>
      <w:pPr>
        <w:pStyle w:val="ListParagraph"/>
      </w:pPr>
      <w:r>
        <w:rPr>
          <w:sz w:val="22"/>
        </w:rPr>
        <w:t>B. -2, +4, +6.</w:t>
      </w:r>
    </w:p>
    <w:p>
      <w:pPr>
        <w:pStyle w:val="ListParagraph"/>
      </w:pPr>
      <w:r>
        <w:rPr>
          <w:sz w:val="22"/>
        </w:rPr>
        <w:t>C. -1, +2, +4, +6.</w:t>
      </w:r>
    </w:p>
    <w:p>
      <w:pPr>
        <w:pStyle w:val="ListParagraph"/>
      </w:pPr>
      <w:r>
        <w:rPr>
          <w:sz w:val="22"/>
        </w:rPr>
        <w:t>D. -2, +2, +4, +6.</w:t>
      </w:r>
    </w:p>
    <w:p/>
    <w:p>
      <w:r>
        <w:rPr>
          <w:b/>
          <w:sz w:val="24"/>
        </w:rPr>
        <w:t>Câu 5: Ở điều kiện thường, đơn chất sulfur tồn tại dưới dạng các phân tử gồm bao nhiêu nguyên tử liên kết vòng với nhau?</w:t>
      </w:r>
    </w:p>
    <w:p>
      <w:pPr>
        <w:pStyle w:val="ListParagraph"/>
      </w:pPr>
      <w:r>
        <w:rPr>
          <w:sz w:val="22"/>
        </w:rPr>
        <w:t>A. S₂.</w:t>
      </w:r>
    </w:p>
    <w:p>
      <w:pPr>
        <w:pStyle w:val="ListParagraph"/>
      </w:pPr>
      <w:r>
        <w:rPr>
          <w:sz w:val="22"/>
        </w:rPr>
        <w:t>B. S₄.</w:t>
      </w:r>
    </w:p>
    <w:p>
      <w:pPr>
        <w:pStyle w:val="ListParagraph"/>
      </w:pPr>
      <w:r>
        <w:rPr>
          <w:sz w:val="22"/>
        </w:rPr>
        <w:t>C. S₆.</w:t>
      </w:r>
    </w:p>
    <w:p>
      <w:pPr>
        <w:pStyle w:val="ListParagraph"/>
      </w:pPr>
      <w:r>
        <w:rPr>
          <w:sz w:val="22"/>
        </w:rPr>
        <w:t>D. S₈.</w:t>
      </w:r>
    </w:p>
    <w:p/>
    <w:p>
      <w:r>
        <w:rPr>
          <w:b/>
          <w:sz w:val="24"/>
        </w:rPr>
        <w:t>Câu 6: Hai dạng thù hình phổ biến nhất của sulfur ở điều kiện thường là</w:t>
      </w:r>
    </w:p>
    <w:p>
      <w:pPr>
        <w:pStyle w:val="ListParagraph"/>
      </w:pPr>
      <w:r>
        <w:rPr>
          <w:sz w:val="22"/>
        </w:rPr>
        <w:t>A. sulfur tà phương (Sα) và sulfur đơn tà (Sβ).</w:t>
      </w:r>
    </w:p>
    <w:p>
      <w:pPr>
        <w:pStyle w:val="ListParagraph"/>
      </w:pPr>
      <w:r>
        <w:rPr>
          <w:sz w:val="22"/>
        </w:rPr>
        <w:t>B. sulfur tà phương (Sβ) và sulfur đơn tà (Sα).</w:t>
      </w:r>
    </w:p>
    <w:p>
      <w:pPr>
        <w:pStyle w:val="ListParagraph"/>
      </w:pPr>
      <w:r>
        <w:rPr>
          <w:sz w:val="22"/>
        </w:rPr>
        <w:t>C. sulfur vô định hình và sulfur tà phương.</w:t>
      </w:r>
    </w:p>
    <w:p>
      <w:pPr>
        <w:pStyle w:val="ListParagraph"/>
      </w:pPr>
      <w:r>
        <w:rPr>
          <w:sz w:val="22"/>
        </w:rPr>
        <w:t>D. sulfur dẻo và sulfur đơn tà.</w:t>
      </w:r>
    </w:p>
    <w:p/>
    <w:p>
      <w:r>
        <w:rPr>
          <w:b/>
          <w:sz w:val="24"/>
        </w:rPr>
        <w:t>Câu 7: Sự chuyển đổi qua lại giữa hai dạng thù hình Sα và Sβ phụ thuộc chủ yếu vào yếu tố nào?</w:t>
      </w:r>
    </w:p>
    <w:p>
      <w:pPr>
        <w:pStyle w:val="ListParagraph"/>
      </w:pPr>
      <w:r>
        <w:rPr>
          <w:sz w:val="22"/>
        </w:rPr>
        <w:t>A. Áp suất.</w:t>
      </w:r>
    </w:p>
    <w:p>
      <w:pPr>
        <w:pStyle w:val="ListParagraph"/>
      </w:pPr>
      <w:r>
        <w:rPr>
          <w:sz w:val="22"/>
        </w:rPr>
        <w:t>B. Nhiệt độ.</w:t>
      </w:r>
    </w:p>
    <w:p>
      <w:pPr>
        <w:pStyle w:val="ListParagraph"/>
      </w:pPr>
      <w:r>
        <w:rPr>
          <w:sz w:val="22"/>
        </w:rPr>
        <w:t>C. Nồng độ.</w:t>
      </w:r>
    </w:p>
    <w:p>
      <w:pPr>
        <w:pStyle w:val="ListParagraph"/>
      </w:pPr>
      <w:r>
        <w:rPr>
          <w:sz w:val="22"/>
        </w:rPr>
        <w:t>D. Chất xúc tác.</w:t>
      </w:r>
    </w:p>
    <w:p/>
    <w:p>
      <w:r>
        <w:rPr>
          <w:b/>
          <w:sz w:val="24"/>
        </w:rPr>
        <w:t>Câu 8: Ở nhiệt độ trên 119 °C, sulfur tà phương nóng chảy thành chất lỏng màu gì?</w:t>
      </w:r>
    </w:p>
    <w:p>
      <w:pPr>
        <w:pStyle w:val="ListParagraph"/>
      </w:pPr>
      <w:r>
        <w:rPr>
          <w:sz w:val="22"/>
        </w:rPr>
        <w:t>A. Màu vàng chanh.</w:t>
      </w:r>
    </w:p>
    <w:p>
      <w:pPr>
        <w:pStyle w:val="ListParagraph"/>
      </w:pPr>
      <w:r>
        <w:rPr>
          <w:sz w:val="22"/>
        </w:rPr>
        <w:t>B. Màu vàng nhạt.</w:t>
      </w:r>
    </w:p>
    <w:p>
      <w:pPr>
        <w:pStyle w:val="ListParagraph"/>
      </w:pPr>
      <w:r>
        <w:rPr>
          <w:sz w:val="22"/>
        </w:rPr>
        <w:t>C. Màu đỏ nâu.</w:t>
      </w:r>
    </w:p>
    <w:p>
      <w:pPr>
        <w:pStyle w:val="ListParagraph"/>
      </w:pPr>
      <w:r>
        <w:rPr>
          <w:sz w:val="22"/>
        </w:rPr>
        <w:t>D. Không màu.</w:t>
      </w:r>
    </w:p>
    <w:p/>
    <w:p>
      <w:r>
        <w:rPr>
          <w:b/>
          <w:sz w:val="24"/>
        </w:rPr>
        <w:t>Câu 9: Khi đun nóng sulfur đến khoảng 187 °C, hiện tượng xảy ra là gì?</w:t>
      </w:r>
    </w:p>
    <w:p>
      <w:pPr>
        <w:pStyle w:val="ListParagraph"/>
      </w:pPr>
      <w:r>
        <w:rPr>
          <w:sz w:val="22"/>
        </w:rPr>
        <w:t>A. Sulfur hóa hơi hoàn toàn.</w:t>
      </w:r>
    </w:p>
    <w:p>
      <w:pPr>
        <w:pStyle w:val="ListParagraph"/>
      </w:pPr>
      <w:r>
        <w:rPr>
          <w:sz w:val="22"/>
        </w:rPr>
        <w:t>B. Sulfur lỏng chuyển sang màu đỏ nâu và trở nên rất nhớt.</w:t>
      </w:r>
    </w:p>
    <w:p>
      <w:pPr>
        <w:pStyle w:val="ListParagraph"/>
      </w:pPr>
      <w:r>
        <w:rPr>
          <w:sz w:val="22"/>
        </w:rPr>
        <w:t>C. Sulfur biến thành màu đen và đông cứng.</w:t>
      </w:r>
    </w:p>
    <w:p>
      <w:pPr>
        <w:pStyle w:val="ListParagraph"/>
      </w:pPr>
      <w:r>
        <w:rPr>
          <w:sz w:val="22"/>
        </w:rPr>
        <w:t>D. Phân tử S₈ phân hủy thành các nguyên tử S tự do.</w:t>
      </w:r>
    </w:p>
    <w:p/>
    <w:p>
      <w:r>
        <w:rPr>
          <w:b/>
          <w:sz w:val="24"/>
        </w:rPr>
        <w:t>Câu 10: Khi đun sulfur đến sôi (khoảng 445 °C) rồi đổ nhanh vào nước lạnh, ta thu được dạng thù hình nào?</w:t>
      </w:r>
    </w:p>
    <w:p>
      <w:pPr>
        <w:pStyle w:val="ListParagraph"/>
      </w:pPr>
      <w:r>
        <w:rPr>
          <w:sz w:val="22"/>
        </w:rPr>
        <w:t>A. Sulfur tà phương.</w:t>
      </w:r>
    </w:p>
    <w:p>
      <w:pPr>
        <w:pStyle w:val="ListParagraph"/>
      </w:pPr>
      <w:r>
        <w:rPr>
          <w:sz w:val="22"/>
        </w:rPr>
        <w:t>B. Sulfur đơn tà.</w:t>
      </w:r>
    </w:p>
    <w:p>
      <w:pPr>
        <w:pStyle w:val="ListParagraph"/>
      </w:pPr>
      <w:r>
        <w:rPr>
          <w:sz w:val="22"/>
        </w:rPr>
        <w:t>C. Sulfur dẻo.</w:t>
      </w:r>
    </w:p>
    <w:p>
      <w:pPr>
        <w:pStyle w:val="ListParagraph"/>
      </w:pPr>
      <w:r>
        <w:rPr>
          <w:sz w:val="22"/>
        </w:rPr>
        <w:t>D. Sulfur tinh thể.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