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Sinh học Lớp 12 - Cơ chế di truyền ở cấp độ phân tử (ADN, ARN)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quá trình nhân đôi ADN, enzim nào có vai trò tổng hợp mạch mới theo chiều 5' → 3'?</w:t>
      </w:r>
    </w:p>
    <w:p>
      <w:pPr>
        <w:pStyle w:val="ListParagraph"/>
      </w:pPr>
      <w:r>
        <w:rPr>
          <w:sz w:val="22"/>
        </w:rPr>
        <w:t>A. ADN polymerase</w:t>
      </w:r>
    </w:p>
    <w:p>
      <w:pPr>
        <w:pStyle w:val="ListParagraph"/>
      </w:pPr>
      <w:r>
        <w:rPr>
          <w:sz w:val="22"/>
        </w:rPr>
        <w:t>B. ARN polymerase</w:t>
      </w:r>
    </w:p>
    <w:p>
      <w:pPr>
        <w:pStyle w:val="ListParagraph"/>
      </w:pPr>
      <w:r>
        <w:rPr>
          <w:sz w:val="22"/>
        </w:rPr>
        <w:t>C. Helicase</w:t>
      </w:r>
    </w:p>
    <w:p>
      <w:pPr>
        <w:pStyle w:val="ListParagraph"/>
      </w:pPr>
      <w:r>
        <w:rPr>
          <w:sz w:val="22"/>
        </w:rPr>
        <w:t>D. Ligase</w:t>
      </w:r>
    </w:p>
    <w:p/>
    <w:p>
      <w:r>
        <w:rPr>
          <w:b/>
          <w:sz w:val="24"/>
        </w:rPr>
        <w:t>Câu 2: Đơn phân cấu tạo nên phân tử ADN là</w:t>
      </w:r>
    </w:p>
    <w:p>
      <w:pPr>
        <w:pStyle w:val="ListParagraph"/>
      </w:pPr>
      <w:r>
        <w:rPr>
          <w:sz w:val="22"/>
        </w:rPr>
        <w:t>A. axit amin</w:t>
      </w:r>
    </w:p>
    <w:p>
      <w:pPr>
        <w:pStyle w:val="ListParagraph"/>
      </w:pPr>
      <w:r>
        <w:rPr>
          <w:sz w:val="22"/>
        </w:rPr>
        <w:t>B. nucleotit</w:t>
      </w:r>
    </w:p>
    <w:p>
      <w:pPr>
        <w:pStyle w:val="ListParagraph"/>
      </w:pPr>
      <w:r>
        <w:rPr>
          <w:sz w:val="22"/>
        </w:rPr>
        <w:t>C. ribonucleotit</w:t>
      </w:r>
    </w:p>
    <w:p>
      <w:pPr>
        <w:pStyle w:val="ListParagraph"/>
      </w:pPr>
      <w:r>
        <w:rPr>
          <w:sz w:val="22"/>
        </w:rPr>
        <w:t>D. glucozơ</w:t>
      </w:r>
    </w:p>
    <w:p/>
    <w:p>
      <w:r>
        <w:rPr>
          <w:b/>
          <w:sz w:val="24"/>
        </w:rPr>
        <w:t>Câu 3: Theo nguyên tắc bổ sung, trong phân tử ADN mạch kép, số lượng nucleotit loại A bằng số lượng nucleotit loại nào?</w:t>
      </w:r>
    </w:p>
    <w:p>
      <w:pPr>
        <w:pStyle w:val="ListParagraph"/>
      </w:pPr>
      <w:r>
        <w:rPr>
          <w:sz w:val="22"/>
        </w:rPr>
        <w:t>A. G</w:t>
      </w:r>
    </w:p>
    <w:p>
      <w:pPr>
        <w:pStyle w:val="ListParagraph"/>
      </w:pPr>
      <w:r>
        <w:rPr>
          <w:sz w:val="22"/>
        </w:rPr>
        <w:t>B. X</w:t>
      </w:r>
    </w:p>
    <w:p>
      <w:pPr>
        <w:pStyle w:val="ListParagraph"/>
      </w:pPr>
      <w:r>
        <w:rPr>
          <w:sz w:val="22"/>
        </w:rPr>
        <w:t>C. T</w:t>
      </w:r>
    </w:p>
    <w:p>
      <w:pPr>
        <w:pStyle w:val="ListParagraph"/>
      </w:pPr>
      <w:r>
        <w:rPr>
          <w:sz w:val="22"/>
        </w:rPr>
        <w:t>D. U</w:t>
      </w:r>
    </w:p>
    <w:p/>
    <w:p>
      <w:r>
        <w:rPr>
          <w:b/>
          <w:sz w:val="24"/>
        </w:rPr>
        <w:t>Câu 4: Quá trình phiên mã tạo ra phân tử nào sau đây?</w:t>
      </w:r>
    </w:p>
    <w:p>
      <w:pPr>
        <w:pStyle w:val="ListParagraph"/>
      </w:pPr>
      <w:r>
        <w:rPr>
          <w:sz w:val="22"/>
        </w:rPr>
        <w:t>A. ADN</w:t>
      </w:r>
    </w:p>
    <w:p>
      <w:pPr>
        <w:pStyle w:val="ListParagraph"/>
      </w:pPr>
      <w:r>
        <w:rPr>
          <w:sz w:val="22"/>
        </w:rPr>
        <w:t>B. ARN</w:t>
      </w:r>
    </w:p>
    <w:p>
      <w:pPr>
        <w:pStyle w:val="ListParagraph"/>
      </w:pPr>
      <w:r>
        <w:rPr>
          <w:sz w:val="22"/>
        </w:rPr>
        <w:t>C. Protein</w:t>
      </w:r>
    </w:p>
    <w:p>
      <w:pPr>
        <w:pStyle w:val="ListParagraph"/>
      </w:pPr>
      <w:r>
        <w:rPr>
          <w:sz w:val="22"/>
        </w:rPr>
        <w:t>D. Lipit</w:t>
      </w:r>
    </w:p>
    <w:p/>
    <w:p>
      <w:r>
        <w:rPr>
          <w:b/>
          <w:sz w:val="24"/>
        </w:rPr>
        <w:t>Câu 5: Trong quá trình dịch mã, bộ ba đối mã (anticodon) khớp bổ sung với bộ ba mã sao (codon) trên mARN theo chiều nào?</w:t>
      </w:r>
    </w:p>
    <w:p>
      <w:pPr>
        <w:pStyle w:val="ListParagraph"/>
      </w:pPr>
      <w:r>
        <w:rPr>
          <w:sz w:val="22"/>
        </w:rPr>
        <w:t>A. 5' → 3'</w:t>
      </w:r>
    </w:p>
    <w:p>
      <w:pPr>
        <w:pStyle w:val="ListParagraph"/>
      </w:pPr>
      <w:r>
        <w:rPr>
          <w:sz w:val="22"/>
        </w:rPr>
        <w:t>B. 3' → 5'</w:t>
      </w:r>
    </w:p>
    <w:p>
      <w:pPr>
        <w:pStyle w:val="ListParagraph"/>
      </w:pPr>
      <w:r>
        <w:rPr>
          <w:sz w:val="22"/>
        </w:rPr>
        <w:t>C. 5' → 5'</w:t>
      </w:r>
    </w:p>
    <w:p>
      <w:pPr>
        <w:pStyle w:val="ListParagraph"/>
      </w:pPr>
      <w:r>
        <w:rPr>
          <w:sz w:val="22"/>
        </w:rPr>
        <w:t>D. 3' → 3'</w:t>
      </w:r>
    </w:p>
    <w:p/>
    <w:p>
      <w:r>
        <w:rPr>
          <w:b/>
          <w:sz w:val="24"/>
        </w:rPr>
        <w:t>Câu 6: Enzim tham gia vào quá trình phiên mã là</w:t>
      </w:r>
    </w:p>
    <w:p>
      <w:pPr>
        <w:pStyle w:val="ListParagraph"/>
      </w:pPr>
      <w:r>
        <w:rPr>
          <w:sz w:val="22"/>
        </w:rPr>
        <w:t>A. ADN polymerase</w:t>
      </w:r>
    </w:p>
    <w:p>
      <w:pPr>
        <w:pStyle w:val="ListParagraph"/>
      </w:pPr>
      <w:r>
        <w:rPr>
          <w:sz w:val="22"/>
        </w:rPr>
        <w:t>B. ARN polymerase</w:t>
      </w:r>
    </w:p>
    <w:p>
      <w:pPr>
        <w:pStyle w:val="ListParagraph"/>
      </w:pPr>
      <w:r>
        <w:rPr>
          <w:sz w:val="22"/>
        </w:rPr>
        <w:t>C. Helicase</w:t>
      </w:r>
    </w:p>
    <w:p>
      <w:pPr>
        <w:pStyle w:val="ListParagraph"/>
      </w:pPr>
      <w:r>
        <w:rPr>
          <w:sz w:val="22"/>
        </w:rPr>
        <w:t>D. Ligase</w:t>
      </w:r>
    </w:p>
    <w:p/>
    <w:p>
      <w:r>
        <w:rPr>
          <w:b/>
          <w:sz w:val="24"/>
        </w:rPr>
        <w:t>Câu 7: Một phân tử ADN có chiều dài 5100 Å. Số nucleotit của phân tử ADN này là bao nhiêu?</w:t>
      </w:r>
    </w:p>
    <w:p>
      <w:pPr>
        <w:pStyle w:val="ListParagraph"/>
      </w:pPr>
      <w:r>
        <w:rPr>
          <w:sz w:val="22"/>
        </w:rPr>
        <w:t>A. 1500</w:t>
      </w:r>
    </w:p>
    <w:p>
      <w:pPr>
        <w:pStyle w:val="ListParagraph"/>
      </w:pPr>
      <w:r>
        <w:rPr>
          <w:sz w:val="22"/>
        </w:rPr>
        <w:t>B. 3000</w:t>
      </w:r>
    </w:p>
    <w:p>
      <w:pPr>
        <w:pStyle w:val="ListParagraph"/>
      </w:pPr>
      <w:r>
        <w:rPr>
          <w:sz w:val="22"/>
        </w:rPr>
        <w:t>C. 6000</w:t>
      </w:r>
    </w:p>
    <w:p>
      <w:pPr>
        <w:pStyle w:val="ListParagraph"/>
      </w:pPr>
      <w:r>
        <w:rPr>
          <w:sz w:val="22"/>
        </w:rPr>
        <w:t>D. 1200</w:t>
      </w:r>
    </w:p>
    <w:p/>
    <w:p>
      <w:r>
        <w:rPr>
          <w:b/>
          <w:sz w:val="24"/>
        </w:rPr>
        <w:t>Câu 8: Trong quá trình nhân đôi ADN, mạch mới được tổng hợp theo chiều nào?</w:t>
      </w:r>
    </w:p>
    <w:p>
      <w:pPr>
        <w:pStyle w:val="ListParagraph"/>
      </w:pPr>
      <w:r>
        <w:rPr>
          <w:sz w:val="22"/>
        </w:rPr>
        <w:t>A. 5' → 3'</w:t>
      </w:r>
    </w:p>
    <w:p>
      <w:pPr>
        <w:pStyle w:val="ListParagraph"/>
      </w:pPr>
      <w:r>
        <w:rPr>
          <w:sz w:val="22"/>
        </w:rPr>
        <w:t>B. 3' → 5'</w:t>
      </w:r>
    </w:p>
    <w:p>
      <w:pPr>
        <w:pStyle w:val="ListParagraph"/>
      </w:pPr>
      <w:r>
        <w:rPr>
          <w:sz w:val="22"/>
        </w:rPr>
        <w:t>C. 5' → 5'</w:t>
      </w:r>
    </w:p>
    <w:p>
      <w:pPr>
        <w:pStyle w:val="ListParagraph"/>
      </w:pPr>
      <w:r>
        <w:rPr>
          <w:sz w:val="22"/>
        </w:rPr>
        <w:t>D. 3' → 3'</w:t>
      </w:r>
    </w:p>
    <w:p/>
    <w:p>
      <w:r>
        <w:rPr>
          <w:b/>
          <w:sz w:val="24"/>
        </w:rPr>
        <w:t>Câu 9: Loại ARN nào có chức năng vận chuyển axit amin trong quá trình dịch mã?</w:t>
      </w:r>
    </w:p>
    <w:p>
      <w:pPr>
        <w:pStyle w:val="ListParagraph"/>
      </w:pPr>
      <w:r>
        <w:rPr>
          <w:sz w:val="22"/>
        </w:rPr>
        <w:t>A. mARN</w:t>
      </w:r>
    </w:p>
    <w:p>
      <w:pPr>
        <w:pStyle w:val="ListParagraph"/>
      </w:pPr>
      <w:r>
        <w:rPr>
          <w:sz w:val="22"/>
        </w:rPr>
        <w:t>B. tARN</w:t>
      </w:r>
    </w:p>
    <w:p>
      <w:pPr>
        <w:pStyle w:val="ListParagraph"/>
      </w:pPr>
      <w:r>
        <w:rPr>
          <w:sz w:val="22"/>
        </w:rPr>
        <w:t>C. rARN</w:t>
      </w:r>
    </w:p>
    <w:p>
      <w:pPr>
        <w:pStyle w:val="ListParagraph"/>
      </w:pPr>
      <w:r>
        <w:rPr>
          <w:sz w:val="22"/>
        </w:rPr>
        <w:t>D. ARN thông tin</w:t>
      </w:r>
    </w:p>
    <w:p/>
    <w:p>
      <w:r>
        <w:rPr>
          <w:b/>
          <w:sz w:val="24"/>
        </w:rPr>
        <w:t>Câu 10: Trong quá trình dịch mã, bộ ba mở đầu trên mARN ở sinh vật nhân thực là</w:t>
      </w:r>
    </w:p>
    <w:p>
      <w:pPr>
        <w:pStyle w:val="ListParagraph"/>
      </w:pPr>
      <w:r>
        <w:rPr>
          <w:sz w:val="22"/>
        </w:rPr>
        <w:t>A. AUG</w:t>
      </w:r>
    </w:p>
    <w:p>
      <w:pPr>
        <w:pStyle w:val="ListParagraph"/>
      </w:pPr>
      <w:r>
        <w:rPr>
          <w:sz w:val="22"/>
        </w:rPr>
        <w:t>B. UAA</w:t>
      </w:r>
    </w:p>
    <w:p>
      <w:pPr>
        <w:pStyle w:val="ListParagraph"/>
      </w:pPr>
      <w:r>
        <w:rPr>
          <w:sz w:val="22"/>
        </w:rPr>
        <w:t>C. UAG</w:t>
      </w:r>
    </w:p>
    <w:p>
      <w:pPr>
        <w:pStyle w:val="ListParagraph"/>
      </w:pPr>
      <w:r>
        <w:rPr>
          <w:sz w:val="22"/>
        </w:rPr>
        <w:t>D. UGA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