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2463"/>
          <w:sz w:val="32"/>
        </w:rPr>
        <w:t>Bài trắc nghiệm Toán - Dạng 2: Áp dụng định lý sin trong tam giác</w:t>
      </w:r>
    </w:p>
    <w:p>
      <w:pPr>
        <w:jc w:val="center"/>
      </w:pPr>
      <w:r>
        <w:rPr>
          <w:sz w:val="22"/>
        </w:rPr>
        <w:t>Số câu: 25    Thời gian: _____ phút    Họ và tên: _________________________</w:t>
      </w:r>
    </w:p>
    <w:p/>
    <w:p>
      <w:r>
        <w:rPr>
          <w:b/>
          <w:sz w:val="24"/>
        </w:rPr>
        <w:t>Câu 1: Cho tam giác ABC. Tìm công thức sai:</w:t>
      </w:r>
    </w:p>
    <w:p>
      <w:pPr>
        <w:pStyle w:val="ListParagraph"/>
      </w:pPr>
      <w:r>
        <w:rPr>
          <w:sz w:val="22"/>
        </w:rPr>
        <w:t>A. $\frac{a}{\sin A} = 2R$</w:t>
      </w:r>
    </w:p>
    <w:p>
      <w:pPr>
        <w:pStyle w:val="ListParagraph"/>
      </w:pPr>
      <w:r>
        <w:rPr>
          <w:sz w:val="22"/>
        </w:rPr>
        <w:t>B. $\sin A = \frac{a}{2R}$</w:t>
      </w:r>
    </w:p>
    <w:p>
      <w:pPr>
        <w:pStyle w:val="ListParagraph"/>
      </w:pPr>
      <w:r>
        <w:rPr>
          <w:sz w:val="22"/>
        </w:rPr>
        <w:t>C. $b \sin B = 2R$</w:t>
      </w:r>
    </w:p>
    <w:p>
      <w:pPr>
        <w:pStyle w:val="ListParagraph"/>
      </w:pPr>
      <w:r>
        <w:rPr>
          <w:sz w:val="22"/>
        </w:rPr>
        <w:t>D. $\sin C = \frac{c \sin A}{a}$</w:t>
      </w:r>
    </w:p>
    <w:p/>
    <w:p>
      <w:r>
        <w:rPr>
          <w:b/>
          <w:sz w:val="24"/>
        </w:rPr>
        <w:t>Câu 2: Cho tam giác ABC có BC = 10 và góc A = 30°. Bán kính đường tròn ngoại tiếp tam giác ABC bằng</w:t>
      </w:r>
    </w:p>
    <w:p>
      <w:pPr>
        <w:pStyle w:val="ListParagraph"/>
      </w:pPr>
      <w:r>
        <w:rPr>
          <w:sz w:val="22"/>
        </w:rPr>
        <w:t>A. $R = 10\sqrt{3}$</w:t>
      </w:r>
    </w:p>
    <w:p>
      <w:pPr>
        <w:pStyle w:val="ListParagraph"/>
      </w:pPr>
      <w:r>
        <w:rPr>
          <w:sz w:val="22"/>
        </w:rPr>
        <w:t>B. $R = 10$</w:t>
      </w:r>
    </w:p>
    <w:p>
      <w:pPr>
        <w:pStyle w:val="ListParagraph"/>
      </w:pPr>
      <w:r>
        <w:rPr>
          <w:sz w:val="22"/>
        </w:rPr>
        <w:t>C. $R = \frac{10}{\sqrt{3}}$</w:t>
      </w:r>
    </w:p>
    <w:p>
      <w:pPr>
        <w:pStyle w:val="ListParagraph"/>
      </w:pPr>
      <w:r>
        <w:rPr>
          <w:sz w:val="22"/>
        </w:rPr>
        <w:t>D. $R = 5$</w:t>
      </w:r>
    </w:p>
    <w:p/>
    <w:p>
      <w:r>
        <w:rPr>
          <w:b/>
          <w:sz w:val="24"/>
        </w:rPr>
        <w:t>Câu 3: Cho tam giác ABC có AB = 5; A = 40°; B = 60°. Độ dài BC gần nhất với kết quả nào?</w:t>
      </w:r>
    </w:p>
    <w:p>
      <w:pPr>
        <w:pStyle w:val="ListParagraph"/>
      </w:pPr>
      <w:r>
        <w:rPr>
          <w:sz w:val="22"/>
        </w:rPr>
        <w:t>A. 3,7</w:t>
      </w:r>
    </w:p>
    <w:p>
      <w:pPr>
        <w:pStyle w:val="ListParagraph"/>
      </w:pPr>
      <w:r>
        <w:rPr>
          <w:sz w:val="22"/>
        </w:rPr>
        <w:t>B. 3,3</w:t>
      </w:r>
    </w:p>
    <w:p>
      <w:pPr>
        <w:pStyle w:val="ListParagraph"/>
      </w:pPr>
      <w:r>
        <w:rPr>
          <w:sz w:val="22"/>
        </w:rPr>
        <w:t>C. 3,5</w:t>
      </w:r>
    </w:p>
    <w:p>
      <w:pPr>
        <w:pStyle w:val="ListParagraph"/>
      </w:pPr>
      <w:r>
        <w:rPr>
          <w:sz w:val="22"/>
        </w:rPr>
        <w:t>D. 3,1</w:t>
      </w:r>
    </w:p>
    <w:p/>
    <w:p>
      <w:r>
        <w:rPr>
          <w:b/>
          <w:sz w:val="24"/>
        </w:rPr>
        <w:t>Câu 4: Tam giác ABC có B = 30°, C = 45° và AB = 5. Hỏi cạnh AC bằng bao nhiêu?</w:t>
      </w:r>
    </w:p>
    <w:p>
      <w:pPr>
        <w:pStyle w:val="ListParagraph"/>
      </w:pPr>
      <w:r>
        <w:rPr>
          <w:sz w:val="22"/>
        </w:rPr>
        <w:t>A. $AC = 5\sqrt{2}$</w:t>
      </w:r>
    </w:p>
    <w:p>
      <w:pPr>
        <w:pStyle w:val="ListParagraph"/>
      </w:pPr>
      <w:r>
        <w:rPr>
          <w:sz w:val="22"/>
        </w:rPr>
        <w:t>B. $AC = \frac{5\sqrt{6}}{2}$</w:t>
      </w:r>
    </w:p>
    <w:p>
      <w:pPr>
        <w:pStyle w:val="ListParagraph"/>
      </w:pPr>
      <w:r>
        <w:rPr>
          <w:sz w:val="22"/>
        </w:rPr>
        <w:t>C. $AC = \frac{5\sqrt{2}}{2}$</w:t>
      </w:r>
    </w:p>
    <w:p>
      <w:pPr>
        <w:pStyle w:val="ListParagraph"/>
      </w:pPr>
      <w:r>
        <w:rPr>
          <w:sz w:val="22"/>
        </w:rPr>
        <w:t>D. $AC = \frac{5\sqrt{3}}{2}$</w:t>
      </w:r>
    </w:p>
    <w:p/>
    <w:p>
      <w:r>
        <w:rPr>
          <w:b/>
          <w:sz w:val="24"/>
        </w:rPr>
        <w:t>Câu 5: Tính chu vi tam giác ABC, biết rằng AB = 6 và 2sin A = 3sin B = 4sin C.</w:t>
      </w:r>
    </w:p>
    <w:p>
      <w:pPr>
        <w:pStyle w:val="ListParagraph"/>
      </w:pPr>
      <w:r>
        <w:rPr>
          <w:sz w:val="22"/>
        </w:rPr>
        <w:t>A. 26</w:t>
      </w:r>
    </w:p>
    <w:p>
      <w:pPr>
        <w:pStyle w:val="ListParagraph"/>
      </w:pPr>
      <w:r>
        <w:rPr>
          <w:sz w:val="22"/>
        </w:rPr>
        <w:t>B. 13</w:t>
      </w:r>
    </w:p>
    <w:p>
      <w:pPr>
        <w:pStyle w:val="ListParagraph"/>
      </w:pPr>
      <w:r>
        <w:rPr>
          <w:sz w:val="22"/>
        </w:rPr>
        <w:t>C. $5\sqrt{26}$</w:t>
      </w:r>
    </w:p>
    <w:p>
      <w:pPr>
        <w:pStyle w:val="ListParagraph"/>
      </w:pPr>
      <w:r>
        <w:rPr>
          <w:sz w:val="22"/>
        </w:rPr>
        <w:t>D. $10\sqrt{6}$</w:t>
      </w:r>
    </w:p>
    <w:p/>
    <w:p>
      <w:r>
        <w:rPr>
          <w:b/>
          <w:sz w:val="24"/>
        </w:rPr>
        <w:t>Câu 6: Cho tam giác ABC có các góc B = 120°, C = 40°, cạnh BC = 5cm. Tính độ dài cạnh AB (làm tròn kết quả đến hàng đơn vị).</w:t>
      </w:r>
    </w:p>
    <w:p>
      <w:pPr>
        <w:pStyle w:val="ListParagraph"/>
      </w:pPr>
      <w:r>
        <w:rPr>
          <w:sz w:val="22"/>
        </w:rPr>
        <w:t>A. 7cm</w:t>
      </w:r>
    </w:p>
    <w:p>
      <w:pPr>
        <w:pStyle w:val="ListParagraph"/>
      </w:pPr>
      <w:r>
        <w:rPr>
          <w:sz w:val="22"/>
        </w:rPr>
        <w:t>B. 8cm</w:t>
      </w:r>
    </w:p>
    <w:p>
      <w:pPr>
        <w:pStyle w:val="ListParagraph"/>
      </w:pPr>
      <w:r>
        <w:rPr>
          <w:sz w:val="22"/>
        </w:rPr>
        <w:t>C. 9cm</w:t>
      </w:r>
    </w:p>
    <w:p>
      <w:pPr>
        <w:pStyle w:val="ListParagraph"/>
      </w:pPr>
      <w:r>
        <w:rPr>
          <w:sz w:val="22"/>
        </w:rPr>
        <w:t>D. 10cm</w:t>
      </w:r>
    </w:p>
    <w:p/>
    <w:p>
      <w:r>
        <w:rPr>
          <w:b/>
          <w:sz w:val="24"/>
        </w:rPr>
        <w:t>Câu 7: Để đo khoảng cách từ vị trí A trên bờ sông đến vị trí B của con tàu bị mắc cạn gần một cù lao giữa sông, bạn Minh đi dọc bờ sông từ vị trí A đến vị trí C cách A một khoảng bằng 50 m và đo các góc BAC = 70°, BCA = 50° như hình minh hoạ. Tính khoảng cách AB theo đơn vị mét (làm tròn kết quả đến hàng đơn vị).</w:t>
      </w:r>
    </w:p>
    <w:p/>
    <w:p>
      <w:r>
        <w:rPr>
          <w:b/>
          <w:sz w:val="24"/>
        </w:rPr>
        <w:t>Câu 8: Từ một tấm bìa hình tròn, bạn Thảo cắt ra một hình tam giác có các cạnh AB = 8 cm, AC = 13 cm và B = 60° (Hình). Tính độ dài cạnh BC và bán kính R của miếng bìa (làm tròn kết quả đến hàng phần mười theo đơn vị centimet).</w:t>
      </w:r>
    </w:p>
    <w:p/>
    <w:p>
      <w:r>
        <w:rPr>
          <w:b/>
          <w:sz w:val="24"/>
        </w:rPr>
        <w:t>Câu 9: Giả sử CD = h là chiều cao của tháp trong đó C là chân tháp. Chọn hai điểm A, B trên mặt đất sao cho ba điểm A, B và C thẳng hàng. Ta đo được AB = 24 m, CAD = 63°, CBD = 48°. Tính chiều cao h của tháp?</w:t>
      </w:r>
    </w:p>
    <w:p/>
    <w:p>
      <w:r>
        <w:rPr>
          <w:b/>
          <w:sz w:val="24"/>
        </w:rPr>
        <w:t>Câu 10: Cho tam giác ABC có S = 84, a = 13, b = 14, c = 15. Tính bán kính đường tròn ngoại tiếp R của tam giác ABC.</w:t>
      </w:r>
    </w:p>
    <w:p/>
    <w:p>
      <w:r>
        <w:rPr>
          <w:b/>
          <w:sz w:val="24"/>
        </w:rPr>
        <w:t>Câu 11: Cho tam giác ABC có S = 10√3 và nửa chu vi p = 10. Tính bán kính đường tròn nội tiếp r của tam giác ABC.</w:t>
      </w:r>
    </w:p>
    <w:p/>
    <w:p>
      <w:r>
        <w:rPr>
          <w:b/>
          <w:sz w:val="24"/>
        </w:rPr>
        <w:t>Câu 12: Cho tam giác ABC có c = 3, b = 5, a = 6. Tính a/ Tính diện tích tam giác ABC. b/ Tính độ dài đường cao BH của tam giác ABC. c/ Tính bán kính đường tròn ngoại tiếp R, bán kính đường tròn nội tiếp r của tam giác ABC.</w:t>
      </w:r>
    </w:p>
    <w:p/>
    <w:p>
      <w:r>
        <w:rPr>
          <w:b/>
          <w:sz w:val="24"/>
        </w:rPr>
        <w:t>Câu 13: Trong khi khai quật một ngôi mộ cổ, các nhà khảo cổ học đã tìm được một chiếc đĩa cổ hình tròn bị vỡ, các nhà khảo cổ muốn khôi phục lại hình dạng chiếc đĩa này. Để xác định bán kính của chiếc đĩa, các nhà khảo cổ lấy 3 điểm trên chiếc đĩa và tiến hành đo đạc thu được kết quả như hình vẽ (AB = 4,3 cm; BC = 3,7 cm; CA = 7,5 cm). Bán kính của chiếc đĩa này bằng</w:t>
      </w:r>
    </w:p>
    <w:p/>
    <w:p>
      <w:r>
        <w:rPr>
          <w:b/>
          <w:sz w:val="24"/>
        </w:rPr>
        <w:t>Câu 14: Tính diện tích tam giác ABC biết AB = 3, BC = 5, CA = 6.</w:t>
      </w:r>
    </w:p>
    <w:p>
      <w:pPr>
        <w:pStyle w:val="ListParagraph"/>
      </w:pPr>
      <w:r>
        <w:rPr>
          <w:sz w:val="22"/>
        </w:rPr>
        <w:t>A. $\sqrt{56}$</w:t>
      </w:r>
    </w:p>
    <w:p>
      <w:pPr>
        <w:pStyle w:val="ListParagraph"/>
      </w:pPr>
      <w:r>
        <w:rPr>
          <w:sz w:val="22"/>
        </w:rPr>
        <w:t>B. $\sqrt{48}$</w:t>
      </w:r>
    </w:p>
    <w:p>
      <w:pPr>
        <w:pStyle w:val="ListParagraph"/>
      </w:pPr>
      <w:r>
        <w:rPr>
          <w:sz w:val="22"/>
        </w:rPr>
        <w:t>C. 6</w:t>
      </w:r>
    </w:p>
    <w:p>
      <w:pPr>
        <w:pStyle w:val="ListParagraph"/>
      </w:pPr>
      <w:r>
        <w:rPr>
          <w:sz w:val="22"/>
        </w:rPr>
        <w:t>D. 8</w:t>
      </w:r>
    </w:p>
    <w:p/>
    <w:p>
      <w:r>
        <w:rPr>
          <w:b/>
          <w:sz w:val="24"/>
        </w:rPr>
        <w:t>Câu 15: Cho tam giác ABC có a = 4, c = 5, B = 150°. Diện tích của tam giác là:</w:t>
      </w:r>
    </w:p>
    <w:p>
      <w:pPr>
        <w:pStyle w:val="ListParagraph"/>
      </w:pPr>
      <w:r>
        <w:rPr>
          <w:sz w:val="22"/>
        </w:rPr>
        <w:t>A. $5\sqrt{3}$</w:t>
      </w:r>
    </w:p>
    <w:p>
      <w:pPr>
        <w:pStyle w:val="ListParagraph"/>
      </w:pPr>
      <w:r>
        <w:rPr>
          <w:sz w:val="22"/>
        </w:rPr>
        <w:t>B. 5</w:t>
      </w:r>
    </w:p>
    <w:p>
      <w:pPr>
        <w:pStyle w:val="ListParagraph"/>
      </w:pPr>
      <w:r>
        <w:rPr>
          <w:sz w:val="22"/>
        </w:rPr>
        <w:t>C. 10</w:t>
      </w:r>
    </w:p>
    <w:p>
      <w:pPr>
        <w:pStyle w:val="ListParagraph"/>
      </w:pPr>
      <w:r>
        <w:rPr>
          <w:sz w:val="22"/>
        </w:rPr>
        <w:t>D. $10\sqrt{3}$</w:t>
      </w:r>
    </w:p>
    <w:p/>
    <w:p>
      <w:r>
        <w:rPr>
          <w:b/>
          <w:sz w:val="24"/>
        </w:rPr>
        <w:t>Câu 16: Cho tam giác ABC có cạnh BC = a, cạnh CA = b. Tam giác ABC có diện tích lớn nhất khi góc C bằng:</w:t>
      </w:r>
    </w:p>
    <w:p>
      <w:pPr>
        <w:pStyle w:val="ListParagraph"/>
      </w:pPr>
      <w:r>
        <w:rPr>
          <w:sz w:val="22"/>
        </w:rPr>
        <w:t>A. 60°</w:t>
      </w:r>
    </w:p>
    <w:p>
      <w:pPr>
        <w:pStyle w:val="ListParagraph"/>
      </w:pPr>
      <w:r>
        <w:rPr>
          <w:sz w:val="22"/>
        </w:rPr>
        <w:t>B. 90°</w:t>
      </w:r>
    </w:p>
    <w:p>
      <w:pPr>
        <w:pStyle w:val="ListParagraph"/>
      </w:pPr>
      <w:r>
        <w:rPr>
          <w:sz w:val="22"/>
        </w:rPr>
        <w:t>C. 150°</w:t>
      </w:r>
    </w:p>
    <w:p>
      <w:pPr>
        <w:pStyle w:val="ListParagraph"/>
      </w:pPr>
      <w:r>
        <w:rPr>
          <w:sz w:val="22"/>
        </w:rPr>
        <w:t>D. 120°</w:t>
      </w:r>
    </w:p>
    <w:p/>
    <w:p>
      <w:r>
        <w:rPr>
          <w:b/>
          <w:sz w:val="24"/>
        </w:rPr>
        <w:t>Câu 17: Cho hình thoi ABCD có cạnh bằng a. Góc BAD = 30°. Diện tích hình thoi ABCD là</w:t>
      </w:r>
    </w:p>
    <w:p>
      <w:pPr>
        <w:pStyle w:val="ListParagraph"/>
      </w:pPr>
      <w:r>
        <w:rPr>
          <w:sz w:val="22"/>
        </w:rPr>
        <w:t>A. $\frac{a^2}{4}$</w:t>
      </w:r>
    </w:p>
    <w:p>
      <w:pPr>
        <w:pStyle w:val="ListParagraph"/>
      </w:pPr>
      <w:r>
        <w:rPr>
          <w:sz w:val="22"/>
        </w:rPr>
        <w:t>B. $\frac{a^2}{2}$</w:t>
      </w:r>
    </w:p>
    <w:p>
      <w:pPr>
        <w:pStyle w:val="ListParagraph"/>
      </w:pPr>
      <w:r>
        <w:rPr>
          <w:sz w:val="22"/>
        </w:rPr>
        <w:t>C. $\frac{a^2\sqrt{3}}{2}$</w:t>
      </w:r>
    </w:p>
    <w:p>
      <w:pPr>
        <w:pStyle w:val="ListParagraph"/>
      </w:pPr>
      <w:r>
        <w:rPr>
          <w:sz w:val="22"/>
        </w:rPr>
        <w:t>D. $a^2$</w:t>
      </w:r>
    </w:p>
    <w:p/>
    <w:p>
      <w:r>
        <w:rPr>
          <w:b/>
          <w:sz w:val="24"/>
        </w:rPr>
        <w:t>Câu 18: Tam giác ABC có góc A nhọn, AB = 5, AC = 8, diện tích bằng 12. Tính độ dài cạnh BC.</w:t>
      </w:r>
    </w:p>
    <w:p>
      <w:pPr>
        <w:pStyle w:val="ListParagraph"/>
      </w:pPr>
      <w:r>
        <w:rPr>
          <w:sz w:val="22"/>
        </w:rPr>
        <w:t>A. $2\sqrt{3}$</w:t>
      </w:r>
    </w:p>
    <w:p>
      <w:pPr>
        <w:pStyle w:val="ListParagraph"/>
      </w:pPr>
      <w:r>
        <w:rPr>
          <w:sz w:val="22"/>
        </w:rPr>
        <w:t>B. 4</w:t>
      </w:r>
    </w:p>
    <w:p>
      <w:pPr>
        <w:pStyle w:val="ListParagraph"/>
      </w:pPr>
      <w:r>
        <w:rPr>
          <w:sz w:val="22"/>
        </w:rPr>
        <w:t>C. 5</w:t>
      </w:r>
    </w:p>
    <w:p>
      <w:pPr>
        <w:pStyle w:val="ListParagraph"/>
      </w:pPr>
      <w:r>
        <w:rPr>
          <w:sz w:val="22"/>
        </w:rPr>
        <w:t>D. $3\sqrt{2}$</w:t>
      </w:r>
    </w:p>
    <w:p/>
    <w:p>
      <w:r>
        <w:rPr>
          <w:b/>
          <w:sz w:val="24"/>
        </w:rPr>
        <w:t>Câu 19: Cho tam giác ABC có AB = 2a; AC = 4a và BAC = 120°. Tính diện tích tam giác ABC</w:t>
      </w:r>
    </w:p>
    <w:p>
      <w:pPr>
        <w:pStyle w:val="ListParagraph"/>
      </w:pPr>
      <w:r>
        <w:rPr>
          <w:sz w:val="22"/>
        </w:rPr>
        <w:t>A. $S = 8a^2$</w:t>
      </w:r>
    </w:p>
    <w:p>
      <w:pPr>
        <w:pStyle w:val="ListParagraph"/>
      </w:pPr>
      <w:r>
        <w:rPr>
          <w:sz w:val="22"/>
        </w:rPr>
        <w:t>B. $S = 2a^2\sqrt{3}$</w:t>
      </w:r>
    </w:p>
    <w:p>
      <w:pPr>
        <w:pStyle w:val="ListParagraph"/>
      </w:pPr>
      <w:r>
        <w:rPr>
          <w:sz w:val="22"/>
        </w:rPr>
        <w:t>C. $S = a^2\sqrt{3}$</w:t>
      </w:r>
    </w:p>
    <w:p>
      <w:pPr>
        <w:pStyle w:val="ListParagraph"/>
      </w:pPr>
      <w:r>
        <w:rPr>
          <w:sz w:val="22"/>
        </w:rPr>
        <w:t>D. $S = 4a^2$</w:t>
      </w:r>
    </w:p>
    <w:p/>
    <w:p>
      <w:r>
        <w:rPr>
          <w:b/>
          <w:sz w:val="24"/>
        </w:rPr>
        <w:t>Câu 20: Cho tam giác ABC có chu vi bằng 12 và bán kính đường tròn nội tiếp bằng 1. Diện tích của tam giác ABC bằng</w:t>
      </w:r>
    </w:p>
    <w:p>
      <w:pPr>
        <w:pStyle w:val="ListParagraph"/>
      </w:pPr>
      <w:r>
        <w:rPr>
          <w:sz w:val="22"/>
        </w:rPr>
        <w:t>A. 12</w:t>
      </w:r>
    </w:p>
    <w:p>
      <w:pPr>
        <w:pStyle w:val="ListParagraph"/>
      </w:pPr>
      <w:r>
        <w:rPr>
          <w:sz w:val="22"/>
        </w:rPr>
        <w:t>B. 3</w:t>
      </w:r>
    </w:p>
    <w:p>
      <w:pPr>
        <w:pStyle w:val="ListParagraph"/>
      </w:pPr>
      <w:r>
        <w:rPr>
          <w:sz w:val="22"/>
        </w:rPr>
        <w:t>C. 6</w:t>
      </w:r>
    </w:p>
    <w:p>
      <w:pPr>
        <w:pStyle w:val="ListParagraph"/>
      </w:pPr>
      <w:r>
        <w:rPr>
          <w:sz w:val="22"/>
        </w:rPr>
        <w:t>D. 24</w:t>
      </w:r>
    </w:p>
    <w:p/>
    <w:p>
      <w:r>
        <w:rPr>
          <w:b/>
          <w:sz w:val="24"/>
        </w:rPr>
        <w:t>Câu 21: Cho tam giác ABC có AB = 3, AC = 5, BC = 6. Tính bán kính đường tròn ngoại tiếp tam giác ABC.</w:t>
      </w:r>
    </w:p>
    <w:p>
      <w:pPr>
        <w:pStyle w:val="ListParagraph"/>
      </w:pPr>
      <w:r>
        <w:rPr>
          <w:sz w:val="22"/>
        </w:rPr>
        <w:t>A. $\frac{45\sqrt{14}}{56}$</w:t>
      </w:r>
    </w:p>
    <w:p>
      <w:pPr>
        <w:pStyle w:val="ListParagraph"/>
      </w:pPr>
      <w:r>
        <w:rPr>
          <w:sz w:val="22"/>
        </w:rPr>
        <w:t>B. $\frac{45\sqrt{14}}{14}$</w:t>
      </w:r>
    </w:p>
    <w:p>
      <w:pPr>
        <w:pStyle w:val="ListParagraph"/>
      </w:pPr>
      <w:r>
        <w:rPr>
          <w:sz w:val="22"/>
        </w:rPr>
        <w:t>C. $\frac{4\sqrt{14}}{45}$</w:t>
      </w:r>
    </w:p>
    <w:p>
      <w:pPr>
        <w:pStyle w:val="ListParagraph"/>
      </w:pPr>
      <w:r>
        <w:rPr>
          <w:sz w:val="22"/>
        </w:rPr>
        <w:t>D. $\frac{45\sqrt{14}}{28}$</w:t>
      </w:r>
    </w:p>
    <w:p/>
    <w:p>
      <w:r>
        <w:rPr>
          <w:b/>
          <w:sz w:val="24"/>
        </w:rPr>
        <w:t>Câu 22: Cho tam giác ABC có b = 7; c = 5; cos A = 3/5. Độ dài đường cao ha của tam giác ABC là.</w:t>
      </w:r>
    </w:p>
    <w:p>
      <w:pPr>
        <w:pStyle w:val="ListParagraph"/>
      </w:pPr>
      <w:r>
        <w:rPr>
          <w:sz w:val="22"/>
        </w:rPr>
        <w:t>A. $\frac{7\sqrt{2}}{2}$</w:t>
      </w:r>
    </w:p>
    <w:p>
      <w:pPr>
        <w:pStyle w:val="ListParagraph"/>
      </w:pPr>
      <w:r>
        <w:rPr>
          <w:sz w:val="22"/>
        </w:rPr>
        <w:t>B. 8</w:t>
      </w:r>
    </w:p>
    <w:p>
      <w:pPr>
        <w:pStyle w:val="ListParagraph"/>
      </w:pPr>
      <w:r>
        <w:rPr>
          <w:sz w:val="22"/>
        </w:rPr>
        <w:t>C. $8\sqrt{3}$</w:t>
      </w:r>
    </w:p>
    <w:p>
      <w:pPr>
        <w:pStyle w:val="ListParagraph"/>
      </w:pPr>
      <w:r>
        <w:rPr>
          <w:sz w:val="22"/>
        </w:rPr>
        <w:t>D. $80\sqrt{3}$</w:t>
      </w:r>
    </w:p>
    <w:p/>
    <w:p>
      <w:r>
        <w:rPr>
          <w:b/>
          <w:sz w:val="24"/>
        </w:rPr>
        <w:t>Câu 23: Cho tam giác ABC có AC = 30, BC = 50 và C = 75°. Tính đường cao CH.</w:t>
      </w:r>
    </w:p>
    <w:p>
      <w:pPr>
        <w:pStyle w:val="ListParagraph"/>
      </w:pPr>
      <w:r>
        <w:rPr>
          <w:sz w:val="22"/>
        </w:rPr>
        <w:t>A. 28,1</w:t>
      </w:r>
    </w:p>
    <w:p>
      <w:pPr>
        <w:pStyle w:val="ListParagraph"/>
      </w:pPr>
      <w:r>
        <w:rPr>
          <w:sz w:val="22"/>
        </w:rPr>
        <w:t>B. 28,2</w:t>
      </w:r>
    </w:p>
    <w:p>
      <w:pPr>
        <w:pStyle w:val="ListParagraph"/>
      </w:pPr>
      <w:r>
        <w:rPr>
          <w:sz w:val="22"/>
        </w:rPr>
        <w:t>C. 28,3</w:t>
      </w:r>
    </w:p>
    <w:p>
      <w:pPr>
        <w:pStyle w:val="ListParagraph"/>
      </w:pPr>
      <w:r>
        <w:rPr>
          <w:sz w:val="22"/>
        </w:rPr>
        <w:t>D. 28,4</w:t>
      </w:r>
    </w:p>
    <w:p/>
    <w:p>
      <w:r>
        <w:rPr>
          <w:b/>
          <w:sz w:val="24"/>
        </w:rPr>
        <w:t>Câu 24: Cho tam giác ABC có B = 45°, C = 75° và a = 50. Bán kính đường tròn nội tiếp tam giác ABC bằng</w:t>
      </w:r>
    </w:p>
    <w:p>
      <w:pPr>
        <w:pStyle w:val="ListParagraph"/>
      </w:pPr>
      <w:r>
        <w:rPr>
          <w:sz w:val="22"/>
        </w:rPr>
        <w:t>A. 13,1</w:t>
      </w:r>
    </w:p>
    <w:p>
      <w:pPr>
        <w:pStyle w:val="ListParagraph"/>
      </w:pPr>
      <w:r>
        <w:rPr>
          <w:sz w:val="22"/>
        </w:rPr>
        <w:t>B. 13,2</w:t>
      </w:r>
    </w:p>
    <w:p>
      <w:pPr>
        <w:pStyle w:val="ListParagraph"/>
      </w:pPr>
      <w:r>
        <w:rPr>
          <w:sz w:val="22"/>
        </w:rPr>
        <w:t>C. 13,3</w:t>
      </w:r>
    </w:p>
    <w:p>
      <w:pPr>
        <w:pStyle w:val="ListParagraph"/>
      </w:pPr>
      <w:r>
        <w:rPr>
          <w:sz w:val="22"/>
        </w:rPr>
        <w:t>D. 13,4</w:t>
      </w:r>
    </w:p>
    <w:p/>
    <w:p>
      <w:r>
        <w:rPr>
          <w:b/>
          <w:sz w:val="24"/>
        </w:rPr>
        <w:t>Câu 25: Để tính đường kính và diện tích của một giếng nước cổ có dạng hình tròn, người ta tiến hành đo đạc tại ba vị trí A, B, C trên thành giếng. Kết quả đo được là: BC = 5 m, BAC = 145° hình dưới. Diện tích của giếng là bao nhiêu mét vuông (lấy π ≈ 3,14 và làm tròn kết quả đến hàng phần trăm)?</w:t>
      </w:r>
    </w:p>
    <w:p>
      <w:pPr>
        <w:pStyle w:val="ListParagraph"/>
      </w:pPr>
      <w:r>
        <w:rPr>
          <w:sz w:val="22"/>
        </w:rPr>
        <w:t>A. 29,25 (m²)</w:t>
      </w:r>
    </w:p>
    <w:p>
      <w:pPr>
        <w:pStyle w:val="ListParagraph"/>
      </w:pPr>
      <w:r>
        <w:rPr>
          <w:sz w:val="22"/>
        </w:rPr>
        <w:t>B. 53,29 (m²)</w:t>
      </w:r>
    </w:p>
    <w:p>
      <w:pPr>
        <w:pStyle w:val="ListParagraph"/>
      </w:pPr>
      <w:r>
        <w:rPr>
          <w:sz w:val="22"/>
        </w:rPr>
        <w:t>C. 238,61 (m²)</w:t>
      </w:r>
    </w:p>
    <w:p>
      <w:pPr>
        <w:pStyle w:val="ListParagraph"/>
      </w:pPr>
      <w:r>
        <w:rPr>
          <w:sz w:val="22"/>
        </w:rPr>
        <w:t>D. 59,68 (m²)</w:t>
      </w:r>
    </w:p>
    <w:p/>
    <w:p>
      <w:r>
        <w:t>──────────────────────────────────────────────────</w:t>
      </w:r>
    </w:p>
    <w:p>
      <w:r>
        <w:rPr>
          <w:b/>
        </w:rPr>
        <w:t>BẢNG ĐÁP ÁN &amp; LỜI GIẢI CHI TIẾT</w:t>
      </w:r>
    </w:p>
    <w:p>
      <w:r>
        <w:rPr>
          <w:b/>
        </w:rPr>
        <w:t>Câu 1: Đáp án đúng: C</w:t>
      </w:r>
    </w:p>
    <w:p>
      <w:r>
        <w:rPr>
          <w:b/>
        </w:rPr>
        <w:t>Câu 2: Đáp án đúng: B</w:t>
      </w:r>
    </w:p>
    <w:p>
      <w:r>
        <w:rPr>
          <w:b/>
        </w:rPr>
        <w:t>Câu 3: Đáp án đúng: B</w:t>
      </w:r>
    </w:p>
    <w:p>
      <w:r>
        <w:rPr>
          <w:b/>
        </w:rPr>
        <w:t>Câu 4: Đáp án đúng: C</w:t>
      </w:r>
    </w:p>
    <w:p>
      <w:r>
        <w:rPr>
          <w:b/>
        </w:rPr>
        <w:t>Câu 5: Đáp án đúng: A</w:t>
      </w:r>
    </w:p>
    <w:p>
      <w:r>
        <w:rPr>
          <w:b/>
        </w:rPr>
        <w:t>Câu 6: Đáp án đúng: A</w:t>
      </w:r>
    </w:p>
    <w:p>
      <w:r>
        <w:rPr>
          <w:b/>
        </w:rPr>
        <w:t>Câu 7: Đáp án đúng: None</w:t>
      </w:r>
    </w:p>
    <w:p>
      <w:r>
        <w:rPr>
          <w:b/>
        </w:rPr>
        <w:t>Câu 8: Đáp án đúng: None</w:t>
      </w:r>
    </w:p>
    <w:p>
      <w:r>
        <w:rPr>
          <w:b/>
        </w:rPr>
        <w:t>Câu 9: Đáp án đúng: None</w:t>
      </w:r>
    </w:p>
    <w:p>
      <w:r>
        <w:rPr>
          <w:b/>
        </w:rPr>
        <w:t>Câu 10: Đáp án đúng: None</w:t>
      </w:r>
    </w:p>
    <w:p>
      <w:r>
        <w:rPr>
          <w:b/>
        </w:rPr>
        <w:t>Câu 11: Đáp án đúng: None</w:t>
      </w:r>
    </w:p>
    <w:p>
      <w:r>
        <w:rPr>
          <w:b/>
        </w:rPr>
        <w:t>Câu 12: Đáp án đúng: None</w:t>
      </w:r>
    </w:p>
    <w:p>
      <w:r>
        <w:rPr>
          <w:b/>
        </w:rPr>
        <w:t>Câu 13: Đáp án đúng: None</w:t>
      </w:r>
    </w:p>
    <w:p>
      <w:r>
        <w:rPr>
          <w:b/>
        </w:rPr>
        <w:t>Câu 14: Đáp án đúng: A</w:t>
      </w:r>
    </w:p>
    <w:p>
      <w:r>
        <w:rPr>
          <w:b/>
        </w:rPr>
        <w:t>Câu 15: Đáp án đúng: B</w:t>
      </w:r>
    </w:p>
    <w:p>
      <w:r>
        <w:rPr>
          <w:b/>
        </w:rPr>
        <w:t>Câu 16: Đáp án đúng: B</w:t>
      </w:r>
    </w:p>
    <w:p>
      <w:r>
        <w:rPr>
          <w:b/>
        </w:rPr>
        <w:t>Câu 17: Đáp án đúng: B</w:t>
      </w:r>
    </w:p>
    <w:p>
      <w:r>
        <w:rPr>
          <w:b/>
        </w:rPr>
        <w:t>Câu 18: Đáp án đúng: C</w:t>
      </w:r>
    </w:p>
    <w:p>
      <w:r>
        <w:rPr>
          <w:b/>
        </w:rPr>
        <w:t>Câu 19: Đáp án đúng: B</w:t>
      </w:r>
    </w:p>
    <w:p>
      <w:r>
        <w:rPr>
          <w:b/>
        </w:rPr>
        <w:t>Câu 20: Đáp án đúng: C</w:t>
      </w:r>
    </w:p>
    <w:p>
      <w:r>
        <w:rPr>
          <w:b/>
        </w:rPr>
        <w:t>Câu 21: Đáp án đúng: A</w:t>
      </w:r>
    </w:p>
    <w:p>
      <w:r>
        <w:rPr>
          <w:b/>
        </w:rPr>
        <w:t>Câu 22: Đáp án đúng: A</w:t>
      </w:r>
    </w:p>
    <w:p>
      <w:r>
        <w:rPr>
          <w:b/>
        </w:rPr>
        <w:t>Câu 23: Đáp án đúng: C</w:t>
      </w:r>
    </w:p>
    <w:p>
      <w:r>
        <w:rPr>
          <w:b/>
        </w:rPr>
        <w:t>Câu 24: Đáp án đúng: A</w:t>
      </w:r>
    </w:p>
    <w:p>
      <w:r>
        <w:rPr>
          <w:b/>
        </w:rPr>
        <w:t>Câu 25: Đáp án đúng: B</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