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Lịch sử 12: Lịch sử việt nam</w:t>
      </w:r>
    </w:p>
    <w:p>
      <w:pPr>
        <w:jc w:val="center"/>
      </w:pPr>
      <w:r>
        <w:rPr>
          <w:sz w:val="22"/>
        </w:rPr>
        <w:t>Số câu: 10    Thời gian: _____ phút    Họ và tên: _________________________</w:t>
      </w:r>
    </w:p>
    <w:p/>
    <w:p>
      <w:r>
        <w:rPr>
          <w:b/>
          <w:sz w:val="24"/>
        </w:rPr>
        <w:t>Câu 1: Sự kiện nào đánh dấu bước ngoặt vĩ đại trong lịch sử cách mạng Việt Nam, đưa Đảng Cộng sản Việt Nam trở thành Đảng cầm quyền?</w:t>
      </w:r>
    </w:p>
    <w:p>
      <w:pPr>
        <w:pStyle w:val="ListParagraph"/>
      </w:pPr>
      <w:r>
        <w:rPr>
          <w:sz w:val="22"/>
        </w:rPr>
        <w:t>A. Chiến thắng Điện Biên Phủ năm 1954</w:t>
      </w:r>
    </w:p>
    <w:p>
      <w:pPr>
        <w:pStyle w:val="ListParagraph"/>
      </w:pPr>
      <w:r>
        <w:rPr>
          <w:sz w:val="22"/>
        </w:rPr>
        <w:t>B. Hội nghị thành lập Đảng năm 1930</w:t>
      </w:r>
    </w:p>
    <w:p>
      <w:pPr>
        <w:pStyle w:val="ListParagraph"/>
      </w:pPr>
      <w:r>
        <w:rPr>
          <w:sz w:val="22"/>
        </w:rPr>
        <w:t>C. Đại thắng mùa Xuân năm 1975</w:t>
      </w:r>
    </w:p>
    <w:p>
      <w:pPr>
        <w:pStyle w:val="ListParagraph"/>
      </w:pPr>
      <w:r>
        <w:rPr>
          <w:sz w:val="22"/>
        </w:rPr>
        <w:t>D. Cách mạng tháng Tám năm 1945 thành công</w:t>
      </w:r>
    </w:p>
    <w:p/>
    <w:p>
      <w:r>
        <w:rPr>
          <w:b/>
          <w:sz w:val="24"/>
        </w:rPr>
        <w:t>Câu 2: Nước Việt Nam Dân chủ Cộng hòa ra đời vào ngày tháng năm nào?</w:t>
      </w:r>
    </w:p>
    <w:p>
      <w:pPr>
        <w:pStyle w:val="ListParagraph"/>
      </w:pPr>
      <w:r>
        <w:rPr>
          <w:sz w:val="22"/>
        </w:rPr>
        <w:t>A. 19/8/1945</w:t>
      </w:r>
    </w:p>
    <w:p>
      <w:pPr>
        <w:pStyle w:val="ListParagraph"/>
      </w:pPr>
      <w:r>
        <w:rPr>
          <w:sz w:val="22"/>
        </w:rPr>
        <w:t>B. 2/9/1945</w:t>
      </w:r>
    </w:p>
    <w:p>
      <w:pPr>
        <w:pStyle w:val="ListParagraph"/>
      </w:pPr>
      <w:r>
        <w:rPr>
          <w:sz w:val="22"/>
        </w:rPr>
        <w:t>C. 19/12/1946</w:t>
      </w:r>
    </w:p>
    <w:p>
      <w:pPr>
        <w:pStyle w:val="ListParagraph"/>
      </w:pPr>
      <w:r>
        <w:rPr>
          <w:sz w:val="22"/>
        </w:rPr>
        <w:t>D. 2/9/1946</w:t>
      </w:r>
    </w:p>
    <w:p/>
    <w:p>
      <w:r>
        <w:rPr>
          <w:b/>
          <w:sz w:val="24"/>
        </w:rPr>
        <w:t>Câu 3: Chiến dịch nào đã kết thúc thắng lợi cuộc kháng chiến chống thực dân Pháp của nhân dân ta?</w:t>
      </w:r>
    </w:p>
    <w:p>
      <w:pPr>
        <w:pStyle w:val="ListParagraph"/>
      </w:pPr>
      <w:r>
        <w:rPr>
          <w:sz w:val="22"/>
        </w:rPr>
        <w:t>A. Chiến dịch Tây Nguyên năm 1975</w:t>
      </w:r>
    </w:p>
    <w:p>
      <w:pPr>
        <w:pStyle w:val="ListParagraph"/>
      </w:pPr>
      <w:r>
        <w:rPr>
          <w:sz w:val="22"/>
        </w:rPr>
        <w:t>B. Chiến dịch Biên giới thu - đông 1950</w:t>
      </w:r>
    </w:p>
    <w:p>
      <w:pPr>
        <w:pStyle w:val="ListParagraph"/>
      </w:pPr>
      <w:r>
        <w:rPr>
          <w:sz w:val="22"/>
        </w:rPr>
        <w:t>C. Chiến dịch Điện Biên Phủ năm 1954</w:t>
      </w:r>
    </w:p>
    <w:p>
      <w:pPr>
        <w:pStyle w:val="ListParagraph"/>
      </w:pPr>
      <w:r>
        <w:rPr>
          <w:sz w:val="22"/>
        </w:rPr>
        <w:t>D. Chiến dịch Việt Bắc thu - đông 1947</w:t>
      </w:r>
    </w:p>
    <w:p/>
    <w:p>
      <w:r>
        <w:rPr>
          <w:b/>
          <w:sz w:val="24"/>
        </w:rPr>
        <w:t>Câu 4: Hiệp định Giơnevơ năm 1954 về Đông Dương quy định vĩ tuyến nào là giới tuyến quân sự tạm thời giữa hai miền Nam - Bắc Việt Nam?</w:t>
      </w:r>
    </w:p>
    <w:p>
      <w:pPr>
        <w:pStyle w:val="ListParagraph"/>
      </w:pPr>
      <w:r>
        <w:rPr>
          <w:sz w:val="22"/>
        </w:rPr>
        <w:t>A. Vĩ tuyến 20</w:t>
      </w:r>
    </w:p>
    <w:p>
      <w:pPr>
        <w:pStyle w:val="ListParagraph"/>
      </w:pPr>
      <w:r>
        <w:rPr>
          <w:sz w:val="22"/>
        </w:rPr>
        <w:t>B. Vĩ tuyến 18</w:t>
      </w:r>
    </w:p>
    <w:p>
      <w:pPr>
        <w:pStyle w:val="ListParagraph"/>
      </w:pPr>
      <w:r>
        <w:rPr>
          <w:sz w:val="22"/>
        </w:rPr>
        <w:t>C. Vĩ tuyến 16</w:t>
      </w:r>
    </w:p>
    <w:p>
      <w:pPr>
        <w:pStyle w:val="ListParagraph"/>
      </w:pPr>
      <w:r>
        <w:rPr>
          <w:sz w:val="22"/>
        </w:rPr>
        <w:t>D. Vĩ tuyến 17</w:t>
      </w:r>
    </w:p>
    <w:p/>
    <w:p>
      <w:r>
        <w:rPr>
          <w:b/>
          <w:sz w:val="24"/>
        </w:rPr>
        <w:t>Câu 5: Đại hội đại biểu toàn quốc lần thứ VI của Đảng (12/1986) đã đề ra đường lối gì?</w:t>
      </w:r>
    </w:p>
    <w:p>
      <w:pPr>
        <w:pStyle w:val="ListParagraph"/>
      </w:pPr>
      <w:r>
        <w:rPr>
          <w:sz w:val="22"/>
        </w:rPr>
        <w:t>A. Đường lối công nghiệp hóa, hiện đại hóa</w:t>
      </w:r>
    </w:p>
    <w:p>
      <w:pPr>
        <w:pStyle w:val="ListParagraph"/>
      </w:pPr>
      <w:r>
        <w:rPr>
          <w:sz w:val="22"/>
        </w:rPr>
        <w:t>B. Đường lối kháng chiến chống Mỹ, cứu nước</w:t>
      </w:r>
    </w:p>
    <w:p>
      <w:pPr>
        <w:pStyle w:val="ListParagraph"/>
      </w:pPr>
      <w:r>
        <w:rPr>
          <w:sz w:val="22"/>
        </w:rPr>
        <w:t>C. Đường lối xây dựng chủ nghĩa xã hội ở miền Bắc</w:t>
      </w:r>
    </w:p>
    <w:p>
      <w:pPr>
        <w:pStyle w:val="ListParagraph"/>
      </w:pPr>
      <w:r>
        <w:rPr>
          <w:sz w:val="22"/>
        </w:rPr>
        <w:t>D. Đường lối đổi mới đất nước</w:t>
      </w:r>
    </w:p>
    <w:p/>
    <w:p>
      <w:r>
        <w:rPr>
          <w:b/>
          <w:sz w:val="24"/>
        </w:rPr>
        <w:t>Câu 6: Chiến thắng nào của quân dân ta đã buộc Mỹ phải ký Hiệp định Pari năm 1973?</w:t>
      </w:r>
    </w:p>
    <w:p>
      <w:pPr>
        <w:pStyle w:val="ListParagraph"/>
      </w:pPr>
      <w:r>
        <w:rPr>
          <w:sz w:val="22"/>
        </w:rPr>
        <w:t>A. Chiến thắng Vạn Tường</w:t>
      </w:r>
    </w:p>
    <w:p>
      <w:pPr>
        <w:pStyle w:val="ListParagraph"/>
      </w:pPr>
      <w:r>
        <w:rPr>
          <w:sz w:val="22"/>
        </w:rPr>
        <w:t>B. Chiến thắng Điện Biên Phủ trên không</w:t>
      </w:r>
    </w:p>
    <w:p>
      <w:pPr>
        <w:pStyle w:val="ListParagraph"/>
      </w:pPr>
      <w:r>
        <w:rPr>
          <w:sz w:val="22"/>
        </w:rPr>
        <w:t>C. Chiến thắng Bình Giã</w:t>
      </w:r>
    </w:p>
    <w:p>
      <w:pPr>
        <w:pStyle w:val="ListParagraph"/>
      </w:pPr>
      <w:r>
        <w:rPr>
          <w:sz w:val="22"/>
        </w:rPr>
        <w:t>D. Chiến thắng Ấp Bắc</w:t>
      </w:r>
    </w:p>
    <w:p/>
    <w:p>
      <w:r>
        <w:rPr>
          <w:b/>
          <w:sz w:val="24"/>
        </w:rPr>
        <w:t>Câu 7: Sự kiện nào đánh dấu thắng lợi hoàn toàn của cuộc kháng chiến chống Mỹ, cứu nước?</w:t>
      </w:r>
    </w:p>
    <w:p>
      <w:pPr>
        <w:pStyle w:val="ListParagraph"/>
      </w:pPr>
      <w:r>
        <w:rPr>
          <w:sz w:val="22"/>
        </w:rPr>
        <w:t>A. Chiến dịch Hồ Chí Minh năm 1975</w:t>
      </w:r>
    </w:p>
    <w:p>
      <w:pPr>
        <w:pStyle w:val="ListParagraph"/>
      </w:pPr>
      <w:r>
        <w:rPr>
          <w:sz w:val="22"/>
        </w:rPr>
        <w:t>B. Chiến thắng Điện Biên Phủ trên không năm 1972</w:t>
      </w:r>
    </w:p>
    <w:p>
      <w:pPr>
        <w:pStyle w:val="ListParagraph"/>
      </w:pPr>
      <w:r>
        <w:rPr>
          <w:sz w:val="22"/>
        </w:rPr>
        <w:t>C. Hiệp định Pari năm 1973</w:t>
      </w:r>
    </w:p>
    <w:p>
      <w:pPr>
        <w:pStyle w:val="ListParagraph"/>
      </w:pPr>
      <w:r>
        <w:rPr>
          <w:sz w:val="22"/>
        </w:rPr>
        <w:t>D. Chiến thắng Điện Biên Phủ năm 1954</w:t>
      </w:r>
    </w:p>
    <w:p/>
    <w:p>
      <w:r>
        <w:rPr>
          <w:b/>
          <w:sz w:val="24"/>
        </w:rPr>
        <w:t>Câu 8: Đảng Cộng sản Việt Nam được thành lập vào ngày tháng năm nào?</w:t>
      </w:r>
    </w:p>
    <w:p>
      <w:pPr>
        <w:pStyle w:val="ListParagraph"/>
      </w:pPr>
      <w:r>
        <w:rPr>
          <w:sz w:val="22"/>
        </w:rPr>
        <w:t>A. 2/3/1931</w:t>
      </w:r>
    </w:p>
    <w:p>
      <w:pPr>
        <w:pStyle w:val="ListParagraph"/>
      </w:pPr>
      <w:r>
        <w:rPr>
          <w:sz w:val="22"/>
        </w:rPr>
        <w:t>B. 3/2/1931</w:t>
      </w:r>
    </w:p>
    <w:p>
      <w:pPr>
        <w:pStyle w:val="ListParagraph"/>
      </w:pPr>
      <w:r>
        <w:rPr>
          <w:sz w:val="22"/>
        </w:rPr>
        <w:t>C. 2/3/1930</w:t>
      </w:r>
    </w:p>
    <w:p>
      <w:pPr>
        <w:pStyle w:val="ListParagraph"/>
      </w:pPr>
      <w:r>
        <w:rPr>
          <w:sz w:val="22"/>
        </w:rPr>
        <w:t>D. 3/2/1930</w:t>
      </w:r>
    </w:p>
    <w:p/>
    <w:p>
      <w:r>
        <w:rPr>
          <w:b/>
          <w:sz w:val="24"/>
        </w:rPr>
        <w:t>Câu 9: Phong trào cách mạng nào diễn ra năm 1930 - 1931 với đỉnh cao là Xô viết Nghệ - Tĩnh?</w:t>
      </w:r>
    </w:p>
    <w:p>
      <w:pPr>
        <w:pStyle w:val="ListParagraph"/>
      </w:pPr>
      <w:r>
        <w:rPr>
          <w:sz w:val="22"/>
        </w:rPr>
        <w:t>A. Phong trào dân chủ 1936 - 1939</w:t>
      </w:r>
    </w:p>
    <w:p>
      <w:pPr>
        <w:pStyle w:val="ListParagraph"/>
      </w:pPr>
      <w:r>
        <w:rPr>
          <w:sz w:val="22"/>
        </w:rPr>
        <w:t>B. Phong trào Đông Dương đại hội</w:t>
      </w:r>
    </w:p>
    <w:p>
      <w:pPr>
        <w:pStyle w:val="ListParagraph"/>
      </w:pPr>
      <w:r>
        <w:rPr>
          <w:sz w:val="22"/>
        </w:rPr>
        <w:t>C. Phong trào giải phóng dân tộc 1939 - 1945</w:t>
      </w:r>
    </w:p>
    <w:p>
      <w:pPr>
        <w:pStyle w:val="ListParagraph"/>
      </w:pPr>
      <w:r>
        <w:rPr>
          <w:sz w:val="22"/>
        </w:rPr>
        <w:t>D. Phong trào cách mạng 1930 - 1931</w:t>
      </w:r>
    </w:p>
    <w:p/>
    <w:p>
      <w:r>
        <w:rPr>
          <w:b/>
          <w:sz w:val="24"/>
        </w:rPr>
        <w:t>Câu 10: Nội dung nào không phải là ý nghĩa của Cách mạng tháng Tám năm 1945?</w:t>
      </w:r>
    </w:p>
    <w:p>
      <w:pPr>
        <w:pStyle w:val="ListParagraph"/>
      </w:pPr>
      <w:r>
        <w:rPr>
          <w:sz w:val="22"/>
        </w:rPr>
        <w:t>A. Mở ra kỷ nguyên độc lập, tự do cho dân tộc</w:t>
      </w:r>
    </w:p>
    <w:p>
      <w:pPr>
        <w:pStyle w:val="ListParagraph"/>
      </w:pPr>
      <w:r>
        <w:rPr>
          <w:sz w:val="22"/>
        </w:rPr>
        <w:t>B. Đưa Đảng Cộng sản Việt Nam trở thành Đảng cầm quyền</w:t>
      </w:r>
    </w:p>
    <w:p>
      <w:pPr>
        <w:pStyle w:val="ListParagraph"/>
      </w:pPr>
      <w:r>
        <w:rPr>
          <w:sz w:val="22"/>
        </w:rPr>
        <w:t>C. Lật đổ chế độ phong kiến tồn tại hàng nghìn năm</w:t>
      </w:r>
    </w:p>
    <w:p>
      <w:pPr>
        <w:pStyle w:val="ListParagraph"/>
      </w:pPr>
      <w:r>
        <w:rPr>
          <w:sz w:val="22"/>
        </w:rPr>
        <w:t>D. Buộc thực dân Pháp phải ký Hiệp định Giơnevơ</w:t>
      </w:r>
    </w:p>
    <w:p/>
    <w:p>
      <w:r>
        <w:t>──────────────────────────────────────────────────</w:t>
      </w:r>
    </w:p>
    <w:p>
      <w:r>
        <w:rPr>
          <w:b/>
        </w:rPr>
        <w:t>BẢNG ĐÁP ÁN &amp; LỜI GIẢI CHI TIẾT</w:t>
      </w:r>
    </w:p>
    <w:p>
      <w:r>
        <w:rPr>
          <w:b/>
        </w:rPr>
        <w:t>Câu 1: Đáp án đúng: D</w:t>
      </w:r>
    </w:p>
    <w:p>
      <w:r>
        <w:rPr>
          <w:i/>
        </w:rPr>
        <w:t>Giải thích: Cách mạng tháng Tám năm 1945 thành công đã lật đổ chế độ phong kiến và ách thống trị thực dân, đưa Đảng Cộng sản Việt Nam trở thành Đảng cầm quyền.</w:t>
      </w:r>
    </w:p>
    <w:p>
      <w:r>
        <w:rPr>
          <w:b/>
        </w:rPr>
        <w:t>Câu 2: Đáp án đúng: B</w:t>
      </w:r>
    </w:p>
    <w:p>
      <w:r>
        <w:rPr>
          <w:i/>
        </w:rPr>
        <w:t>Giải thích: Ngày 2/9/1945, tại Quảng trường Ba Đình, Chủ tịch Hồ Chí Minh đọc Tuyên ngôn Độc lập, khai sinh nước Việt Nam Dân chủ Cộng hòa.</w:t>
      </w:r>
    </w:p>
    <w:p>
      <w:r>
        <w:rPr>
          <w:b/>
        </w:rPr>
        <w:t>Câu 3: Đáp án đúng: C</w:t>
      </w:r>
    </w:p>
    <w:p>
      <w:r>
        <w:rPr>
          <w:i/>
        </w:rPr>
        <w:t>Giải thích: Chiến dịch Điện Biên Phủ năm 1954 giành thắng lợi, buộc thực dân Pháp phải ký Hiệp định Giơnevơ, kết thúc kháng chiến chống Pháp.</w:t>
      </w:r>
    </w:p>
    <w:p>
      <w:r>
        <w:rPr>
          <w:b/>
        </w:rPr>
        <w:t>Câu 4: Đáp án đúng: D</w:t>
      </w:r>
    </w:p>
    <w:p>
      <w:r>
        <w:rPr>
          <w:i/>
        </w:rPr>
        <w:t>Giải thích: Hiệp định Giơnevơ quy định vĩ tuyến 17 là giới tuyến quân sự tạm thời giữa hai miền Nam - Bắc Việt Nam.</w:t>
      </w:r>
    </w:p>
    <w:p>
      <w:r>
        <w:rPr>
          <w:b/>
        </w:rPr>
        <w:t>Câu 5: Đáp án đúng: D</w:t>
      </w:r>
    </w:p>
    <w:p>
      <w:r>
        <w:rPr>
          <w:i/>
        </w:rPr>
        <w:t>Giải thích: Đại hội VI của Đảng (12/1986) đề ra đường lối đổi mới đất nước, mở ra thời kỳ phát triển mới cho cách mạng Việt Nam.</w:t>
      </w:r>
    </w:p>
    <w:p>
      <w:r>
        <w:rPr>
          <w:b/>
        </w:rPr>
        <w:t>Câu 6: Đáp án đúng: B</w:t>
      </w:r>
    </w:p>
    <w:p>
      <w:r>
        <w:rPr>
          <w:i/>
        </w:rPr>
        <w:t>Giải thích: Chiến thắng Điện Biên Phủ trên không (12/1972) buộc Mỹ phải ký Hiệp định Pari năm 1973, chấm dứt chiến tranh, lập lại hòa bình ở Việt Nam.</w:t>
      </w:r>
    </w:p>
    <w:p>
      <w:r>
        <w:rPr>
          <w:b/>
        </w:rPr>
        <w:t>Câu 7: Đáp án đúng: A</w:t>
      </w:r>
    </w:p>
    <w:p>
      <w:r>
        <w:rPr>
          <w:i/>
        </w:rPr>
        <w:t>Giải thích: Chiến dịch Hồ Chí Minh năm 1975 giành thắng lợi hoàn toàn, kết thúc cuộc kháng chiến chống Mỹ, cứu nước, giải phóng miền Nam, thống nhất đất nước.</w:t>
      </w:r>
    </w:p>
    <w:p>
      <w:r>
        <w:rPr>
          <w:b/>
        </w:rPr>
        <w:t>Câu 8: Đáp án đúng: D</w:t>
      </w:r>
    </w:p>
    <w:p>
      <w:r>
        <w:rPr>
          <w:i/>
        </w:rPr>
        <w:t>Giải thích: Đảng Cộng sản Việt Nam được thành lập ngày 3/2/1930 tại Hội nghị hợp nhất các tổ chức cộng sản ở Cửu Long (Hương Cảng, Trung Quốc).</w:t>
      </w:r>
    </w:p>
    <w:p>
      <w:r>
        <w:rPr>
          <w:b/>
        </w:rPr>
        <w:t>Câu 9: Đáp án đúng: D</w:t>
      </w:r>
    </w:p>
    <w:p>
      <w:r>
        <w:rPr>
          <w:i/>
        </w:rPr>
        <w:t>Giải thích: Phong trào cách mạng 1930 - 1931 với đỉnh cao là Xô viết Nghệ - Tĩnh là phong trào cách mạng đầu tiên do Đảng lãnh đạo.</w:t>
      </w:r>
    </w:p>
    <w:p>
      <w:r>
        <w:rPr>
          <w:b/>
        </w:rPr>
        <w:t>Câu 10: Đáp án đúng: D</w:t>
      </w:r>
    </w:p>
    <w:p>
      <w:r>
        <w:rPr>
          <w:i/>
        </w:rPr>
        <w:t>Giải thích: Buộc thực dân Pháp ký Hiệp định Giơnevơ là ý nghĩa của chiến thắng Điện Biên Phủ năm 1954, không phải của Cách mạng tháng Tám năm 1945.</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