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2 - Bài trắc nghiệm - Sản phẩm xây dựng cuối cùng có thể là:</w:t>
      </w:r>
    </w:p>
    <w:p>
      <w:pPr>
        <w:jc w:val="center"/>
      </w:pPr>
      <w:r>
        <w:rPr>
          <w:sz w:val="22"/>
        </w:rPr>
        <w:t>Số câu: 28    Thời gian: _____ phút    Họ và tên: _________________________</w:t>
      </w:r>
    </w:p>
    <w:p/>
    <w:p>
      <w:r>
        <w:rPr>
          <w:b/>
          <w:sz w:val="24"/>
        </w:rPr>
        <w:t>Câu 1: Sản phẩm xây dựng cuối cùng có thể là:</w:t>
      </w:r>
    </w:p>
    <w:p>
      <w:pPr>
        <w:pStyle w:val="ListParagraph"/>
      </w:pPr>
      <w:r>
        <w:rPr>
          <w:sz w:val="22"/>
        </w:rPr>
        <w:t>A. Các gói công việc xây dựng đã hoàn thành và bàn giao thanh toán</w:t>
      </w:r>
    </w:p>
    <w:p>
      <w:pPr>
        <w:pStyle w:val="ListParagraph"/>
      </w:pPr>
      <w:r>
        <w:rPr>
          <w:sz w:val="22"/>
        </w:rPr>
        <w:t>B. Các công trình xây dựng đã hoàn thành và bàn giao đưa vào sử dụng</w:t>
      </w:r>
    </w:p>
    <w:p>
      <w:pPr>
        <w:pStyle w:val="ListParagraph"/>
      </w:pPr>
      <w:r>
        <w:rPr>
          <w:sz w:val="22"/>
        </w:rPr>
        <w:t>C. Các công trình đã hoàn thành nhưng chưa lắp đặt thiết bị công nghệ ở bên trong</w:t>
      </w:r>
    </w:p>
    <w:p>
      <w:pPr>
        <w:pStyle w:val="ListParagraph"/>
      </w:pPr>
      <w:r>
        <w:rPr>
          <w:sz w:val="22"/>
        </w:rPr>
        <w:t>D. Cả 3 đều đúng</w:t>
      </w:r>
    </w:p>
    <w:p/>
    <w:p>
      <w:r>
        <w:rPr>
          <w:b/>
          <w:sz w:val="24"/>
        </w:rPr>
        <w:t>Câu 2: Phát biểu nào sau đây là đúng:</w:t>
      </w:r>
    </w:p>
    <w:p>
      <w:pPr>
        <w:pStyle w:val="ListParagraph"/>
      </w:pPr>
      <w:r>
        <w:rPr>
          <w:sz w:val="22"/>
        </w:rPr>
        <w:t>A. Việc sản xuất xây dựng luôn luôn biến động, thiếu ổn định theo thời gian, địa điểm xây dựng</w:t>
      </w:r>
    </w:p>
    <w:p>
      <w:pPr>
        <w:pStyle w:val="ListParagraph"/>
      </w:pPr>
      <w:r>
        <w:rPr>
          <w:sz w:val="22"/>
        </w:rPr>
        <w:t>B. Sản xuất xây dựng phải tiến hành theo đơn đặt hàng cụ thể thông qua giao thầu hay đấu thầu</w:t>
      </w:r>
    </w:p>
    <w:p>
      <w:pPr>
        <w:pStyle w:val="ListParagraph"/>
      </w:pPr>
      <w:r>
        <w:rPr>
          <w:sz w:val="22"/>
        </w:rPr>
        <w:t>C. Cả a và b đều đúng</w:t>
      </w:r>
    </w:p>
    <w:p>
      <w:pPr>
        <w:pStyle w:val="ListParagraph"/>
      </w:pPr>
      <w:r>
        <w:rPr>
          <w:sz w:val="22"/>
        </w:rPr>
        <w:t>D. Cả a và b đều sai</w:t>
      </w:r>
    </w:p>
    <w:p/>
    <w:p>
      <w:r>
        <w:rPr>
          <w:b/>
          <w:sz w:val="24"/>
        </w:rPr>
        <w:t>Câu 3: Các lực lượng chủ yếu tham gia vào quá trình hình thành của công trình xây dựng gồm:</w:t>
      </w:r>
    </w:p>
    <w:p>
      <w:pPr>
        <w:pStyle w:val="ListParagraph"/>
      </w:pPr>
      <w:r>
        <w:rPr>
          <w:sz w:val="22"/>
        </w:rPr>
        <w:t>A. Chủ đầu tư</w:t>
      </w:r>
    </w:p>
    <w:p>
      <w:pPr>
        <w:pStyle w:val="ListParagraph"/>
      </w:pPr>
      <w:r>
        <w:rPr>
          <w:sz w:val="22"/>
        </w:rPr>
        <w:t>B. Các doanh nghiệp tư vấn</w:t>
      </w:r>
    </w:p>
    <w:p>
      <w:pPr>
        <w:pStyle w:val="ListParagraph"/>
      </w:pPr>
      <w:r>
        <w:rPr>
          <w:sz w:val="22"/>
        </w:rPr>
        <w:t>C. Các tổ chức ngân hàng, tài trợ</w:t>
      </w:r>
    </w:p>
    <w:p>
      <w:pPr>
        <w:pStyle w:val="ListParagraph"/>
      </w:pPr>
      <w:r>
        <w:rPr>
          <w:sz w:val="22"/>
        </w:rPr>
        <w:t>D. Cả a, b và c đều đúng</w:t>
      </w:r>
    </w:p>
    <w:p/>
    <w:p>
      <w:r>
        <w:rPr>
          <w:b/>
          <w:sz w:val="24"/>
        </w:rPr>
        <w:t>Câu 4: Khái niệm về 'Công trình xây dựng' được nêu trong văn bản nào?</w:t>
      </w:r>
    </w:p>
    <w:p>
      <w:pPr>
        <w:pStyle w:val="ListParagraph"/>
      </w:pPr>
      <w:r>
        <w:rPr>
          <w:sz w:val="22"/>
        </w:rPr>
        <w:t>A. Luật xây dựng số 50/2014</w:t>
      </w:r>
    </w:p>
    <w:p>
      <w:pPr>
        <w:pStyle w:val="ListParagraph"/>
      </w:pPr>
      <w:r>
        <w:rPr>
          <w:sz w:val="22"/>
        </w:rPr>
        <w:t>B. Luật xây dựng số 50/2015</w:t>
      </w:r>
    </w:p>
    <w:p>
      <w:pPr>
        <w:pStyle w:val="ListParagraph"/>
      </w:pPr>
      <w:r>
        <w:rPr>
          <w:sz w:val="22"/>
        </w:rPr>
        <w:t>C. Luật xây dựng số 50/2016</w:t>
      </w:r>
    </w:p>
    <w:p>
      <w:pPr>
        <w:pStyle w:val="ListParagraph"/>
      </w:pPr>
      <w:r>
        <w:rPr>
          <w:sz w:val="22"/>
        </w:rPr>
        <w:t>D. Luật xây dựng số 50/2017</w:t>
      </w:r>
    </w:p>
    <w:p/>
    <w:p>
      <w:r>
        <w:rPr>
          <w:b/>
          <w:sz w:val="24"/>
        </w:rPr>
        <w:t>Câu 5: Đâu là vai trò của ngành xây dựng?</w:t>
      </w:r>
    </w:p>
    <w:p>
      <w:pPr>
        <w:pStyle w:val="ListParagraph"/>
      </w:pPr>
      <w:r>
        <w:rPr>
          <w:sz w:val="22"/>
        </w:rPr>
        <w:t>A. Đóng vai trò chủ chốt trong khâu đầu tiên để tạo ra cơ sở vật chất, tài sản cố định cho toàn bộ nền kinh tế quốc dân</w:t>
      </w:r>
    </w:p>
    <w:p>
      <w:pPr>
        <w:pStyle w:val="ListParagraph"/>
      </w:pPr>
      <w:r>
        <w:rPr>
          <w:sz w:val="22"/>
        </w:rPr>
        <w:t>B. Đóng vai trò chủ chốt trong khâu cuối cùng để tạo ra cơ sở vật chất, tài sản cố định cho toàn bộ nền kinh tế quốc dân</w:t>
      </w:r>
    </w:p>
    <w:p>
      <w:pPr>
        <w:pStyle w:val="ListParagraph"/>
      </w:pPr>
      <w:r>
        <w:rPr>
          <w:sz w:val="22"/>
        </w:rPr>
        <w:t>C. Đóng vai trò chủ chốt để tạo ra cơ sở vật chất, tài sản cho toàn bộ nền kinh tế quốc dân</w:t>
      </w:r>
    </w:p>
    <w:p>
      <w:pPr>
        <w:pStyle w:val="ListParagraph"/>
      </w:pPr>
      <w:r>
        <w:rPr>
          <w:sz w:val="22"/>
        </w:rPr>
        <w:t>D. Cả a, b và c đều sai</w:t>
      </w:r>
    </w:p>
    <w:p/>
    <w:p>
      <w:r>
        <w:rPr>
          <w:b/>
          <w:sz w:val="24"/>
        </w:rPr>
        <w:t>Câu 6: Đâu là đặc điểm của sản phẩm xây dựng:</w:t>
      </w:r>
    </w:p>
    <w:p>
      <w:pPr>
        <w:pStyle w:val="ListParagraph"/>
      </w:pPr>
      <w:r>
        <w:rPr>
          <w:sz w:val="22"/>
        </w:rPr>
        <w:t>A. Sản phẩm là những công trình được xây dựng và sử dụng tại chỗ</w:t>
      </w:r>
    </w:p>
    <w:p>
      <w:pPr>
        <w:pStyle w:val="ListParagraph"/>
      </w:pPr>
      <w:r>
        <w:rPr>
          <w:sz w:val="22"/>
        </w:rPr>
        <w:t>B. Sản phẩm thường không có kích thước lớn, trọng lượng lớn</w:t>
      </w:r>
    </w:p>
    <w:p>
      <w:pPr>
        <w:pStyle w:val="ListParagraph"/>
      </w:pPr>
      <w:r>
        <w:rPr>
          <w:sz w:val="22"/>
        </w:rPr>
        <w:t>C. Sản phẩm mang tính chất tương tự về công dụng, cấu tạo và cả về phương pháp chế tạo</w:t>
      </w:r>
    </w:p>
    <w:p>
      <w:pPr>
        <w:pStyle w:val="ListParagraph"/>
      </w:pPr>
      <w:r>
        <w:rPr>
          <w:sz w:val="22"/>
        </w:rPr>
        <w:t>D. Cả 3 đáp án trên đều đúng</w:t>
      </w:r>
    </w:p>
    <w:p/>
    <w:p>
      <w:r>
        <w:rPr>
          <w:b/>
          <w:sz w:val="24"/>
        </w:rPr>
        <w:t>Câu 7: Đâu là đặc điểm của sản phẩm xây dựng:</w:t>
      </w:r>
    </w:p>
    <w:p>
      <w:pPr>
        <w:pStyle w:val="ListParagraph"/>
      </w:pPr>
      <w:r>
        <w:rPr>
          <w:sz w:val="22"/>
        </w:rPr>
        <w:t>A. Sản phẩm là những công trình được xây dựng rải rác ở nhiều nơi</w:t>
      </w:r>
    </w:p>
    <w:p>
      <w:pPr>
        <w:pStyle w:val="ListParagraph"/>
      </w:pPr>
      <w:r>
        <w:rPr>
          <w:sz w:val="22"/>
        </w:rPr>
        <w:t>B. Sản phẩm thường có kích thước lớn, trọng lượng lớn</w:t>
      </w:r>
    </w:p>
    <w:p>
      <w:pPr>
        <w:pStyle w:val="ListParagraph"/>
      </w:pPr>
      <w:r>
        <w:rPr>
          <w:sz w:val="22"/>
        </w:rPr>
        <w:t>C. Sản phẩm mang tính chất tương tự về công dụng, cấu tạo và cả về phương pháp chế tạo</w:t>
      </w:r>
    </w:p>
    <w:p>
      <w:pPr>
        <w:pStyle w:val="ListParagraph"/>
      </w:pPr>
      <w:r>
        <w:rPr>
          <w:sz w:val="22"/>
        </w:rPr>
        <w:t>D. Cả 3 đáp án trên đều đúng</w:t>
      </w:r>
    </w:p>
    <w:p/>
    <w:p>
      <w:r>
        <w:rPr>
          <w:b/>
          <w:sz w:val="24"/>
        </w:rPr>
        <w:t>Câu 8: Đặc điểm của việc thi công các công trình xây dựng:</w:t>
      </w:r>
    </w:p>
    <w:p>
      <w:pPr>
        <w:pStyle w:val="ListParagraph"/>
      </w:pPr>
      <w:r>
        <w:rPr>
          <w:sz w:val="22"/>
        </w:rPr>
        <w:t>A. Việc sản xuất xây dựng luôn luôn biến động, thiếu ổn định theo thời gian địa điểm xây dựng</w:t>
      </w:r>
    </w:p>
    <w:p>
      <w:pPr>
        <w:pStyle w:val="ListParagraph"/>
      </w:pPr>
      <w:r>
        <w:rPr>
          <w:sz w:val="22"/>
        </w:rPr>
        <w:t>B. Sản xuất xây dựng phải tiến hành theo đơn đặt hàng cụ thể</w:t>
      </w:r>
    </w:p>
    <w:p>
      <w:pPr>
        <w:pStyle w:val="ListParagraph"/>
      </w:pPr>
      <w:r>
        <w:rPr>
          <w:sz w:val="22"/>
        </w:rPr>
        <w:t>C. Quá trình sản xuất xây dựng rất phức tạp</w:t>
      </w:r>
    </w:p>
    <w:p>
      <w:pPr>
        <w:pStyle w:val="ListParagraph"/>
      </w:pPr>
      <w:r>
        <w:rPr>
          <w:sz w:val="22"/>
        </w:rPr>
        <w:t>D. Cả 3 đáp án trên đều đúng</w:t>
      </w:r>
    </w:p>
    <w:p/>
    <w:p>
      <w:r>
        <w:rPr>
          <w:b/>
          <w:sz w:val="24"/>
        </w:rPr>
        <w:t>Câu 9: Nội dung nào KHÔNG phải là đặc điểm của sản phẩm xây dựng?</w:t>
      </w:r>
    </w:p>
    <w:p>
      <w:pPr>
        <w:pStyle w:val="ListParagraph"/>
      </w:pPr>
      <w:r>
        <w:rPr>
          <w:sz w:val="22"/>
        </w:rPr>
        <w:t>A. Sản phẩm xây dựng là những công trình được xây dựng và sử dụng tại chỗ</w:t>
      </w:r>
    </w:p>
    <w:p>
      <w:pPr>
        <w:pStyle w:val="ListParagraph"/>
      </w:pPr>
      <w:r>
        <w:rPr>
          <w:sz w:val="22"/>
        </w:rPr>
        <w:t>B. Sản phẩm xây dựng thường có kích thước lớn, trọng lượng lớn</w:t>
      </w:r>
    </w:p>
    <w:p>
      <w:pPr>
        <w:pStyle w:val="ListParagraph"/>
      </w:pPr>
      <w:r>
        <w:rPr>
          <w:sz w:val="22"/>
        </w:rPr>
        <w:t>C. Sản phẩm xây dựng mang tính chất tương tự về công dụng, cấu tạo</w:t>
      </w:r>
    </w:p>
    <w:p>
      <w:pPr>
        <w:pStyle w:val="ListParagraph"/>
      </w:pPr>
      <w:r>
        <w:rPr>
          <w:sz w:val="22"/>
        </w:rPr>
        <w:t>D. Sản phẩm xây dựng có liên quan đến nhiều ngành</w:t>
      </w:r>
    </w:p>
    <w:p/>
    <w:p>
      <w:r>
        <w:rPr>
          <w:b/>
          <w:sz w:val="24"/>
        </w:rPr>
        <w:t>Câu 10: Nhân tố nào sẽ gây khó khăn trong việc tổ chức thi công và ảnh hưởng đến tiến độ thi công các công trình xây dựng:</w:t>
      </w:r>
    </w:p>
    <w:p>
      <w:pPr>
        <w:pStyle w:val="ListParagraph"/>
      </w:pPr>
      <w:r>
        <w:rPr>
          <w:sz w:val="22"/>
        </w:rPr>
        <w:t>A. Nhiều đơn vị thi công cùng tham gia xây dựng một công trình, trong khoảng thời gian dài</w:t>
      </w:r>
    </w:p>
    <w:p>
      <w:pPr>
        <w:pStyle w:val="ListParagraph"/>
      </w:pPr>
      <w:r>
        <w:rPr>
          <w:sz w:val="22"/>
        </w:rPr>
        <w:t>B. Ảnh hưởng của điều kiện thời tiết, tự nhiên</w:t>
      </w:r>
    </w:p>
    <w:p>
      <w:pPr>
        <w:pStyle w:val="ListParagraph"/>
      </w:pPr>
      <w:r>
        <w:rPr>
          <w:sz w:val="22"/>
        </w:rPr>
        <w:t>C. Công trình xây dựng có nhiều chi tiết phức tạp</w:t>
      </w:r>
    </w:p>
    <w:p>
      <w:pPr>
        <w:pStyle w:val="ListParagraph"/>
      </w:pPr>
      <w:r>
        <w:rPr>
          <w:sz w:val="22"/>
        </w:rPr>
        <w:t>D. Cả a, b và c đều đúng</w:t>
      </w:r>
    </w:p>
    <w:p/>
    <w:p>
      <w:r>
        <w:rPr>
          <w:b/>
          <w:sz w:val="24"/>
        </w:rPr>
        <w:t>Câu 11: Nội dung nào KHÔNG phải là đặc điểm của thị trường xây dựng:</w:t>
      </w:r>
    </w:p>
    <w:p>
      <w:pPr>
        <w:pStyle w:val="ListParagraph"/>
      </w:pPr>
      <w:r>
        <w:rPr>
          <w:sz w:val="22"/>
        </w:rPr>
        <w:t>A. Một người mua, nhiều người bán</w:t>
      </w:r>
    </w:p>
    <w:p>
      <w:pPr>
        <w:pStyle w:val="ListParagraph"/>
      </w:pPr>
      <w:r>
        <w:rPr>
          <w:sz w:val="22"/>
        </w:rPr>
        <w:t>B. Không chịu sự chi phối của các quy luật kinh tế</w:t>
      </w:r>
    </w:p>
    <w:p>
      <w:pPr>
        <w:pStyle w:val="ListParagraph"/>
      </w:pPr>
      <w:r>
        <w:rPr>
          <w:sz w:val="22"/>
        </w:rPr>
        <w:t>C. Nhà nước là khách hàng lớn nhất</w:t>
      </w:r>
    </w:p>
    <w:p>
      <w:pPr>
        <w:pStyle w:val="ListParagraph"/>
      </w:pPr>
      <w:r>
        <w:rPr>
          <w:sz w:val="22"/>
        </w:rPr>
        <w:t>D. Việc mua bán thường diễn ra tại nơi sản xuất</w:t>
      </w:r>
    </w:p>
    <w:p/>
    <w:p>
      <w:r>
        <w:rPr>
          <w:b/>
          <w:sz w:val="24"/>
        </w:rPr>
        <w:t>Câu 12: Đặc điểm của thị trường xây dựng?</w:t>
      </w:r>
    </w:p>
    <w:p>
      <w:pPr>
        <w:pStyle w:val="ListParagraph"/>
      </w:pPr>
      <w:r>
        <w:rPr>
          <w:sz w:val="22"/>
        </w:rPr>
        <w:t>A. Một người mua, nhiều người bán</w:t>
      </w:r>
    </w:p>
    <w:p>
      <w:pPr>
        <w:pStyle w:val="ListParagraph"/>
      </w:pPr>
      <w:r>
        <w:rPr>
          <w:sz w:val="22"/>
        </w:rPr>
        <w:t>B. Nhiều người mua, nhiều người bán</w:t>
      </w:r>
    </w:p>
    <w:p>
      <w:pPr>
        <w:pStyle w:val="ListParagraph"/>
      </w:pPr>
      <w:r>
        <w:rPr>
          <w:sz w:val="22"/>
        </w:rPr>
        <w:t>C. Nhiều người mua, một người bán</w:t>
      </w:r>
    </w:p>
    <w:p>
      <w:pPr>
        <w:pStyle w:val="ListParagraph"/>
      </w:pPr>
      <w:r>
        <w:rPr>
          <w:sz w:val="22"/>
        </w:rPr>
        <w:t>D. Tất cả đều đúng</w:t>
      </w:r>
    </w:p>
    <w:p/>
    <w:p>
      <w:r>
        <w:rPr>
          <w:b/>
          <w:sz w:val="24"/>
        </w:rPr>
        <w:t>Câu 13: Đâu là đặc điểm của thị trường xây dựng:</w:t>
      </w:r>
    </w:p>
    <w:p>
      <w:pPr>
        <w:pStyle w:val="ListParagraph"/>
      </w:pPr>
      <w:r>
        <w:rPr>
          <w:sz w:val="22"/>
        </w:rPr>
        <w:t>A. Quy luật giá trị</w:t>
      </w:r>
    </w:p>
    <w:p>
      <w:pPr>
        <w:pStyle w:val="ListParagraph"/>
      </w:pPr>
      <w:r>
        <w:rPr>
          <w:sz w:val="22"/>
        </w:rPr>
        <w:t>B. Quy luật cạnh tranh</w:t>
      </w:r>
    </w:p>
    <w:p>
      <w:pPr>
        <w:pStyle w:val="ListParagraph"/>
      </w:pPr>
      <w:r>
        <w:rPr>
          <w:sz w:val="22"/>
        </w:rPr>
        <w:t>C. Quy luật cung cầu</w:t>
      </w:r>
    </w:p>
    <w:p>
      <w:pPr>
        <w:pStyle w:val="ListParagraph"/>
      </w:pPr>
      <w:r>
        <w:rPr>
          <w:sz w:val="22"/>
        </w:rPr>
        <w:t>D. Tất cả đều đúng</w:t>
      </w:r>
    </w:p>
    <w:p/>
    <w:p>
      <w:r>
        <w:rPr>
          <w:b/>
          <w:sz w:val="24"/>
        </w:rPr>
        <w:t>Câu 14: Xây dựng công trình thủy lợi thường có những đặc điểm nào?</w:t>
      </w:r>
    </w:p>
    <w:p>
      <w:pPr>
        <w:pStyle w:val="ListParagraph"/>
      </w:pPr>
      <w:r>
        <w:rPr>
          <w:sz w:val="22"/>
        </w:rPr>
        <w:t>A. Chu kì dài</w:t>
      </w:r>
    </w:p>
    <w:p>
      <w:pPr>
        <w:pStyle w:val="ListParagraph"/>
      </w:pPr>
      <w:r>
        <w:rPr>
          <w:sz w:val="22"/>
        </w:rPr>
        <w:t>B. Quá trình xây dựng phức tạp</w:t>
      </w:r>
    </w:p>
    <w:p>
      <w:pPr>
        <w:pStyle w:val="ListParagraph"/>
      </w:pPr>
      <w:r>
        <w:rPr>
          <w:sz w:val="22"/>
        </w:rPr>
        <w:t>C. Điều kiện địa hình, địa chất phức tạp</w:t>
      </w:r>
    </w:p>
    <w:p>
      <w:pPr>
        <w:pStyle w:val="ListParagraph"/>
      </w:pPr>
      <w:r>
        <w:rPr>
          <w:sz w:val="22"/>
        </w:rPr>
        <w:t>D. Tất cả đều đúng</w:t>
      </w:r>
    </w:p>
    <w:p/>
    <w:p>
      <w:r>
        <w:rPr>
          <w:b/>
          <w:sz w:val="24"/>
        </w:rPr>
        <w:t>Câu 15: Hợp đồng tổng thầu EPC là:</w:t>
      </w:r>
    </w:p>
    <w:p>
      <w:pPr>
        <w:pStyle w:val="ListParagraph"/>
      </w:pPr>
      <w:r>
        <w:rPr>
          <w:sz w:val="22"/>
        </w:rPr>
        <w:t>A. Hợp đồng thiết kế, cung cấp thiết bị công nghệ và thi công xây dựng công trình</w:t>
      </w:r>
    </w:p>
    <w:p>
      <w:pPr>
        <w:pStyle w:val="ListParagraph"/>
      </w:pPr>
      <w:r>
        <w:rPr>
          <w:sz w:val="22"/>
        </w:rPr>
        <w:t>B. Hợp đồng thiết kế và thi công xây dựng công trình</w:t>
      </w:r>
    </w:p>
    <w:p>
      <w:pPr>
        <w:pStyle w:val="ListParagraph"/>
      </w:pPr>
      <w:r>
        <w:rPr>
          <w:sz w:val="22"/>
        </w:rPr>
        <w:t>C. Hợp đồng cung cấp thiết bị công nghệ và thi công xây dựng công trình</w:t>
      </w:r>
    </w:p>
    <w:p>
      <w:pPr>
        <w:pStyle w:val="ListParagraph"/>
      </w:pPr>
      <w:r>
        <w:rPr>
          <w:sz w:val="22"/>
        </w:rPr>
        <w:t>D. Cả a, b và c đều sai</w:t>
      </w:r>
    </w:p>
    <w:p/>
    <w:p>
      <w:r>
        <w:rPr>
          <w:b/>
          <w:sz w:val="24"/>
        </w:rPr>
        <w:t>Câu 16: Lợi nhuận của sản phẩm xây dựng phụ thuộc nhiều vào:</w:t>
      </w:r>
    </w:p>
    <w:p>
      <w:pPr>
        <w:pStyle w:val="ListParagraph"/>
      </w:pPr>
      <w:r>
        <w:rPr>
          <w:sz w:val="22"/>
        </w:rPr>
        <w:t>A. Nhà thầu thi công</w:t>
      </w:r>
    </w:p>
    <w:p>
      <w:pPr>
        <w:pStyle w:val="ListParagraph"/>
      </w:pPr>
      <w:r>
        <w:rPr>
          <w:sz w:val="22"/>
        </w:rPr>
        <w:t>B. Nhà thầu giám sát xây dựng</w:t>
      </w:r>
    </w:p>
    <w:p>
      <w:pPr>
        <w:pStyle w:val="ListParagraph"/>
      </w:pPr>
      <w:r>
        <w:rPr>
          <w:sz w:val="22"/>
        </w:rPr>
        <w:t>C. Điều kiện, địa điểm xây dựng</w:t>
      </w:r>
    </w:p>
    <w:p>
      <w:pPr>
        <w:pStyle w:val="ListParagraph"/>
      </w:pPr>
      <w:r>
        <w:rPr>
          <w:sz w:val="22"/>
        </w:rPr>
        <w:t>D. Cả a, b và c đều sai</w:t>
      </w:r>
    </w:p>
    <w:p/>
    <w:p>
      <w:r>
        <w:rPr>
          <w:b/>
          <w:sz w:val="24"/>
        </w:rPr>
        <w:t>Câu 17: Tại sao trong xây dựng nếu mắc sai lầm từ khâu xét duyệt chủ trương đầu tư đến khâu thi công thì sẽ gây hậu quả nghiêm trọng:</w:t>
      </w:r>
    </w:p>
    <w:p>
      <w:pPr>
        <w:pStyle w:val="ListParagraph"/>
      </w:pPr>
      <w:r>
        <w:rPr>
          <w:sz w:val="22"/>
        </w:rPr>
        <w:t>A. Vì ngành xây dựng sử dụng một nguồn lực rất lớn của xã hội</w:t>
      </w:r>
    </w:p>
    <w:p>
      <w:pPr>
        <w:pStyle w:val="ListParagraph"/>
      </w:pPr>
      <w:r>
        <w:rPr>
          <w:sz w:val="22"/>
        </w:rPr>
        <w:t>B. Vì ngành xây dựng được coi là 'hàn thử biểu' của nền kinh tế quốc dân</w:t>
      </w:r>
    </w:p>
    <w:p>
      <w:pPr>
        <w:pStyle w:val="ListParagraph"/>
      </w:pPr>
      <w:r>
        <w:rPr>
          <w:sz w:val="22"/>
        </w:rPr>
        <w:t>C. Vì ngành xây dựng là ngành xây dựng là ngàng mũi nhọn trong nền kinh tế hiện nay</w:t>
      </w:r>
    </w:p>
    <w:p>
      <w:pPr>
        <w:pStyle w:val="ListParagraph"/>
      </w:pPr>
      <w:r>
        <w:rPr>
          <w:sz w:val="22"/>
        </w:rPr>
        <w:t>D. Vì ngành xây dựng là ngành thúc đẩy nền kinh tế hiện nay</w:t>
      </w:r>
    </w:p>
    <w:p/>
    <w:p>
      <w:r>
        <w:rPr>
          <w:b/>
          <w:sz w:val="24"/>
        </w:rPr>
        <w:t>Câu 18: Trong thị trường xây dựng thì:</w:t>
      </w:r>
    </w:p>
    <w:p>
      <w:pPr>
        <w:pStyle w:val="ListParagraph"/>
      </w:pPr>
      <w:r>
        <w:rPr>
          <w:sz w:val="22"/>
        </w:rPr>
        <w:t>A. Chủ đầu tư là người bán</w:t>
      </w:r>
    </w:p>
    <w:p>
      <w:pPr>
        <w:pStyle w:val="ListParagraph"/>
      </w:pPr>
      <w:r>
        <w:rPr>
          <w:sz w:val="22"/>
        </w:rPr>
        <w:t>B. Chủ đầu tư là người mua</w:t>
      </w:r>
    </w:p>
    <w:p>
      <w:pPr>
        <w:pStyle w:val="ListParagraph"/>
      </w:pPr>
      <w:r>
        <w:rPr>
          <w:sz w:val="22"/>
        </w:rPr>
        <w:t>C. Cả a và b đều đúng</w:t>
      </w:r>
    </w:p>
    <w:p>
      <w:pPr>
        <w:pStyle w:val="ListParagraph"/>
      </w:pPr>
      <w:r>
        <w:rPr>
          <w:sz w:val="22"/>
        </w:rPr>
        <w:t>D. Cả a và b đều sai</w:t>
      </w:r>
    </w:p>
    <w:p/>
    <w:p>
      <w:r>
        <w:rPr>
          <w:b/>
          <w:sz w:val="24"/>
        </w:rPr>
        <w:t>Câu 19: Trong thị trường xây dựng thì:</w:t>
      </w:r>
    </w:p>
    <w:p>
      <w:pPr>
        <w:pStyle w:val="ListParagraph"/>
      </w:pPr>
      <w:r>
        <w:rPr>
          <w:sz w:val="22"/>
        </w:rPr>
        <w:t>A. Các nhà thầu xây dựng là người bán</w:t>
      </w:r>
    </w:p>
    <w:p>
      <w:pPr>
        <w:pStyle w:val="ListParagraph"/>
      </w:pPr>
      <w:r>
        <w:rPr>
          <w:sz w:val="22"/>
        </w:rPr>
        <w:t>B. Các nhà thầu xây dựng là người mua</w:t>
      </w:r>
    </w:p>
    <w:p>
      <w:pPr>
        <w:pStyle w:val="ListParagraph"/>
      </w:pPr>
      <w:r>
        <w:rPr>
          <w:sz w:val="22"/>
        </w:rPr>
        <w:t>C. Cả a và b đều đúng</w:t>
      </w:r>
    </w:p>
    <w:p>
      <w:pPr>
        <w:pStyle w:val="ListParagraph"/>
      </w:pPr>
      <w:r>
        <w:rPr>
          <w:sz w:val="22"/>
        </w:rPr>
        <w:t>D. Cả a và b đều sai</w:t>
      </w:r>
    </w:p>
    <w:p/>
    <w:p>
      <w:r>
        <w:rPr>
          <w:b/>
          <w:sz w:val="24"/>
        </w:rPr>
        <w:t>Câu 20: Vì sao người ta lại phân sản phẩm xây dựng thành sản phẩm trung gian và sản phẩm cuối cùng?</w:t>
      </w:r>
    </w:p>
    <w:p>
      <w:pPr>
        <w:pStyle w:val="ListParagraph"/>
      </w:pPr>
      <w:r>
        <w:rPr>
          <w:sz w:val="22"/>
        </w:rPr>
        <w:t>A. Vì các công trình xây dựng thường rất lớn</w:t>
      </w:r>
    </w:p>
    <w:p>
      <w:pPr>
        <w:pStyle w:val="ListParagraph"/>
      </w:pPr>
      <w:r>
        <w:rPr>
          <w:sz w:val="22"/>
        </w:rPr>
        <w:t>B. Các công trình phải xây dựng trong thời gian dài</w:t>
      </w:r>
    </w:p>
    <w:p>
      <w:pPr>
        <w:pStyle w:val="ListParagraph"/>
      </w:pPr>
      <w:r>
        <w:rPr>
          <w:sz w:val="22"/>
        </w:rPr>
        <w:t>C. Để phù hợp với yêu cầu công việc thanh quyết toán và cấp vốn</w:t>
      </w:r>
    </w:p>
    <w:p>
      <w:pPr>
        <w:pStyle w:val="ListParagraph"/>
      </w:pPr>
      <w:r>
        <w:rPr>
          <w:sz w:val="22"/>
        </w:rPr>
        <w:t>D. Cả a, b, c đều đúng</w:t>
      </w:r>
    </w:p>
    <w:p/>
    <w:p>
      <w:r>
        <w:rPr>
          <w:b/>
          <w:sz w:val="24"/>
        </w:rPr>
        <w:t>Câu 21: Sản xuất xây dựng phải tiến hành theo đơn đặt hàng cụ thể, thông qua giao thầu hay đấu thầu là vì:</w:t>
      </w:r>
    </w:p>
    <w:p>
      <w:pPr>
        <w:pStyle w:val="ListParagraph"/>
      </w:pPr>
      <w:r>
        <w:rPr>
          <w:sz w:val="22"/>
        </w:rPr>
        <w:t>A. Sản phẩm xây dựng có tính chất đơn chiếc</w:t>
      </w:r>
    </w:p>
    <w:p>
      <w:pPr>
        <w:pStyle w:val="ListParagraph"/>
      </w:pPr>
      <w:r>
        <w:rPr>
          <w:sz w:val="22"/>
        </w:rPr>
        <w:t>B. Sản phẩm xây dựng liên quan tới nhiều ngành</w:t>
      </w:r>
    </w:p>
    <w:p>
      <w:pPr>
        <w:pStyle w:val="ListParagraph"/>
      </w:pPr>
      <w:r>
        <w:rPr>
          <w:sz w:val="22"/>
        </w:rPr>
        <w:t>C. Cả a và b đều đúng</w:t>
      </w:r>
    </w:p>
    <w:p>
      <w:pPr>
        <w:pStyle w:val="ListParagraph"/>
      </w:pPr>
      <w:r>
        <w:rPr>
          <w:sz w:val="22"/>
        </w:rPr>
        <w:t>D. Cả a và b đều sai</w:t>
      </w:r>
    </w:p>
    <w:p/>
    <w:p>
      <w:r>
        <w:rPr>
          <w:b/>
          <w:sz w:val="24"/>
        </w:rPr>
        <w:t>Câu 22: Tại sao nói nhà nước là khách hàng lớn nhất trong thị trường xây dựng:</w:t>
      </w:r>
    </w:p>
    <w:p>
      <w:pPr>
        <w:pStyle w:val="ListParagraph"/>
      </w:pPr>
      <w:r>
        <w:rPr>
          <w:sz w:val="22"/>
        </w:rPr>
        <w:t>A. Nhiều công trình</w:t>
      </w:r>
    </w:p>
    <w:p>
      <w:pPr>
        <w:pStyle w:val="ListParagraph"/>
      </w:pPr>
      <w:r>
        <w:rPr>
          <w:sz w:val="22"/>
        </w:rPr>
        <w:t>B. Đầu tư hạ tầng cơ sở</w:t>
      </w:r>
    </w:p>
    <w:p>
      <w:pPr>
        <w:pStyle w:val="ListParagraph"/>
      </w:pPr>
      <w:r>
        <w:rPr>
          <w:sz w:val="22"/>
        </w:rPr>
        <w:t>C. Tổng vốn đầu tư xây dựng lớn</w:t>
      </w:r>
    </w:p>
    <w:p>
      <w:pPr>
        <w:pStyle w:val="ListParagraph"/>
      </w:pPr>
      <w:r>
        <w:rPr>
          <w:sz w:val="22"/>
        </w:rPr>
        <w:t>D. Tất cả đều đúng</w:t>
      </w:r>
    </w:p>
    <w:p/>
    <w:p>
      <w:r>
        <w:rPr>
          <w:b/>
          <w:sz w:val="24"/>
        </w:rPr>
        <w:t>Câu 23: Quy luật giá trị trong thị trường xây dựng được biểu hiện:</w:t>
      </w:r>
    </w:p>
    <w:p>
      <w:pPr>
        <w:pStyle w:val="ListParagraph"/>
      </w:pPr>
      <w:r>
        <w:rPr>
          <w:sz w:val="22"/>
        </w:rPr>
        <w:t>A. Điều tiết sản xuất sản phẩm</w:t>
      </w:r>
    </w:p>
    <w:p>
      <w:pPr>
        <w:pStyle w:val="ListParagraph"/>
      </w:pPr>
      <w:r>
        <w:rPr>
          <w:sz w:val="22"/>
        </w:rPr>
        <w:t>B. Cải thiện kĩ thuật công nghệ, giảm giá thành</w:t>
      </w:r>
    </w:p>
    <w:p>
      <w:pPr>
        <w:pStyle w:val="ListParagraph"/>
      </w:pPr>
      <w:r>
        <w:rPr>
          <w:sz w:val="22"/>
        </w:rPr>
        <w:t>C. Việc mua bán tự do</w:t>
      </w:r>
    </w:p>
    <w:p>
      <w:pPr>
        <w:pStyle w:val="ListParagraph"/>
      </w:pPr>
      <w:r>
        <w:rPr>
          <w:sz w:val="22"/>
        </w:rPr>
        <w:t>D. Tất cả đều đúng</w:t>
      </w:r>
    </w:p>
    <w:p/>
    <w:p>
      <w:r>
        <w:rPr>
          <w:b/>
          <w:sz w:val="24"/>
        </w:rPr>
        <w:t>Câu 24: Thu nhập hàng năm của dự án gồm:</w:t>
      </w:r>
    </w:p>
    <w:p>
      <w:pPr>
        <w:pStyle w:val="ListParagraph"/>
      </w:pPr>
      <w:r>
        <w:rPr>
          <w:sz w:val="22"/>
        </w:rPr>
        <w:t>A. Doanh thu tiêu thụ sản phẩm (không kể thuế giá trị gia tăng)</w:t>
      </w:r>
    </w:p>
    <w:p>
      <w:pPr>
        <w:pStyle w:val="ListParagraph"/>
      </w:pPr>
      <w:r>
        <w:rPr>
          <w:sz w:val="22"/>
        </w:rPr>
        <w:t>B. Giá trị thu hồi thanh lý tài sản khi hết tuổi thọ quy định (nếu có)</w:t>
      </w:r>
    </w:p>
    <w:p>
      <w:pPr>
        <w:pStyle w:val="ListParagraph"/>
      </w:pPr>
      <w:r>
        <w:rPr>
          <w:sz w:val="22"/>
        </w:rPr>
        <w:t>C. Giá trị tài sản chưa khấu hao hết ở cuối thời kỳ phân tích (nếu có)</w:t>
      </w:r>
    </w:p>
    <w:p>
      <w:pPr>
        <w:pStyle w:val="ListParagraph"/>
      </w:pPr>
      <w:r>
        <w:rPr>
          <w:sz w:val="22"/>
        </w:rPr>
        <w:t>D. Cả a, b, c đều đúng</w:t>
      </w:r>
    </w:p>
    <w:p/>
    <w:p>
      <w:r>
        <w:rPr>
          <w:b/>
          <w:sz w:val="24"/>
        </w:rPr>
        <w:t>Câu 25: Trong phương pháp dùng chỉ tiêu tổng hợp không đơn vị đo để xếp hạng các phương án bước đầu tiên cần làm đó là:</w:t>
      </w:r>
    </w:p>
    <w:p>
      <w:pPr>
        <w:pStyle w:val="ListParagraph"/>
      </w:pPr>
      <w:r>
        <w:rPr>
          <w:sz w:val="22"/>
        </w:rPr>
        <w:t>A. Xác định hướng hàm mục tiêu</w:t>
      </w:r>
    </w:p>
    <w:p>
      <w:pPr>
        <w:pStyle w:val="ListParagraph"/>
      </w:pPr>
      <w:r>
        <w:rPr>
          <w:sz w:val="22"/>
        </w:rPr>
        <w:t>B. Đồng nhất các chỉ tiêu với hàm mục tiêu</w:t>
      </w:r>
    </w:p>
    <w:p>
      <w:pPr>
        <w:pStyle w:val="ListParagraph"/>
      </w:pPr>
      <w:r>
        <w:rPr>
          <w:sz w:val="22"/>
        </w:rPr>
        <w:t>C. Triệt tiêu đơn vị đo các chỉ tiêu</w:t>
      </w:r>
    </w:p>
    <w:p>
      <w:pPr>
        <w:pStyle w:val="ListParagraph"/>
      </w:pPr>
      <w:r>
        <w:rPr>
          <w:sz w:val="22"/>
        </w:rPr>
        <w:t>D. Cả a, b và c đều đúng</w:t>
      </w:r>
    </w:p>
    <w:p/>
    <w:p>
      <w:r>
        <w:rPr>
          <w:b/>
          <w:sz w:val="24"/>
        </w:rPr>
        <w:t>Câu 26: Đâu là khái niệm đúng về 'Chi phí đầu tư xây dựng':</w:t>
      </w:r>
    </w:p>
    <w:p>
      <w:pPr>
        <w:pStyle w:val="ListParagraph"/>
      </w:pPr>
      <w:r>
        <w:rPr>
          <w:sz w:val="22"/>
        </w:rPr>
        <w:t>A. Là toàn bộ chi phí cần thiết để xây dựng mới công trình</w:t>
      </w:r>
    </w:p>
    <w:p>
      <w:pPr>
        <w:pStyle w:val="ListParagraph"/>
      </w:pPr>
      <w:r>
        <w:rPr>
          <w:sz w:val="22"/>
        </w:rPr>
        <w:t>B. Là toàn bộ chi phí để trang bị mới hoặc sửa chữa, cải tạo, mở rộng hay trang bị lại kỹ thuật công trình</w:t>
      </w:r>
    </w:p>
    <w:p>
      <w:pPr>
        <w:pStyle w:val="ListParagraph"/>
      </w:pPr>
      <w:r>
        <w:rPr>
          <w:sz w:val="22"/>
        </w:rPr>
        <w:t>C. Là toàn bộ chi phí cần thiết để xây dựng, trang bị mới hoặc sửa chữa, cải tạo, mở rộng hay trang bị lại kỹ thuật công trình</w:t>
      </w:r>
    </w:p>
    <w:p>
      <w:pPr>
        <w:pStyle w:val="ListParagraph"/>
      </w:pPr>
      <w:r>
        <w:rPr>
          <w:sz w:val="22"/>
        </w:rPr>
        <w:t>D. Cả a, b và c đều sai</w:t>
      </w:r>
    </w:p>
    <w:p/>
    <w:p>
      <w:r>
        <w:rPr>
          <w:b/>
          <w:sz w:val="24"/>
        </w:rPr>
        <w:t>Câu 27: Định nghĩa đúng về 'Giá tài chính':</w:t>
      </w:r>
    </w:p>
    <w:p>
      <w:pPr>
        <w:pStyle w:val="ListParagraph"/>
      </w:pPr>
      <w:r>
        <w:rPr>
          <w:sz w:val="22"/>
        </w:rPr>
        <w:t>A. Giá tài chính là giá được hình thành từ thị trường và được dùng để phân tích hiệu quả tài chính của dự án thể hiện lợi ích trực tiếp của doanh nghiệp</w:t>
      </w:r>
    </w:p>
    <w:p>
      <w:pPr>
        <w:pStyle w:val="ListParagraph"/>
      </w:pPr>
      <w:r>
        <w:rPr>
          <w:sz w:val="22"/>
        </w:rPr>
        <w:t>B. Giá tài chính là giá được hình thành từ thị trường và được dùng để phân tích hiệu quả tài chính của dự án thể hiện lợi ích của nền kinh tế quốc dân</w:t>
      </w:r>
    </w:p>
    <w:p>
      <w:pPr>
        <w:pStyle w:val="ListParagraph"/>
      </w:pPr>
      <w:r>
        <w:rPr>
          <w:sz w:val="22"/>
        </w:rPr>
        <w:t>C. Giá tài chính là giá được hình thành từ thị trường và được dùng để phân tích hiệu quả kinh tế xã hội của dự án thể hiện lợi ích trực tiếp của doanh nghiệp</w:t>
      </w:r>
    </w:p>
    <w:p>
      <w:pPr>
        <w:pStyle w:val="ListParagraph"/>
      </w:pPr>
      <w:r>
        <w:rPr>
          <w:sz w:val="22"/>
        </w:rPr>
        <w:t>D. Giá tài chính là giá được hình thành từ thị trường và được dùng để phân tích hiệu quả kinh tế xã hội của dự án thể hiện lợi ích trực tiếp của nền kinh tế quốc dân</w:t>
      </w:r>
    </w:p>
    <w:p/>
    <w:p>
      <w:r>
        <w:rPr>
          <w:b/>
          <w:sz w:val="24"/>
        </w:rPr>
        <w:t>Câu 28: Chi phí dự án đầu tư xây dựng công trình được biểu thị qua:</w:t>
      </w:r>
    </w:p>
    <w:p>
      <w:pPr>
        <w:pStyle w:val="ListParagraph"/>
      </w:pPr>
      <w:r>
        <w:rPr>
          <w:sz w:val="22"/>
        </w:rPr>
        <w:t>A. Tổng mức đầu tư</w:t>
      </w:r>
    </w:p>
    <w:p>
      <w:pPr>
        <w:pStyle w:val="ListParagraph"/>
      </w:pPr>
      <w:r>
        <w:rPr>
          <w:sz w:val="22"/>
        </w:rPr>
        <w:t>B. Dự toán xây dựng công trình</w:t>
      </w:r>
    </w:p>
    <w:p>
      <w:pPr>
        <w:pStyle w:val="ListParagraph"/>
      </w:pPr>
      <w:r>
        <w:rPr>
          <w:sz w:val="22"/>
        </w:rPr>
        <w:t>C. Giá thanh toán và quyết toán vốn đầu tư khi kết thúc xây dựng đưa công trình vào khai thác sử dụng</w:t>
      </w:r>
    </w:p>
    <w:p>
      <w:pPr>
        <w:pStyle w:val="ListParagraph"/>
      </w:pPr>
      <w:r>
        <w:rPr>
          <w:sz w:val="22"/>
        </w:rPr>
        <w:t>D. Cả a, b và c đều đúng</w:t>
      </w:r>
    </w:p>
    <w:p/>
    <w:p>
      <w:r>
        <w:t>──────────────────────────────────────────────────</w:t>
      </w:r>
    </w:p>
    <w:p>
      <w:r>
        <w:rPr>
          <w:b/>
        </w:rPr>
        <w:t>BẢNG ĐÁP ÁN &amp; LỜI GIẢI CHI TIẾT</w:t>
      </w:r>
    </w:p>
    <w:p>
      <w:r>
        <w:rPr>
          <w:b/>
        </w:rPr>
        <w:t>Câu 1: Đáp án đúng: B</w:t>
      </w:r>
    </w:p>
    <w:p>
      <w:r>
        <w:rPr>
          <w:b/>
        </w:rPr>
        <w:t>Câu 2: Đáp án đúng: C</w:t>
      </w:r>
    </w:p>
    <w:p>
      <w:r>
        <w:rPr>
          <w:b/>
        </w:rPr>
        <w:t>Câu 3: Đáp án đúng: D</w:t>
      </w:r>
    </w:p>
    <w:p>
      <w:r>
        <w:rPr>
          <w:b/>
        </w:rPr>
        <w:t>Câu 4: Đáp án đúng: A</w:t>
      </w:r>
    </w:p>
    <w:p>
      <w:r>
        <w:rPr>
          <w:b/>
        </w:rPr>
        <w:t>Câu 5: Đáp án đúng: A</w:t>
      </w:r>
    </w:p>
    <w:p>
      <w:r>
        <w:rPr>
          <w:b/>
        </w:rPr>
        <w:t>Câu 6: Đáp án đúng: A</w:t>
      </w:r>
    </w:p>
    <w:p>
      <w:r>
        <w:rPr>
          <w:b/>
        </w:rPr>
        <w:t>Câu 7: Đáp án đúng: B</w:t>
      </w:r>
    </w:p>
    <w:p>
      <w:r>
        <w:rPr>
          <w:b/>
        </w:rPr>
        <w:t>Câu 8: Đáp án đúng: D</w:t>
      </w:r>
    </w:p>
    <w:p>
      <w:r>
        <w:rPr>
          <w:b/>
        </w:rPr>
        <w:t>Câu 9: Đáp án đúng: C</w:t>
      </w:r>
    </w:p>
    <w:p>
      <w:r>
        <w:rPr>
          <w:b/>
        </w:rPr>
        <w:t>Câu 10: Đáp án đúng: D</w:t>
      </w:r>
    </w:p>
    <w:p>
      <w:r>
        <w:rPr>
          <w:b/>
        </w:rPr>
        <w:t>Câu 11: Đáp án đúng: B</w:t>
      </w:r>
    </w:p>
    <w:p>
      <w:r>
        <w:rPr>
          <w:b/>
        </w:rPr>
        <w:t>Câu 12: Đáp án đúng: A</w:t>
      </w:r>
    </w:p>
    <w:p>
      <w:r>
        <w:rPr>
          <w:b/>
        </w:rPr>
        <w:t>Câu 13: Đáp án đúng: D</w:t>
      </w:r>
    </w:p>
    <w:p>
      <w:r>
        <w:rPr>
          <w:b/>
        </w:rPr>
        <w:t>Câu 14: Đáp án đúng: D</w:t>
      </w:r>
    </w:p>
    <w:p>
      <w:r>
        <w:rPr>
          <w:b/>
        </w:rPr>
        <w:t>Câu 15: Đáp án đúng: A</w:t>
      </w:r>
    </w:p>
    <w:p>
      <w:r>
        <w:rPr>
          <w:b/>
        </w:rPr>
        <w:t>Câu 16: Đáp án đúng: D</w:t>
      </w:r>
    </w:p>
    <w:p>
      <w:r>
        <w:rPr>
          <w:b/>
        </w:rPr>
        <w:t>Câu 17: Đáp án đúng: A</w:t>
      </w:r>
    </w:p>
    <w:p>
      <w:r>
        <w:rPr>
          <w:b/>
        </w:rPr>
        <w:t>Câu 18: Đáp án đúng: B</w:t>
      </w:r>
    </w:p>
    <w:p>
      <w:r>
        <w:rPr>
          <w:b/>
        </w:rPr>
        <w:t>Câu 19: Đáp án đúng: A</w:t>
      </w:r>
    </w:p>
    <w:p>
      <w:r>
        <w:rPr>
          <w:b/>
        </w:rPr>
        <w:t>Câu 20: Đáp án đúng: D</w:t>
      </w:r>
    </w:p>
    <w:p>
      <w:r>
        <w:rPr>
          <w:b/>
        </w:rPr>
        <w:t>Câu 21: Đáp án đúng: A</w:t>
      </w:r>
    </w:p>
    <w:p>
      <w:r>
        <w:rPr>
          <w:b/>
        </w:rPr>
        <w:t>Câu 22: Đáp án đúng: C</w:t>
      </w:r>
    </w:p>
    <w:p>
      <w:r>
        <w:rPr>
          <w:b/>
        </w:rPr>
        <w:t>Câu 23: Đáp án đúng: D</w:t>
      </w:r>
    </w:p>
    <w:p>
      <w:r>
        <w:rPr>
          <w:b/>
        </w:rPr>
        <w:t>Câu 24: Đáp án đúng: D</w:t>
      </w:r>
    </w:p>
    <w:p>
      <w:r>
        <w:rPr>
          <w:b/>
        </w:rPr>
        <w:t>Câu 25: Đáp án đúng: A</w:t>
      </w:r>
    </w:p>
    <w:p>
      <w:r>
        <w:rPr>
          <w:b/>
        </w:rPr>
        <w:t>Câu 26: Đáp án đúng: C</w:t>
      </w:r>
    </w:p>
    <w:p>
      <w:r>
        <w:rPr>
          <w:b/>
        </w:rPr>
        <w:t>Câu 27: Đáp án đúng: A</w:t>
      </w:r>
    </w:p>
    <w:p>
      <w:r>
        <w:rPr>
          <w:b/>
        </w:rPr>
        <w:t>Câu 28: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