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aa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hệ điều hành Windows, tệp tin có phần mở rộng .exe thuộc loại nào?</w:t>
      </w:r>
    </w:p>
    <w:p>
      <w:pPr>
        <w:pStyle w:val="ListParagraph"/>
      </w:pPr>
      <w:r>
        <w:rPr>
          <w:sz w:val="22"/>
        </w:rPr>
        <w:t>A. Tệp văn bản</w:t>
      </w:r>
    </w:p>
    <w:p>
      <w:pPr>
        <w:pStyle w:val="ListParagraph"/>
      </w:pPr>
      <w:r>
        <w:rPr>
          <w:sz w:val="22"/>
        </w:rPr>
        <w:t>B. Tệp âm thanh</w:t>
      </w:r>
    </w:p>
    <w:p>
      <w:pPr>
        <w:pStyle w:val="ListParagraph"/>
      </w:pPr>
      <w:r>
        <w:rPr>
          <w:sz w:val="22"/>
        </w:rPr>
        <w:t>C. Tệp chương trình</w:t>
      </w:r>
    </w:p>
    <w:p>
      <w:pPr>
        <w:pStyle w:val="ListParagraph"/>
      </w:pPr>
      <w:r>
        <w:rPr>
          <w:sz w:val="22"/>
        </w:rPr>
        <w:t>D. Tệp hình ảnh</w:t>
      </w:r>
    </w:p>
    <w:p/>
    <w:p>
      <w:r>
        <w:rPr>
          <w:b/>
          <w:sz w:val="24"/>
        </w:rPr>
        <w:t>Câu 2: Đơn vị đo thông tin nhỏ nhất trong máy tính là gì?</w:t>
      </w:r>
    </w:p>
    <w:p>
      <w:pPr>
        <w:pStyle w:val="ListParagraph"/>
      </w:pPr>
      <w:r>
        <w:rPr>
          <w:sz w:val="22"/>
        </w:rPr>
        <w:t>A. Byte</w:t>
      </w:r>
    </w:p>
    <w:p>
      <w:pPr>
        <w:pStyle w:val="ListParagraph"/>
      </w:pPr>
      <w:r>
        <w:rPr>
          <w:sz w:val="22"/>
        </w:rPr>
        <w:t>B. Bit</w:t>
      </w:r>
    </w:p>
    <w:p>
      <w:pPr>
        <w:pStyle w:val="ListParagraph"/>
      </w:pPr>
      <w:r>
        <w:rPr>
          <w:sz w:val="22"/>
        </w:rPr>
        <w:t>C. Kilobyte</w:t>
      </w:r>
    </w:p>
    <w:p>
      <w:pPr>
        <w:pStyle w:val="ListParagraph"/>
      </w:pPr>
      <w:r>
        <w:rPr>
          <w:sz w:val="22"/>
        </w:rPr>
        <w:t>D. Megabyte</w:t>
      </w:r>
    </w:p>
    <w:p/>
    <w:p>
      <w:r>
        <w:rPr>
          <w:b/>
          <w:sz w:val="24"/>
        </w:rPr>
        <w:t>Câu 3: Trong bảng tính Excel, hàm nào dùng để tính tổng?</w:t>
      </w:r>
    </w:p>
    <w:p>
      <w:pPr>
        <w:pStyle w:val="ListParagraph"/>
      </w:pPr>
      <w:r>
        <w:rPr>
          <w:sz w:val="22"/>
        </w:rPr>
        <w:t>A. SUM</w:t>
      </w:r>
    </w:p>
    <w:p>
      <w:pPr>
        <w:pStyle w:val="ListParagraph"/>
      </w:pPr>
      <w:r>
        <w:rPr>
          <w:sz w:val="22"/>
        </w:rPr>
        <w:t>B. AVERAGE</w:t>
      </w:r>
    </w:p>
    <w:p>
      <w:pPr>
        <w:pStyle w:val="ListParagraph"/>
      </w:pPr>
      <w:r>
        <w:rPr>
          <w:sz w:val="22"/>
        </w:rPr>
        <w:t>C. MAX</w:t>
      </w:r>
    </w:p>
    <w:p>
      <w:pPr>
        <w:pStyle w:val="ListParagraph"/>
      </w:pPr>
      <w:r>
        <w:rPr>
          <w:sz w:val="22"/>
        </w:rPr>
        <w:t>D. MIN</w:t>
      </w:r>
    </w:p>
    <w:p/>
    <w:p>
      <w:r>
        <w:rPr>
          <w:b/>
          <w:sz w:val="24"/>
        </w:rPr>
        <w:t>Câu 4: Thiết bị nào sau đây là thiết bị vào của máy tính?</w:t>
      </w:r>
    </w:p>
    <w:p>
      <w:pPr>
        <w:pStyle w:val="ListParagraph"/>
      </w:pPr>
      <w:r>
        <w:rPr>
          <w:sz w:val="22"/>
        </w:rPr>
        <w:t>A. Màn hình</w:t>
      </w:r>
    </w:p>
    <w:p>
      <w:pPr>
        <w:pStyle w:val="ListParagraph"/>
      </w:pPr>
      <w:r>
        <w:rPr>
          <w:sz w:val="22"/>
        </w:rPr>
        <w:t>B. Máy in</w:t>
      </w:r>
    </w:p>
    <w:p>
      <w:pPr>
        <w:pStyle w:val="ListParagraph"/>
      </w:pPr>
      <w:r>
        <w:rPr>
          <w:sz w:val="22"/>
        </w:rPr>
        <w:t>C. Bàn phím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5: Trong hệ điều hành Windows, tổ hợp phím Ctrl + C dùng để làm gì?</w:t>
      </w:r>
    </w:p>
    <w:p>
      <w:pPr>
        <w:pStyle w:val="ListParagraph"/>
      </w:pPr>
      <w:r>
        <w:rPr>
          <w:sz w:val="22"/>
        </w:rPr>
        <w:t>A. Sao chép</w:t>
      </w:r>
    </w:p>
    <w:p>
      <w:pPr>
        <w:pStyle w:val="ListParagraph"/>
      </w:pPr>
      <w:r>
        <w:rPr>
          <w:sz w:val="22"/>
        </w:rPr>
        <w:t>B. Cắt</w:t>
      </w:r>
    </w:p>
    <w:p>
      <w:pPr>
        <w:pStyle w:val="ListParagraph"/>
      </w:pPr>
      <w:r>
        <w:rPr>
          <w:sz w:val="22"/>
        </w:rPr>
        <w:t>C. Dán</w:t>
      </w:r>
    </w:p>
    <w:p>
      <w:pPr>
        <w:pStyle w:val="ListParagraph"/>
      </w:pPr>
      <w:r>
        <w:rPr>
          <w:sz w:val="22"/>
        </w:rPr>
        <w:t>D. Hoàn tác</w:t>
      </w:r>
    </w:p>
    <w:p/>
    <w:p>
      <w:r>
        <w:rPr>
          <w:b/>
          <w:sz w:val="24"/>
        </w:rPr>
        <w:t>Câu 6: Trong mạng máy tính, WWW là viết tắt của gì?</w:t>
      </w:r>
    </w:p>
    <w:p>
      <w:pPr>
        <w:pStyle w:val="ListParagraph"/>
      </w:pPr>
      <w:r>
        <w:rPr>
          <w:sz w:val="22"/>
        </w:rPr>
        <w:t>A. World Wide Web</w:t>
      </w:r>
    </w:p>
    <w:p>
      <w:pPr>
        <w:pStyle w:val="ListParagraph"/>
      </w:pPr>
      <w:r>
        <w:rPr>
          <w:sz w:val="22"/>
        </w:rPr>
        <w:t>B. World Web Wide</w:t>
      </w:r>
    </w:p>
    <w:p>
      <w:pPr>
        <w:pStyle w:val="ListParagraph"/>
      </w:pPr>
      <w:r>
        <w:rPr>
          <w:sz w:val="22"/>
        </w:rPr>
        <w:t>C. Wide World Web</w:t>
      </w:r>
    </w:p>
    <w:p>
      <w:pPr>
        <w:pStyle w:val="ListParagraph"/>
      </w:pPr>
      <w:r>
        <w:rPr>
          <w:sz w:val="22"/>
        </w:rPr>
        <w:t>D. Web World Wide</w:t>
      </w:r>
    </w:p>
    <w:p/>
    <w:p>
      <w:r>
        <w:rPr>
          <w:b/>
          <w:sz w:val="24"/>
        </w:rPr>
        <w:t>Câu 7: Phần mềm nào sau đây là hệ điều hành?</w:t>
      </w:r>
    </w:p>
    <w:p>
      <w:pPr>
        <w:pStyle w:val="ListParagraph"/>
      </w:pPr>
      <w:r>
        <w:rPr>
          <w:sz w:val="22"/>
        </w:rPr>
        <w:t>A. Microsoft Word</w:t>
      </w:r>
    </w:p>
    <w:p>
      <w:pPr>
        <w:pStyle w:val="ListParagraph"/>
      </w:pPr>
      <w:r>
        <w:rPr>
          <w:sz w:val="22"/>
        </w:rPr>
        <w:t>B. Microsoft Excel</w:t>
      </w:r>
    </w:p>
    <w:p>
      <w:pPr>
        <w:pStyle w:val="ListParagraph"/>
      </w:pPr>
      <w:r>
        <w:rPr>
          <w:sz w:val="22"/>
        </w:rPr>
        <w:t>C. Windows 10</w:t>
      </w:r>
    </w:p>
    <w:p>
      <w:pPr>
        <w:pStyle w:val="ListParagraph"/>
      </w:pPr>
      <w:r>
        <w:rPr>
          <w:sz w:val="22"/>
        </w:rPr>
        <w:t>D. Google Chrome</w:t>
      </w:r>
    </w:p>
    <w:p/>
    <w:p>
      <w:r>
        <w:rPr>
          <w:b/>
          <w:sz w:val="24"/>
        </w:rPr>
        <w:t>Câu 8: Trong bảng tính Excel, ô A1 có giá trị 10, ô B1 có giá trị 20. Công thức =SUM(A1,B1) cho kết quả là bao nhiêu?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40</w:t>
      </w:r>
    </w:p>
    <w:p/>
    <w:p>
      <w:r>
        <w:rPr>
          <w:b/>
          <w:sz w:val="24"/>
        </w:rPr>
        <w:t>Câu 9: Địa chỉ IP là gì?</w:t>
      </w:r>
    </w:p>
    <w:p>
      <w:pPr>
        <w:pStyle w:val="ListParagraph"/>
      </w:pPr>
      <w:r>
        <w:rPr>
          <w:sz w:val="22"/>
        </w:rPr>
        <w:t>A. Là địa chỉ của một trang web</w:t>
      </w:r>
    </w:p>
    <w:p>
      <w:pPr>
        <w:pStyle w:val="ListParagraph"/>
      </w:pPr>
      <w:r>
        <w:rPr>
          <w:sz w:val="22"/>
        </w:rPr>
        <w:t>B. Là địa chỉ của một máy tính trong mạng</w:t>
      </w:r>
    </w:p>
    <w:p>
      <w:pPr>
        <w:pStyle w:val="ListParagraph"/>
      </w:pPr>
      <w:r>
        <w:rPr>
          <w:sz w:val="22"/>
        </w:rPr>
        <w:t>C. Là địa chỉ của một tệp tin</w:t>
      </w:r>
    </w:p>
    <w:p>
      <w:pPr>
        <w:pStyle w:val="ListParagraph"/>
      </w:pPr>
      <w:r>
        <w:rPr>
          <w:sz w:val="22"/>
        </w:rPr>
        <w:t>D. Là địa chỉ của một thư mục</w:t>
      </w:r>
    </w:p>
    <w:p/>
    <w:p>
      <w:r>
        <w:rPr>
          <w:b/>
          <w:sz w:val="24"/>
        </w:rPr>
        <w:t>Câu 10: Trong hệ điều hành Windows, để xóa vĩnh viễn một tệp tin mà không đưa vào Recycle Bin, ta dùng tổ hợp phím nào?</w:t>
      </w:r>
    </w:p>
    <w:p>
      <w:pPr>
        <w:pStyle w:val="ListParagraph"/>
      </w:pPr>
      <w:r>
        <w:rPr>
          <w:sz w:val="22"/>
        </w:rPr>
        <w:t>A. Shift + Delete</w:t>
      </w:r>
    </w:p>
    <w:p>
      <w:pPr>
        <w:pStyle w:val="ListParagraph"/>
      </w:pPr>
      <w:r>
        <w:rPr>
          <w:sz w:val="22"/>
        </w:rPr>
        <w:t>B. Ctrl + Delete</w:t>
      </w:r>
    </w:p>
    <w:p>
      <w:pPr>
        <w:pStyle w:val="ListParagraph"/>
      </w:pPr>
      <w:r>
        <w:rPr>
          <w:sz w:val="22"/>
        </w:rPr>
        <w:t>C. Alt + Delete</w:t>
      </w:r>
    </w:p>
    <w:p>
      <w:pPr>
        <w:pStyle w:val="ListParagraph"/>
      </w:pPr>
      <w:r>
        <w:rPr>
          <w:sz w:val="22"/>
        </w:rPr>
        <w:t>D. Delete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