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Từ trường là môi trường vật chất tồn tại xung...</w:t>
      </w:r>
    </w:p>
    <w:p>
      <w:pPr>
        <w:jc w:val="center"/>
      </w:pPr>
      <w:r>
        <w:rPr>
          <w:sz w:val="22"/>
        </w:rPr>
        <w:t>Số câu: 50    Thời gian: _____ phút    Họ và tên: _________________________</w:t>
      </w:r>
    </w:p>
    <w:p/>
    <w:p>
      <w:r>
        <w:rPr>
          <w:b/>
          <w:sz w:val="24"/>
        </w:rPr>
        <w:t>Câu 1: Từ trường là môi trường vật chất tồn tại xung quanh:</w:t>
      </w:r>
    </w:p>
    <w:p>
      <w:pPr>
        <w:pStyle w:val="ListParagraph"/>
      </w:pPr>
      <w:r>
        <w:rPr>
          <w:sz w:val="22"/>
        </w:rPr>
        <w:t>A. Điện tích đứng yên.</w:t>
      </w:r>
    </w:p>
    <w:p>
      <w:pPr>
        <w:pStyle w:val="ListParagraph"/>
      </w:pPr>
      <w:r>
        <w:rPr>
          <w:sz w:val="22"/>
        </w:rPr>
        <w:t>B. Điện tích chuyển động hoặc nam châm.</w:t>
      </w:r>
    </w:p>
    <w:p>
      <w:pPr>
        <w:pStyle w:val="ListParagraph"/>
      </w:pPr>
      <w:r>
        <w:rPr>
          <w:sz w:val="22"/>
        </w:rPr>
        <w:t>C. Điện trở.</w:t>
      </w:r>
    </w:p>
    <w:p>
      <w:pPr>
        <w:pStyle w:val="ListParagraph"/>
      </w:pPr>
      <w:r>
        <w:rPr>
          <w:sz w:val="22"/>
        </w:rPr>
        <w:t>D. Tụ điện.</w:t>
      </w:r>
    </w:p>
    <w:p/>
    <w:p>
      <w:r>
        <w:rPr>
          <w:b/>
          <w:sz w:val="24"/>
        </w:rPr>
        <w:t>Câu 2: Đường sức từ là những đường:</w:t>
      </w:r>
    </w:p>
    <w:p>
      <w:pPr>
        <w:pStyle w:val="ListParagraph"/>
      </w:pPr>
      <w:r>
        <w:rPr>
          <w:sz w:val="22"/>
        </w:rPr>
        <w:t>A. Biểu diễn chiều của điện trường.</w:t>
      </w:r>
    </w:p>
    <w:p>
      <w:pPr>
        <w:pStyle w:val="ListParagraph"/>
      </w:pPr>
      <w:r>
        <w:rPr>
          <w:sz w:val="22"/>
        </w:rPr>
        <w:t>B. Biểu diễn điện áp.</w:t>
      </w:r>
    </w:p>
    <w:p>
      <w:pPr>
        <w:pStyle w:val="ListParagraph"/>
      </w:pPr>
      <w:r>
        <w:rPr>
          <w:sz w:val="22"/>
        </w:rPr>
        <w:t>C. Biểu diễn dòng điện.</w:t>
      </w:r>
    </w:p>
    <w:p>
      <w:pPr>
        <w:pStyle w:val="ListParagraph"/>
      </w:pPr>
      <w:r>
        <w:rPr>
          <w:sz w:val="22"/>
        </w:rPr>
        <w:t>D. Biểu diễn phương và chiều của từ trường.</w:t>
      </w:r>
    </w:p>
    <w:p/>
    <w:p>
      <w:r>
        <w:rPr>
          <w:b/>
          <w:sz w:val="24"/>
        </w:rPr>
        <w:t>Câu 3: Đơn vị của cảm ứng từ B là:</w:t>
      </w:r>
    </w:p>
    <w:p>
      <w:pPr>
        <w:pStyle w:val="ListParagraph"/>
      </w:pPr>
      <w:r>
        <w:rPr>
          <w:sz w:val="22"/>
        </w:rPr>
        <w:t>A. Weber (Wb)</w:t>
      </w:r>
    </w:p>
    <w:p>
      <w:pPr>
        <w:pStyle w:val="ListParagraph"/>
      </w:pPr>
      <w:r>
        <w:rPr>
          <w:sz w:val="22"/>
        </w:rPr>
        <w:t>B. Tesla (T)</w:t>
      </w:r>
    </w:p>
    <w:p>
      <w:pPr>
        <w:pStyle w:val="ListParagraph"/>
      </w:pPr>
      <w:r>
        <w:rPr>
          <w:sz w:val="22"/>
        </w:rPr>
        <w:t>C. Henry (H)</w:t>
      </w:r>
    </w:p>
    <w:p>
      <w:pPr>
        <w:pStyle w:val="ListParagraph"/>
      </w:pPr>
      <w:r>
        <w:rPr>
          <w:sz w:val="22"/>
        </w:rPr>
        <w:t>D. Volt (V)</w:t>
      </w:r>
    </w:p>
    <w:p/>
    <w:p>
      <w:r>
        <w:rPr>
          <w:b/>
          <w:sz w:val="24"/>
        </w:rPr>
        <w:t>Câu 4: Đơn vị của từ thông là:</w:t>
      </w:r>
    </w:p>
    <w:p>
      <w:pPr>
        <w:pStyle w:val="ListParagraph"/>
      </w:pPr>
      <w:r>
        <w:rPr>
          <w:sz w:val="22"/>
        </w:rPr>
        <w:t>A. Weber</w:t>
      </w:r>
    </w:p>
    <w:p>
      <w:pPr>
        <w:pStyle w:val="ListParagraph"/>
      </w:pPr>
      <w:r>
        <w:rPr>
          <w:sz w:val="22"/>
        </w:rPr>
        <w:t>B. Tesla</w:t>
      </w:r>
    </w:p>
    <w:p>
      <w:pPr>
        <w:pStyle w:val="ListParagraph"/>
      </w:pPr>
      <w:r>
        <w:rPr>
          <w:sz w:val="22"/>
        </w:rPr>
        <w:t>C. Henry</w:t>
      </w:r>
    </w:p>
    <w:p>
      <w:pPr>
        <w:pStyle w:val="ListParagraph"/>
      </w:pPr>
      <w:r>
        <w:rPr>
          <w:sz w:val="22"/>
        </w:rPr>
        <w:t>D. Joule</w:t>
      </w:r>
    </w:p>
    <w:p/>
    <w:p>
      <w:r>
        <w:rPr>
          <w:b/>
          <w:sz w:val="24"/>
        </w:rPr>
        <w:t>Câu 5: Chiều đường sức từ bên ngoài nam châm đi từ:</w:t>
      </w:r>
    </w:p>
    <w:p>
      <w:pPr>
        <w:pStyle w:val="ListParagraph"/>
      </w:pPr>
      <w:r>
        <w:rPr>
          <w:sz w:val="22"/>
        </w:rPr>
        <w:t>A. Cực Bắc sang cực Nam.</w:t>
      </w:r>
    </w:p>
    <w:p>
      <w:pPr>
        <w:pStyle w:val="ListParagraph"/>
      </w:pPr>
      <w:r>
        <w:rPr>
          <w:sz w:val="22"/>
        </w:rPr>
        <w:t>B. Cực Nam sang cực Bắc.</w:t>
      </w:r>
    </w:p>
    <w:p>
      <w:pPr>
        <w:pStyle w:val="ListParagraph"/>
      </w:pPr>
      <w:r>
        <w:rPr>
          <w:sz w:val="22"/>
        </w:rPr>
        <w:t>C. Từ tâm ra ngoài.</w:t>
      </w:r>
    </w:p>
    <w:p>
      <w:pPr>
        <w:pStyle w:val="ListParagraph"/>
      </w:pPr>
      <w:r>
        <w:rPr>
          <w:sz w:val="22"/>
        </w:rPr>
        <w:t>D. Không có chiều xác định.</w:t>
      </w:r>
    </w:p>
    <w:p/>
    <w:p>
      <w:r>
        <w:rPr>
          <w:b/>
          <w:sz w:val="24"/>
        </w:rPr>
        <w:t>Câu 6: Đường sức từ của nam châm vĩnh cửu là:</w:t>
      </w:r>
    </w:p>
    <w:p>
      <w:pPr>
        <w:pStyle w:val="ListParagraph"/>
      </w:pPr>
      <w:r>
        <w:rPr>
          <w:sz w:val="22"/>
        </w:rPr>
        <w:t>A. Các đường thẳng song song.</w:t>
      </w:r>
    </w:p>
    <w:p>
      <w:pPr>
        <w:pStyle w:val="ListParagraph"/>
      </w:pPr>
      <w:r>
        <w:rPr>
          <w:sz w:val="22"/>
        </w:rPr>
        <w:t>B. Các đường cong khép kín.</w:t>
      </w:r>
    </w:p>
    <w:p>
      <w:pPr>
        <w:pStyle w:val="ListParagraph"/>
      </w:pPr>
      <w:r>
        <w:rPr>
          <w:sz w:val="22"/>
        </w:rPr>
        <w:t>C. Các đường gấp khúc.</w:t>
      </w:r>
    </w:p>
    <w:p>
      <w:pPr>
        <w:pStyle w:val="ListParagraph"/>
      </w:pPr>
      <w:r>
        <w:rPr>
          <w:sz w:val="22"/>
        </w:rPr>
        <w:t>D. Các đường xoắn ốc.</w:t>
      </w:r>
    </w:p>
    <w:p/>
    <w:p>
      <w:r>
        <w:rPr>
          <w:b/>
          <w:sz w:val="24"/>
        </w:rPr>
        <w:t>Câu 7: Khi dòng điện chạy qua dây dẫn thì xung quanh dây dẫn:</w:t>
      </w:r>
    </w:p>
    <w:p>
      <w:pPr>
        <w:pStyle w:val="ListParagraph"/>
      </w:pPr>
      <w:r>
        <w:rPr>
          <w:sz w:val="22"/>
        </w:rPr>
        <w:t>A. Chỉ có điện trường.</w:t>
      </w:r>
    </w:p>
    <w:p>
      <w:pPr>
        <w:pStyle w:val="ListParagraph"/>
      </w:pPr>
      <w:r>
        <w:rPr>
          <w:sz w:val="22"/>
        </w:rPr>
        <w:t>B. Chỉ có từ trường.</w:t>
      </w:r>
    </w:p>
    <w:p>
      <w:pPr>
        <w:pStyle w:val="ListParagraph"/>
      </w:pPr>
      <w:r>
        <w:rPr>
          <w:sz w:val="22"/>
        </w:rPr>
        <w:t>C. Có từ trường.</w:t>
      </w:r>
    </w:p>
    <w:p>
      <w:pPr>
        <w:pStyle w:val="ListParagraph"/>
      </w:pPr>
      <w:r>
        <w:rPr>
          <w:sz w:val="22"/>
        </w:rPr>
        <w:t>D. Không có trường nào.</w:t>
      </w:r>
    </w:p>
    <w:p/>
    <w:p>
      <w:r>
        <w:rPr>
          <w:b/>
          <w:sz w:val="24"/>
        </w:rPr>
        <w:t>Câu 8: Quy tắc nắm tay phải dùng để xác định:</w:t>
      </w:r>
    </w:p>
    <w:p>
      <w:pPr>
        <w:pStyle w:val="ListParagraph"/>
      </w:pPr>
      <w:r>
        <w:rPr>
          <w:sz w:val="22"/>
        </w:rPr>
        <w:t>A. Chiều dòng điện.</w:t>
      </w:r>
    </w:p>
    <w:p>
      <w:pPr>
        <w:pStyle w:val="ListParagraph"/>
      </w:pPr>
      <w:r>
        <w:rPr>
          <w:sz w:val="22"/>
        </w:rPr>
        <w:t>B. Chiều đường sức từ quanh dây dẫn.</w:t>
      </w:r>
    </w:p>
    <w:p>
      <w:pPr>
        <w:pStyle w:val="ListParagraph"/>
      </w:pPr>
      <w:r>
        <w:rPr>
          <w:sz w:val="22"/>
        </w:rPr>
        <w:t>C. Chiều lực điện.</w:t>
      </w:r>
    </w:p>
    <w:p>
      <w:pPr>
        <w:pStyle w:val="ListParagraph"/>
      </w:pPr>
      <w:r>
        <w:rPr>
          <w:sz w:val="22"/>
        </w:rPr>
        <w:t>D. Chiều điện áp.</w:t>
      </w:r>
    </w:p>
    <w:p/>
    <w:p>
      <w:r>
        <w:rPr>
          <w:b/>
          <w:sz w:val="24"/>
        </w:rPr>
        <w:t>Câu 9: Đại lượng đặc trưng cho khả năng sinh từ của dòng điện là:</w:t>
      </w:r>
    </w:p>
    <w:p>
      <w:pPr>
        <w:pStyle w:val="ListParagraph"/>
      </w:pPr>
      <w:r>
        <w:rPr>
          <w:sz w:val="22"/>
        </w:rPr>
        <w:t>A. Điện áp.</w:t>
      </w:r>
    </w:p>
    <w:p>
      <w:pPr>
        <w:pStyle w:val="ListParagraph"/>
      </w:pPr>
      <w:r>
        <w:rPr>
          <w:sz w:val="22"/>
        </w:rPr>
        <w:t>B. Điện trở.</w:t>
      </w:r>
    </w:p>
    <w:p>
      <w:pPr>
        <w:pStyle w:val="ListParagraph"/>
      </w:pPr>
      <w:r>
        <w:rPr>
          <w:sz w:val="22"/>
        </w:rPr>
        <w:t>C. Từ thông.</w:t>
      </w:r>
    </w:p>
    <w:p>
      <w:pPr>
        <w:pStyle w:val="ListParagraph"/>
      </w:pPr>
      <w:r>
        <w:rPr>
          <w:sz w:val="22"/>
        </w:rPr>
        <w:t>D. Cảm ứng từ.</w:t>
      </w:r>
    </w:p>
    <w:p/>
    <w:p>
      <w:r>
        <w:rPr>
          <w:b/>
          <w:sz w:val="24"/>
        </w:rPr>
        <w:t>Câu 10: Nam châm điện hoạt động dựa trên:</w:t>
      </w:r>
    </w:p>
    <w:p>
      <w:pPr>
        <w:pStyle w:val="ListParagraph"/>
      </w:pPr>
      <w:r>
        <w:rPr>
          <w:sz w:val="22"/>
        </w:rPr>
        <w:t>A. Hiện tượng nhiệt điện.</w:t>
      </w:r>
    </w:p>
    <w:p>
      <w:pPr>
        <w:pStyle w:val="ListParagraph"/>
      </w:pPr>
      <w:r>
        <w:rPr>
          <w:sz w:val="22"/>
        </w:rPr>
        <w:t>B. Tác dụng từ của dòng điện.</w:t>
      </w:r>
    </w:p>
    <w:p>
      <w:pPr>
        <w:pStyle w:val="ListParagraph"/>
      </w:pPr>
      <w:r>
        <w:rPr>
          <w:sz w:val="22"/>
        </w:rPr>
        <w:t>C. Hiện tượng quang điện.</w:t>
      </w:r>
    </w:p>
    <w:p>
      <w:pPr>
        <w:pStyle w:val="ListParagraph"/>
      </w:pPr>
      <w:r>
        <w:rPr>
          <w:sz w:val="22"/>
        </w:rPr>
        <w:t>D. Hiện tượng áp điện.</w:t>
      </w:r>
    </w:p>
    <w:p/>
    <w:p>
      <w:r>
        <w:rPr>
          <w:b/>
          <w:sz w:val="24"/>
        </w:rPr>
        <w:t>Câu 11: Lực điện từ tác dụng lên dây dẫn có dòng điện phụ thuộc vào:</w:t>
      </w:r>
    </w:p>
    <w:p>
      <w:pPr>
        <w:pStyle w:val="ListParagraph"/>
      </w:pPr>
      <w:r>
        <w:rPr>
          <w:sz w:val="22"/>
        </w:rPr>
        <w:t>A. Cường độ dòng điện.</w:t>
      </w:r>
    </w:p>
    <w:p>
      <w:pPr>
        <w:pStyle w:val="ListParagraph"/>
      </w:pPr>
      <w:r>
        <w:rPr>
          <w:sz w:val="22"/>
        </w:rPr>
        <w:t>B. Cảm ứng từ.</w:t>
      </w:r>
    </w:p>
    <w:p>
      <w:pPr>
        <w:pStyle w:val="ListParagraph"/>
      </w:pPr>
      <w:r>
        <w:rPr>
          <w:sz w:val="22"/>
        </w:rPr>
        <w:t>C. Chiều dài dây dẫn nằm trong từ trường.</w:t>
      </w:r>
    </w:p>
    <w:p>
      <w:pPr>
        <w:pStyle w:val="ListParagraph"/>
      </w:pPr>
      <w:r>
        <w:rPr>
          <w:sz w:val="22"/>
        </w:rPr>
        <w:t>D. Cả A, B và C.</w:t>
      </w:r>
    </w:p>
    <w:p/>
    <w:p>
      <w:r>
        <w:rPr>
          <w:b/>
          <w:sz w:val="24"/>
        </w:rPr>
        <w:t>Câu 12: Quy tắc bàn tay trái dùng để xác định:</w:t>
      </w:r>
    </w:p>
    <w:p>
      <w:pPr>
        <w:pStyle w:val="ListParagraph"/>
      </w:pPr>
      <w:r>
        <w:rPr>
          <w:sz w:val="22"/>
        </w:rPr>
        <w:t>A. Chiều cảm ứng từ.</w:t>
      </w:r>
    </w:p>
    <w:p>
      <w:pPr>
        <w:pStyle w:val="ListParagraph"/>
      </w:pPr>
      <w:r>
        <w:rPr>
          <w:sz w:val="22"/>
        </w:rPr>
        <w:t>B. Chiều dòng điện.</w:t>
      </w:r>
    </w:p>
    <w:p>
      <w:pPr>
        <w:pStyle w:val="ListParagraph"/>
      </w:pPr>
      <w:r>
        <w:rPr>
          <w:sz w:val="22"/>
        </w:rPr>
        <w:t>C. Chiều lực điện từ.</w:t>
      </w:r>
    </w:p>
    <w:p>
      <w:pPr>
        <w:pStyle w:val="ListParagraph"/>
      </w:pPr>
      <w:r>
        <w:rPr>
          <w:sz w:val="22"/>
        </w:rPr>
        <w:t>D. Chiều điện áp.</w:t>
      </w:r>
    </w:p>
    <w:p/>
    <w:p>
      <w:r>
        <w:rPr>
          <w:b/>
          <w:sz w:val="24"/>
        </w:rPr>
        <w:t>Câu 13: Hiện tượng cảm ứng điện từ xảy ra khi:</w:t>
      </w:r>
    </w:p>
    <w:p>
      <w:pPr>
        <w:pStyle w:val="ListParagraph"/>
      </w:pPr>
      <w:r>
        <w:rPr>
          <w:sz w:val="22"/>
        </w:rPr>
        <w:t>A. Có dòng điện không đổi.</w:t>
      </w:r>
    </w:p>
    <w:p>
      <w:pPr>
        <w:pStyle w:val="ListParagraph"/>
      </w:pPr>
      <w:r>
        <w:rPr>
          <w:sz w:val="22"/>
        </w:rPr>
        <w:t>B. Có điện áp không đổi.</w:t>
      </w:r>
    </w:p>
    <w:p>
      <w:pPr>
        <w:pStyle w:val="ListParagraph"/>
      </w:pPr>
      <w:r>
        <w:rPr>
          <w:sz w:val="22"/>
        </w:rPr>
        <w:t>C. Từ thông qua mạch biến thiên.</w:t>
      </w:r>
    </w:p>
    <w:p>
      <w:pPr>
        <w:pStyle w:val="ListParagraph"/>
      </w:pPr>
      <w:r>
        <w:rPr>
          <w:sz w:val="22"/>
        </w:rPr>
        <w:t>D. Điện trở thay đổi.</w:t>
      </w:r>
    </w:p>
    <w:p/>
    <w:p>
      <w:r>
        <w:rPr>
          <w:b/>
          <w:sz w:val="24"/>
        </w:rPr>
        <w:t>Câu 14: Định luật Faraday cho biết sức điện động cảm ứng:</w:t>
      </w:r>
    </w:p>
    <w:p>
      <w:pPr>
        <w:pStyle w:val="ListParagraph"/>
      </w:pPr>
      <w:r>
        <w:rPr>
          <w:sz w:val="22"/>
        </w:rPr>
        <w:t>A. Tỷ lệ thuận với tốc độ biến thiên từ thông.</w:t>
      </w:r>
    </w:p>
    <w:p>
      <w:pPr>
        <w:pStyle w:val="ListParagraph"/>
      </w:pPr>
      <w:r>
        <w:rPr>
          <w:sz w:val="22"/>
        </w:rPr>
        <w:t>B. Tỷ lệ nghịch với tốc độ biến thiên từ thông.</w:t>
      </w:r>
    </w:p>
    <w:p>
      <w:pPr>
        <w:pStyle w:val="ListParagraph"/>
      </w:pPr>
      <w:r>
        <w:rPr>
          <w:sz w:val="22"/>
        </w:rPr>
        <w:t>C. Không phụ thuộc từ thông.</w:t>
      </w:r>
    </w:p>
    <w:p>
      <w:pPr>
        <w:pStyle w:val="ListParagraph"/>
      </w:pPr>
      <w:r>
        <w:rPr>
          <w:sz w:val="22"/>
        </w:rPr>
        <w:t>D. Chỉ phụ thuộc điện trở.</w:t>
      </w:r>
    </w:p>
    <w:p/>
    <w:p>
      <w:r>
        <w:rPr>
          <w:b/>
          <w:sz w:val="24"/>
        </w:rPr>
        <w:t>Câu 15: Định luật Lenz dùng để xác định:</w:t>
      </w:r>
    </w:p>
    <w:p>
      <w:pPr>
        <w:pStyle w:val="ListParagraph"/>
      </w:pPr>
      <w:r>
        <w:rPr>
          <w:sz w:val="22"/>
        </w:rPr>
        <w:t>A. Độ lớn điện áp.</w:t>
      </w:r>
    </w:p>
    <w:p>
      <w:pPr>
        <w:pStyle w:val="ListParagraph"/>
      </w:pPr>
      <w:r>
        <w:rPr>
          <w:sz w:val="22"/>
        </w:rPr>
        <w:t>B. Chiều sức điện động cảm ứng.</w:t>
      </w:r>
    </w:p>
    <w:p>
      <w:pPr>
        <w:pStyle w:val="ListParagraph"/>
      </w:pPr>
      <w:r>
        <w:rPr>
          <w:sz w:val="22"/>
        </w:rPr>
        <w:t>C. Giá trị điện trở.</w:t>
      </w:r>
    </w:p>
    <w:p>
      <w:pPr>
        <w:pStyle w:val="ListParagraph"/>
      </w:pPr>
      <w:r>
        <w:rPr>
          <w:sz w:val="22"/>
        </w:rPr>
        <w:t>D. Công suất điện.</w:t>
      </w:r>
    </w:p>
    <w:p/>
    <w:p>
      <w:r>
        <w:rPr>
          <w:b/>
          <w:sz w:val="24"/>
        </w:rPr>
        <w:t>Câu 16: Một cuộn dây có 500 vòng, từ thông biến thiên đều từ 0 đến 0,2 Wb trong 0,5 s. Suất điện động cảm ứng bằng:</w:t>
      </w:r>
    </w:p>
    <w:p>
      <w:pPr>
        <w:pStyle w:val="ListParagraph"/>
      </w:pPr>
      <w:r>
        <w:rPr>
          <w:sz w:val="22"/>
        </w:rPr>
        <w:t>A. 100 V</w:t>
      </w:r>
    </w:p>
    <w:p>
      <w:pPr>
        <w:pStyle w:val="ListParagraph"/>
      </w:pPr>
      <w:r>
        <w:rPr>
          <w:sz w:val="22"/>
        </w:rPr>
        <w:t>B. 50 V</w:t>
      </w:r>
    </w:p>
    <w:p>
      <w:pPr>
        <w:pStyle w:val="ListParagraph"/>
      </w:pPr>
      <w:r>
        <w:rPr>
          <w:sz w:val="22"/>
        </w:rPr>
        <w:t>C. 150 V</w:t>
      </w:r>
    </w:p>
    <w:p>
      <w:pPr>
        <w:pStyle w:val="ListParagraph"/>
      </w:pPr>
      <w:r>
        <w:rPr>
          <w:sz w:val="22"/>
        </w:rPr>
        <w:t>D. 200 V</w:t>
      </w:r>
    </w:p>
    <w:p/>
    <w:p>
      <w:r>
        <w:rPr>
          <w:b/>
          <w:sz w:val="24"/>
        </w:rPr>
        <w:t>Câu 17: Nếu tốc độ biến thiên từ thông tăng gấp đôi thì suất điện động cảm ứng sẽ:</w:t>
      </w:r>
    </w:p>
    <w:p>
      <w:pPr>
        <w:pStyle w:val="ListParagraph"/>
      </w:pPr>
      <w:r>
        <w:rPr>
          <w:sz w:val="22"/>
        </w:rPr>
        <w:t>A. Không đổi.</w:t>
      </w:r>
    </w:p>
    <w:p>
      <w:pPr>
        <w:pStyle w:val="ListParagraph"/>
      </w:pPr>
      <w:r>
        <w:rPr>
          <w:sz w:val="22"/>
        </w:rPr>
        <w:t>B. Giảm một nửa.</w:t>
      </w:r>
    </w:p>
    <w:p>
      <w:pPr>
        <w:pStyle w:val="ListParagraph"/>
      </w:pPr>
      <w:r>
        <w:rPr>
          <w:sz w:val="22"/>
        </w:rPr>
        <w:t>C. Tăng gấp đôi.</w:t>
      </w:r>
    </w:p>
    <w:p>
      <w:pPr>
        <w:pStyle w:val="ListParagraph"/>
      </w:pPr>
      <w:r>
        <w:rPr>
          <w:sz w:val="22"/>
        </w:rPr>
        <w:t>D. Tăng gấp bốn.</w:t>
      </w:r>
    </w:p>
    <w:p/>
    <w:p>
      <w:r>
        <w:rPr>
          <w:b/>
          <w:sz w:val="24"/>
        </w:rPr>
        <w:t>Câu 18: Đơn vị của hệ số tự cảm là:</w:t>
      </w:r>
    </w:p>
    <w:p>
      <w:pPr>
        <w:pStyle w:val="ListParagraph"/>
      </w:pPr>
      <w:r>
        <w:rPr>
          <w:sz w:val="22"/>
        </w:rPr>
        <w:t>A. Henry</w:t>
      </w:r>
    </w:p>
    <w:p>
      <w:pPr>
        <w:pStyle w:val="ListParagraph"/>
      </w:pPr>
      <w:r>
        <w:rPr>
          <w:sz w:val="22"/>
        </w:rPr>
        <w:t>B. Tesla</w:t>
      </w:r>
    </w:p>
    <w:p>
      <w:pPr>
        <w:pStyle w:val="ListParagraph"/>
      </w:pPr>
      <w:r>
        <w:rPr>
          <w:sz w:val="22"/>
        </w:rPr>
        <w:t>C. Weber</w:t>
      </w:r>
    </w:p>
    <w:p>
      <w:pPr>
        <w:pStyle w:val="ListParagraph"/>
      </w:pPr>
      <w:r>
        <w:rPr>
          <w:sz w:val="22"/>
        </w:rPr>
        <w:t>D. Volt</w:t>
      </w:r>
    </w:p>
    <w:p/>
    <w:p>
      <w:r>
        <w:rPr>
          <w:b/>
          <w:sz w:val="24"/>
        </w:rPr>
        <w:t>Câu 19: Năng lượng tích trữ trong cuộn cảm tồn tại dưới dạng:</w:t>
      </w:r>
    </w:p>
    <w:p>
      <w:pPr>
        <w:pStyle w:val="ListParagraph"/>
      </w:pPr>
      <w:r>
        <w:rPr>
          <w:sz w:val="22"/>
        </w:rPr>
        <w:t>A. Nhiệt năng.</w:t>
      </w:r>
    </w:p>
    <w:p>
      <w:pPr>
        <w:pStyle w:val="ListParagraph"/>
      </w:pPr>
      <w:r>
        <w:rPr>
          <w:sz w:val="22"/>
        </w:rPr>
        <w:t>B. Cơ năng.</w:t>
      </w:r>
    </w:p>
    <w:p>
      <w:pPr>
        <w:pStyle w:val="ListParagraph"/>
      </w:pPr>
      <w:r>
        <w:rPr>
          <w:sz w:val="22"/>
        </w:rPr>
        <w:t>C. Từ năng.</w:t>
      </w:r>
    </w:p>
    <w:p>
      <w:pPr>
        <w:pStyle w:val="ListParagraph"/>
      </w:pPr>
      <w:r>
        <w:rPr>
          <w:sz w:val="22"/>
        </w:rPr>
        <w:t>D. Quang năng.</w:t>
      </w:r>
    </w:p>
    <w:p/>
    <w:p>
      <w:r>
        <w:rPr>
          <w:b/>
          <w:sz w:val="24"/>
        </w:rPr>
        <w:t>Câu 20: Khi dòng điện qua cuộn cảm tăng nhanh thì suất điện động tự cảm sẽ:</w:t>
      </w:r>
    </w:p>
    <w:p>
      <w:pPr>
        <w:pStyle w:val="ListParagraph"/>
      </w:pPr>
      <w:r>
        <w:rPr>
          <w:sz w:val="22"/>
        </w:rPr>
        <w:t>A. Cùng chiều dòng điện.</w:t>
      </w:r>
    </w:p>
    <w:p>
      <w:pPr>
        <w:pStyle w:val="ListParagraph"/>
      </w:pPr>
      <w:r>
        <w:rPr>
          <w:sz w:val="22"/>
        </w:rPr>
        <w:t>B. Chống lại sự tăng dòng điện.</w:t>
      </w:r>
    </w:p>
    <w:p>
      <w:pPr>
        <w:pStyle w:val="ListParagraph"/>
      </w:pPr>
      <w:r>
        <w:rPr>
          <w:sz w:val="22"/>
        </w:rPr>
        <w:t>C. Không xuất hiện.</w:t>
      </w:r>
    </w:p>
    <w:p>
      <w:pPr>
        <w:pStyle w:val="ListParagraph"/>
      </w:pPr>
      <w:r>
        <w:rPr>
          <w:sz w:val="22"/>
        </w:rPr>
        <w:t>D. Luôn bằng 0.</w:t>
      </w:r>
    </w:p>
    <w:p/>
    <w:p>
      <w:r>
        <w:rPr>
          <w:b/>
          <w:sz w:val="24"/>
        </w:rPr>
        <w:t>Câu 21: Hai cuộn dây đặt gần nhau. Khi dòng điện trong cuộn thứ nhất biến thiên sẽ gây ra hiện tượng:</w:t>
      </w:r>
    </w:p>
    <w:p>
      <w:pPr>
        <w:pStyle w:val="ListParagraph"/>
      </w:pPr>
      <w:r>
        <w:rPr>
          <w:sz w:val="22"/>
        </w:rPr>
        <w:t>A. Tự cảm.</w:t>
      </w:r>
    </w:p>
    <w:p>
      <w:pPr>
        <w:pStyle w:val="ListParagraph"/>
      </w:pPr>
      <w:r>
        <w:rPr>
          <w:sz w:val="22"/>
        </w:rPr>
        <w:t>B. Hồ quang.</w:t>
      </w:r>
    </w:p>
    <w:p>
      <w:pPr>
        <w:pStyle w:val="ListParagraph"/>
      </w:pPr>
      <w:r>
        <w:rPr>
          <w:sz w:val="22"/>
        </w:rPr>
        <w:t>C. Phóng điện.</w:t>
      </w:r>
    </w:p>
    <w:p>
      <w:pPr>
        <w:pStyle w:val="ListParagraph"/>
      </w:pPr>
      <w:r>
        <w:rPr>
          <w:sz w:val="22"/>
        </w:rPr>
        <w:t>D. Hỗ cảm.</w:t>
      </w:r>
    </w:p>
    <w:p/>
    <w:p>
      <w:r>
        <w:rPr>
          <w:b/>
          <w:sz w:val="24"/>
        </w:rPr>
        <w:t>Câu 22: Trong máy biến áp, hiện tượng nào là nguyên lý làm việc cơ bản?</w:t>
      </w:r>
    </w:p>
    <w:p>
      <w:pPr>
        <w:pStyle w:val="ListParagraph"/>
      </w:pPr>
      <w:r>
        <w:rPr>
          <w:sz w:val="22"/>
        </w:rPr>
        <w:t>A. Cảm ứng điện từ.</w:t>
      </w:r>
    </w:p>
    <w:p>
      <w:pPr>
        <w:pStyle w:val="ListParagraph"/>
      </w:pPr>
      <w:r>
        <w:rPr>
          <w:sz w:val="22"/>
        </w:rPr>
        <w:t>B. Cảm ứng tĩnh điện</w:t>
      </w:r>
    </w:p>
    <w:p>
      <w:pPr>
        <w:pStyle w:val="ListParagraph"/>
      </w:pPr>
      <w:r>
        <w:rPr>
          <w:sz w:val="22"/>
        </w:rPr>
        <w:t>C. Hiệu ứng Hall.</w:t>
      </w:r>
    </w:p>
    <w:p>
      <w:pPr>
        <w:pStyle w:val="ListParagraph"/>
      </w:pPr>
      <w:r>
        <w:rPr>
          <w:sz w:val="22"/>
        </w:rPr>
        <w:t>D. Hiệu ứng quang điện.</w:t>
      </w:r>
    </w:p>
    <w:p/>
    <w:p>
      <w:r>
        <w:rPr>
          <w:b/>
          <w:sz w:val="24"/>
        </w:rPr>
        <w:t>Câu 23: Nếu từ thông qua cuộn dây không thay đổi theo thời gian thì:</w:t>
      </w:r>
    </w:p>
    <w:p>
      <w:pPr>
        <w:pStyle w:val="ListParagraph"/>
      </w:pPr>
      <w:r>
        <w:rPr>
          <w:sz w:val="22"/>
        </w:rPr>
        <w:t>A. Có suất điện động cảm ứng.</w:t>
      </w:r>
    </w:p>
    <w:p>
      <w:pPr>
        <w:pStyle w:val="ListParagraph"/>
      </w:pPr>
      <w:r>
        <w:rPr>
          <w:sz w:val="22"/>
        </w:rPr>
        <w:t>B. Không có suất điện động cảm ứng.</w:t>
      </w:r>
    </w:p>
    <w:p>
      <w:pPr>
        <w:pStyle w:val="ListParagraph"/>
      </w:pPr>
      <w:r>
        <w:rPr>
          <w:sz w:val="22"/>
        </w:rPr>
        <w:t>C. Có dòng điện cảm ứng rất lớn.</w:t>
      </w:r>
    </w:p>
    <w:p>
      <w:pPr>
        <w:pStyle w:val="ListParagraph"/>
      </w:pPr>
      <w:r>
        <w:rPr>
          <w:sz w:val="22"/>
        </w:rPr>
        <w:t>D. Điện trở cuộn dây tăng.</w:t>
      </w:r>
    </w:p>
    <w:p/>
    <w:p>
      <w:r>
        <w:rPr>
          <w:b/>
          <w:sz w:val="24"/>
        </w:rPr>
        <w:t>Câu 24: Khi tăng số vòng dây của cuộn dây, với cùng tốc độ biến thiên từ thông thì suất điện động cảm ứng sẽ:</w:t>
      </w:r>
    </w:p>
    <w:p>
      <w:pPr>
        <w:pStyle w:val="ListParagraph"/>
      </w:pPr>
      <w:r>
        <w:rPr>
          <w:sz w:val="22"/>
        </w:rPr>
        <w:t>A. Giảm.</w:t>
      </w:r>
    </w:p>
    <w:p>
      <w:pPr>
        <w:pStyle w:val="ListParagraph"/>
      </w:pPr>
      <w:r>
        <w:rPr>
          <w:sz w:val="22"/>
        </w:rPr>
        <w:t>B. Không đổi.</w:t>
      </w:r>
    </w:p>
    <w:p>
      <w:pPr>
        <w:pStyle w:val="ListParagraph"/>
      </w:pPr>
      <w:r>
        <w:rPr>
          <w:sz w:val="22"/>
        </w:rPr>
        <w:t>C. Tăng.</w:t>
      </w:r>
    </w:p>
    <w:p>
      <w:pPr>
        <w:pStyle w:val="ListParagraph"/>
      </w:pPr>
      <w:r>
        <w:rPr>
          <w:sz w:val="22"/>
        </w:rPr>
        <w:t>D. Bằng 0.</w:t>
      </w:r>
    </w:p>
    <w:p/>
    <w:p>
      <w:r>
        <w:rPr>
          <w:b/>
          <w:sz w:val="24"/>
        </w:rPr>
        <w:t>Câu 25: Một dây dẫn chuyển động vuông góc với đường sức từ đều. Để tăng suất điện động cảm ứng có thể:</w:t>
      </w:r>
    </w:p>
    <w:p>
      <w:pPr>
        <w:pStyle w:val="ListParagraph"/>
      </w:pPr>
      <w:r>
        <w:rPr>
          <w:sz w:val="22"/>
        </w:rPr>
        <w:t>A. Giảm vận tốc chuyển động.</w:t>
      </w:r>
    </w:p>
    <w:p>
      <w:pPr>
        <w:pStyle w:val="ListParagraph"/>
      </w:pPr>
      <w:r>
        <w:rPr>
          <w:sz w:val="22"/>
        </w:rPr>
        <w:t>B. Giảm chiều dài dây dẫn.</w:t>
      </w:r>
    </w:p>
    <w:p>
      <w:pPr>
        <w:pStyle w:val="ListParagraph"/>
      </w:pPr>
      <w:r>
        <w:rPr>
          <w:sz w:val="22"/>
        </w:rPr>
        <w:t>C. Giảm số đường sức từ.</w:t>
      </w:r>
    </w:p>
    <w:p>
      <w:pPr>
        <w:pStyle w:val="ListParagraph"/>
      </w:pPr>
      <w:r>
        <w:rPr>
          <w:sz w:val="22"/>
        </w:rPr>
        <w:t>D. Tăng cảm ứng từ.</w:t>
      </w:r>
    </w:p>
    <w:p/>
    <w:p>
      <w:r>
        <w:rPr>
          <w:b/>
          <w:sz w:val="24"/>
        </w:rPr>
        <w:t>Câu 26: Một cuộn dây có 200 vòng, từ thông biến thiên đều từ 0,05 Wb đến 0,25 Wb trong 0,2 s. Suất điện động cảm ứng là:</w:t>
      </w:r>
    </w:p>
    <w:p>
      <w:pPr>
        <w:pStyle w:val="ListParagraph"/>
      </w:pPr>
      <w:r>
        <w:rPr>
          <w:sz w:val="22"/>
        </w:rPr>
        <w:t>A. 100 V</w:t>
      </w:r>
    </w:p>
    <w:p>
      <w:pPr>
        <w:pStyle w:val="ListParagraph"/>
      </w:pPr>
      <w:r>
        <w:rPr>
          <w:sz w:val="22"/>
        </w:rPr>
        <w:t>B. 150 V</w:t>
      </w:r>
    </w:p>
    <w:p>
      <w:pPr>
        <w:pStyle w:val="ListParagraph"/>
      </w:pPr>
      <w:r>
        <w:rPr>
          <w:sz w:val="22"/>
        </w:rPr>
        <w:t>C. 200 V</w:t>
      </w:r>
    </w:p>
    <w:p>
      <w:pPr>
        <w:pStyle w:val="ListParagraph"/>
      </w:pPr>
      <w:r>
        <w:rPr>
          <w:sz w:val="22"/>
        </w:rPr>
        <w:t>D. 250 V</w:t>
      </w:r>
    </w:p>
    <w:p/>
    <w:p>
      <w:r>
        <w:rPr>
          <w:b/>
          <w:sz w:val="24"/>
        </w:rPr>
        <w:t>Câu 27: Một dây dẫn dài 0,5 m chuyển động vuông góc với từ trường có cảm ứng từ 0,8 T với vận tốc 10 m/s. Suất điện động cảm ứng sinh ra là:</w:t>
      </w:r>
    </w:p>
    <w:p>
      <w:pPr>
        <w:pStyle w:val="ListParagraph"/>
      </w:pPr>
      <w:r>
        <w:rPr>
          <w:sz w:val="22"/>
        </w:rPr>
        <w:t>A. 2 V</w:t>
      </w:r>
    </w:p>
    <w:p>
      <w:pPr>
        <w:pStyle w:val="ListParagraph"/>
      </w:pPr>
      <w:r>
        <w:rPr>
          <w:sz w:val="22"/>
        </w:rPr>
        <w:t>B. 4 V</w:t>
      </w:r>
    </w:p>
    <w:p>
      <w:pPr>
        <w:pStyle w:val="ListParagraph"/>
      </w:pPr>
      <w:r>
        <w:rPr>
          <w:sz w:val="22"/>
        </w:rPr>
        <w:t>C. 6 V</w:t>
      </w:r>
    </w:p>
    <w:p>
      <w:pPr>
        <w:pStyle w:val="ListParagraph"/>
      </w:pPr>
      <w:r>
        <w:rPr>
          <w:sz w:val="22"/>
        </w:rPr>
        <w:t>D. 8 V</w:t>
      </w:r>
    </w:p>
    <w:p/>
    <w:p>
      <w:r>
        <w:rPr>
          <w:b/>
          <w:sz w:val="24"/>
        </w:rPr>
        <w:t>Câu 28: Để tăng lực điện từ tác dụng lên dây dẫn mang dòng điện trong từ trường, có thể:</w:t>
      </w:r>
    </w:p>
    <w:p>
      <w:pPr>
        <w:pStyle w:val="ListParagraph"/>
      </w:pPr>
      <w:r>
        <w:rPr>
          <w:sz w:val="22"/>
        </w:rPr>
        <w:t>A. Giảm cường độ dòng điện.</w:t>
      </w:r>
    </w:p>
    <w:p>
      <w:pPr>
        <w:pStyle w:val="ListParagraph"/>
      </w:pPr>
      <w:r>
        <w:rPr>
          <w:sz w:val="22"/>
        </w:rPr>
        <w:t>B. Giảm cảm ứng từ.</w:t>
      </w:r>
    </w:p>
    <w:p>
      <w:pPr>
        <w:pStyle w:val="ListParagraph"/>
      </w:pPr>
      <w:r>
        <w:rPr>
          <w:sz w:val="22"/>
        </w:rPr>
        <w:t>C. Tăng chiều dài dây dẫn nằm trong từ trường.</w:t>
      </w:r>
    </w:p>
    <w:p>
      <w:pPr>
        <w:pStyle w:val="ListParagraph"/>
      </w:pPr>
      <w:r>
        <w:rPr>
          <w:sz w:val="22"/>
        </w:rPr>
        <w:t>D. Giảm số đường sức từ.</w:t>
      </w:r>
    </w:p>
    <w:p/>
    <w:p>
      <w:r>
        <w:rPr>
          <w:b/>
          <w:sz w:val="24"/>
        </w:rPr>
        <w:t>Câu 29: Nếu dòng điện trong cuộn dây giảm nhanh thì suất điện động tự cảm sẽ:</w:t>
      </w:r>
    </w:p>
    <w:p>
      <w:pPr>
        <w:pStyle w:val="ListParagraph"/>
      </w:pPr>
      <w:r>
        <w:rPr>
          <w:sz w:val="22"/>
        </w:rPr>
        <w:t>A. Có chiều chống lại sự giảm dòng điện.</w:t>
      </w:r>
    </w:p>
    <w:p>
      <w:pPr>
        <w:pStyle w:val="ListParagraph"/>
      </w:pPr>
      <w:r>
        <w:rPr>
          <w:sz w:val="22"/>
        </w:rPr>
        <w:t>B. Cùng chiều với sự giảm dòng điện.</w:t>
      </w:r>
    </w:p>
    <w:p>
      <w:pPr>
        <w:pStyle w:val="ListParagraph"/>
      </w:pPr>
      <w:r>
        <w:rPr>
          <w:sz w:val="22"/>
        </w:rPr>
        <w:t>C. Bằng không.</w:t>
      </w:r>
    </w:p>
    <w:p>
      <w:pPr>
        <w:pStyle w:val="ListParagraph"/>
      </w:pPr>
      <w:r>
        <w:rPr>
          <w:sz w:val="22"/>
        </w:rPr>
        <w:t>D. Đổi chiều liên tục.</w:t>
      </w:r>
    </w:p>
    <w:p/>
    <w:p>
      <w:r>
        <w:rPr>
          <w:b/>
          <w:sz w:val="24"/>
        </w:rPr>
        <w:t>Câu 30: Đơn vị của từ trở là:</w:t>
      </w:r>
    </w:p>
    <w:p>
      <w:pPr>
        <w:pStyle w:val="ListParagraph"/>
      </w:pPr>
      <w:r>
        <w:rPr>
          <w:sz w:val="22"/>
        </w:rPr>
        <w:t>A. A/Wb</w:t>
      </w:r>
    </w:p>
    <w:p>
      <w:pPr>
        <w:pStyle w:val="ListParagraph"/>
      </w:pPr>
      <w:r>
        <w:rPr>
          <w:sz w:val="22"/>
        </w:rPr>
        <w:t>B. Ω</w:t>
      </w:r>
    </w:p>
    <w:p>
      <w:pPr>
        <w:pStyle w:val="ListParagraph"/>
      </w:pPr>
      <w:r>
        <w:rPr>
          <w:sz w:val="22"/>
        </w:rPr>
        <w:t>C. H</w:t>
      </w:r>
    </w:p>
    <w:p>
      <w:pPr>
        <w:pStyle w:val="ListParagraph"/>
      </w:pPr>
      <w:r>
        <w:rPr>
          <w:sz w:val="22"/>
        </w:rPr>
        <w:t>D. T</w:t>
      </w:r>
    </w:p>
    <w:p/>
    <w:p>
      <w:r>
        <w:rPr>
          <w:b/>
          <w:sz w:val="24"/>
        </w:rPr>
        <w:t>Câu 31: Một cuộn dây có hệ số tự cảm 0,5 H. Dòng điện tăng đều từ 2 A lên 8 A trong 0,3 s. Suất điện động tự cảm có độ lớn là:</w:t>
      </w:r>
    </w:p>
    <w:p>
      <w:pPr>
        <w:pStyle w:val="ListParagraph"/>
      </w:pPr>
      <w:r>
        <w:rPr>
          <w:sz w:val="22"/>
        </w:rPr>
        <w:t>A. 8 V</w:t>
      </w:r>
    </w:p>
    <w:p>
      <w:pPr>
        <w:pStyle w:val="ListParagraph"/>
      </w:pPr>
      <w:r>
        <w:rPr>
          <w:sz w:val="22"/>
        </w:rPr>
        <w:t>B. 10 V</w:t>
      </w:r>
    </w:p>
    <w:p>
      <w:pPr>
        <w:pStyle w:val="ListParagraph"/>
      </w:pPr>
      <w:r>
        <w:rPr>
          <w:sz w:val="22"/>
        </w:rPr>
        <w:t>C. 12 V</w:t>
      </w:r>
    </w:p>
    <w:p>
      <w:pPr>
        <w:pStyle w:val="ListParagraph"/>
      </w:pPr>
      <w:r>
        <w:rPr>
          <w:sz w:val="22"/>
        </w:rPr>
        <w:t>D. 15 V</w:t>
      </w:r>
    </w:p>
    <w:p/>
    <w:p>
      <w:r>
        <w:rPr>
          <w:b/>
          <w:sz w:val="24"/>
        </w:rPr>
        <w:t>Câu 32: Đại lượng đặc trưng cho khả năng tích trữ năng lượng từ của cuộn dây là:</w:t>
      </w:r>
    </w:p>
    <w:p>
      <w:pPr>
        <w:pStyle w:val="ListParagraph"/>
      </w:pPr>
      <w:r>
        <w:rPr>
          <w:sz w:val="22"/>
        </w:rPr>
        <w:t>A. Điện trở.</w:t>
      </w:r>
    </w:p>
    <w:p>
      <w:pPr>
        <w:pStyle w:val="ListParagraph"/>
      </w:pPr>
      <w:r>
        <w:rPr>
          <w:sz w:val="22"/>
        </w:rPr>
        <w:t>B. Điện dung.</w:t>
      </w:r>
    </w:p>
    <w:p>
      <w:pPr>
        <w:pStyle w:val="ListParagraph"/>
      </w:pPr>
      <w:r>
        <w:rPr>
          <w:sz w:val="22"/>
        </w:rPr>
        <w:t>C. Hệ số tự cảm.</w:t>
      </w:r>
    </w:p>
    <w:p>
      <w:pPr>
        <w:pStyle w:val="ListParagraph"/>
      </w:pPr>
      <w:r>
        <w:rPr>
          <w:sz w:val="22"/>
        </w:rPr>
        <w:t>D. Điện áp.</w:t>
      </w:r>
    </w:p>
    <w:p/>
    <w:p>
      <w:r>
        <w:rPr>
          <w:b/>
          <w:sz w:val="24"/>
        </w:rPr>
        <w:t>Câu 33: Lõi thép trong nam châm điện có tác dụng:</w:t>
      </w:r>
    </w:p>
    <w:p>
      <w:pPr>
        <w:pStyle w:val="ListParagraph"/>
      </w:pPr>
      <w:r>
        <w:rPr>
          <w:sz w:val="22"/>
        </w:rPr>
        <w:t>A. Giảm từ thông.</w:t>
      </w:r>
    </w:p>
    <w:p>
      <w:pPr>
        <w:pStyle w:val="ListParagraph"/>
      </w:pPr>
      <w:r>
        <w:rPr>
          <w:sz w:val="22"/>
        </w:rPr>
        <w:t>B. Tăng từ thông.</w:t>
      </w:r>
    </w:p>
    <w:p>
      <w:pPr>
        <w:pStyle w:val="ListParagraph"/>
      </w:pPr>
      <w:r>
        <w:rPr>
          <w:sz w:val="22"/>
        </w:rPr>
        <w:t>C. Tăng điện trở.</w:t>
      </w:r>
    </w:p>
    <w:p>
      <w:pPr>
        <w:pStyle w:val="ListParagraph"/>
      </w:pPr>
      <w:r>
        <w:rPr>
          <w:sz w:val="22"/>
        </w:rPr>
        <w:t>D. Giảm dòng điện.</w:t>
      </w:r>
    </w:p>
    <w:p/>
    <w:p>
      <w:r>
        <w:rPr>
          <w:b/>
          <w:sz w:val="24"/>
        </w:rPr>
        <w:t>Câu 34: Trong máy biến áp lý tưởng, nếu tăng số vòng dây cuộn thứ cấp gấp đôi thì điện áp thứ cấp sẽ:</w:t>
      </w:r>
    </w:p>
    <w:p>
      <w:pPr>
        <w:pStyle w:val="ListParagraph"/>
      </w:pPr>
      <w:r>
        <w:rPr>
          <w:sz w:val="22"/>
        </w:rPr>
        <w:t>A. Giảm một nửa.</w:t>
      </w:r>
    </w:p>
    <w:p>
      <w:pPr>
        <w:pStyle w:val="ListParagraph"/>
      </w:pPr>
      <w:r>
        <w:rPr>
          <w:sz w:val="22"/>
        </w:rPr>
        <w:t>B. Không đổi.</w:t>
      </w:r>
    </w:p>
    <w:p>
      <w:pPr>
        <w:pStyle w:val="ListParagraph"/>
      </w:pPr>
      <w:r>
        <w:rPr>
          <w:sz w:val="22"/>
        </w:rPr>
        <w:t>C. Tăng gấp đôi.</w:t>
      </w:r>
    </w:p>
    <w:p>
      <w:pPr>
        <w:pStyle w:val="ListParagraph"/>
      </w:pPr>
      <w:r>
        <w:rPr>
          <w:sz w:val="22"/>
        </w:rPr>
        <w:t>D. Tăng gấp bốn.</w:t>
      </w:r>
    </w:p>
    <w:p/>
    <w:p>
      <w:r>
        <w:rPr>
          <w:b/>
          <w:sz w:val="24"/>
        </w:rPr>
        <w:t>Câu 35: Điều kiện để xuất hiện dòng điện cảm ứng trong mạch kín là:</w:t>
      </w:r>
    </w:p>
    <w:p>
      <w:pPr>
        <w:pStyle w:val="ListParagraph"/>
      </w:pPr>
      <w:r>
        <w:rPr>
          <w:sz w:val="22"/>
        </w:rPr>
        <w:t>A. Có điện trở.</w:t>
      </w:r>
    </w:p>
    <w:p>
      <w:pPr>
        <w:pStyle w:val="ListParagraph"/>
      </w:pPr>
      <w:r>
        <w:rPr>
          <w:sz w:val="22"/>
        </w:rPr>
        <w:t>B. Có nguồn điện.</w:t>
      </w:r>
    </w:p>
    <w:p>
      <w:pPr>
        <w:pStyle w:val="ListParagraph"/>
      </w:pPr>
      <w:r>
        <w:rPr>
          <w:sz w:val="22"/>
        </w:rPr>
        <w:t>C. Có từ thông biến thiên qua mạch.</w:t>
      </w:r>
    </w:p>
    <w:p>
      <w:pPr>
        <w:pStyle w:val="ListParagraph"/>
      </w:pPr>
      <w:r>
        <w:rPr>
          <w:sz w:val="22"/>
        </w:rPr>
        <w:t>D. Có tụ điện.</w:t>
      </w:r>
    </w:p>
    <w:p/>
    <w:p>
      <w:r>
        <w:rPr>
          <w:b/>
          <w:sz w:val="24"/>
        </w:rPr>
        <w:t>Câu 36: Một dây dẫn dài 0,4 m đặt vuông góc trong từ trường đều có B = 1,5 T. Khi có dòng điện 5 A chạy qua, lực điện từ tác dụng lên dây là:</w:t>
      </w:r>
    </w:p>
    <w:p>
      <w:pPr>
        <w:pStyle w:val="ListParagraph"/>
      </w:pPr>
      <w:r>
        <w:rPr>
          <w:sz w:val="22"/>
        </w:rPr>
        <w:t>A. 2 N</w:t>
      </w:r>
    </w:p>
    <w:p>
      <w:pPr>
        <w:pStyle w:val="ListParagraph"/>
      </w:pPr>
      <w:r>
        <w:rPr>
          <w:sz w:val="22"/>
        </w:rPr>
        <w:t>B. 3 N</w:t>
      </w:r>
    </w:p>
    <w:p>
      <w:pPr>
        <w:pStyle w:val="ListParagraph"/>
      </w:pPr>
      <w:r>
        <w:rPr>
          <w:sz w:val="22"/>
        </w:rPr>
        <w:t>C. 4 N</w:t>
      </w:r>
    </w:p>
    <w:p>
      <w:pPr>
        <w:pStyle w:val="ListParagraph"/>
      </w:pPr>
      <w:r>
        <w:rPr>
          <w:sz w:val="22"/>
        </w:rPr>
        <w:t>D. 5 N</w:t>
      </w:r>
    </w:p>
    <w:p/>
    <w:p>
      <w:r>
        <w:rPr>
          <w:b/>
          <w:sz w:val="24"/>
        </w:rPr>
        <w:t>Câu 37: Một cuộn dây có L = 2 H, dòng điện qua cuộn dây là 3 A. Năng lượng từ trường tích trữ trong cuộn dây là:</w:t>
      </w:r>
    </w:p>
    <w:p>
      <w:pPr>
        <w:pStyle w:val="ListParagraph"/>
      </w:pPr>
      <w:r>
        <w:rPr>
          <w:sz w:val="22"/>
        </w:rPr>
        <w:t>A. 6 J</w:t>
      </w:r>
    </w:p>
    <w:p>
      <w:pPr>
        <w:pStyle w:val="ListParagraph"/>
      </w:pPr>
      <w:r>
        <w:rPr>
          <w:sz w:val="22"/>
        </w:rPr>
        <w:t>B. 9 J</w:t>
      </w:r>
    </w:p>
    <w:p>
      <w:pPr>
        <w:pStyle w:val="ListParagraph"/>
      </w:pPr>
      <w:r>
        <w:rPr>
          <w:sz w:val="22"/>
        </w:rPr>
        <w:t>C. 12 J</w:t>
      </w:r>
    </w:p>
    <w:p>
      <w:pPr>
        <w:pStyle w:val="ListParagraph"/>
      </w:pPr>
      <w:r>
        <w:rPr>
          <w:sz w:val="22"/>
        </w:rPr>
        <w:t>D. 18 J</w:t>
      </w:r>
    </w:p>
    <w:p/>
    <w:p>
      <w:r>
        <w:rPr>
          <w:b/>
          <w:sz w:val="24"/>
        </w:rPr>
        <w:t>Câu 38: Một cuộn dây có 400 vòng, từ thông biến thiên từ 0,1 Wb xuống 0 trong 0,05 s. Suất điện động cảm ứng bằng:</w:t>
      </w:r>
    </w:p>
    <w:p>
      <w:pPr>
        <w:pStyle w:val="ListParagraph"/>
      </w:pPr>
      <w:r>
        <w:rPr>
          <w:sz w:val="22"/>
        </w:rPr>
        <w:t>A. 400 V</w:t>
      </w:r>
    </w:p>
    <w:p>
      <w:pPr>
        <w:pStyle w:val="ListParagraph"/>
      </w:pPr>
      <w:r>
        <w:rPr>
          <w:sz w:val="22"/>
        </w:rPr>
        <w:t>B. 600 V</w:t>
      </w:r>
    </w:p>
    <w:p>
      <w:pPr>
        <w:pStyle w:val="ListParagraph"/>
      </w:pPr>
      <w:r>
        <w:rPr>
          <w:sz w:val="22"/>
        </w:rPr>
        <w:t>C. 800 V</w:t>
      </w:r>
    </w:p>
    <w:p>
      <w:pPr>
        <w:pStyle w:val="ListParagraph"/>
      </w:pPr>
      <w:r>
        <w:rPr>
          <w:sz w:val="22"/>
        </w:rPr>
        <w:t>D. 1000 V</w:t>
      </w:r>
    </w:p>
    <w:p/>
    <w:p>
      <w:r>
        <w:rPr>
          <w:b/>
          <w:sz w:val="24"/>
        </w:rPr>
        <w:t>Câu 39: Một máy biến áp lý tưởng có tỷ số vòng dây N₁/N₂ = 5. Nếu điện áp sơ cấp là 220 V thì điện áp thứ cấp là:</w:t>
      </w:r>
    </w:p>
    <w:p>
      <w:pPr>
        <w:pStyle w:val="ListParagraph"/>
      </w:pPr>
      <w:r>
        <w:rPr>
          <w:sz w:val="22"/>
        </w:rPr>
        <w:t>A. 24 V</w:t>
      </w:r>
    </w:p>
    <w:p>
      <w:pPr>
        <w:pStyle w:val="ListParagraph"/>
      </w:pPr>
      <w:r>
        <w:rPr>
          <w:sz w:val="22"/>
        </w:rPr>
        <w:t>B. 44 V</w:t>
      </w:r>
    </w:p>
    <w:p>
      <w:pPr>
        <w:pStyle w:val="ListParagraph"/>
      </w:pPr>
      <w:r>
        <w:rPr>
          <w:sz w:val="22"/>
        </w:rPr>
        <w:t>C. 55 V</w:t>
      </w:r>
    </w:p>
    <w:p>
      <w:pPr>
        <w:pStyle w:val="ListParagraph"/>
      </w:pPr>
      <w:r>
        <w:rPr>
          <w:sz w:val="22"/>
        </w:rPr>
        <w:t>D. 110 V</w:t>
      </w:r>
    </w:p>
    <w:p/>
    <w:p>
      <w:r>
        <w:rPr>
          <w:b/>
          <w:sz w:val="24"/>
        </w:rPr>
        <w:t>Câu 40: Theo định luật Lenz, dòng điện cảm ứng luôn có chiều:</w:t>
      </w:r>
    </w:p>
    <w:p>
      <w:pPr>
        <w:pStyle w:val="ListParagraph"/>
      </w:pPr>
      <w:r>
        <w:rPr>
          <w:sz w:val="22"/>
        </w:rPr>
        <w:t>A. Làm tăng nguyên nhân sinh ra nó.</w:t>
      </w:r>
    </w:p>
    <w:p>
      <w:pPr>
        <w:pStyle w:val="ListParagraph"/>
      </w:pPr>
      <w:r>
        <w:rPr>
          <w:sz w:val="22"/>
        </w:rPr>
        <w:t>B. Chống lại nguyên nhân sinh ra nó.</w:t>
      </w:r>
    </w:p>
    <w:p>
      <w:pPr>
        <w:pStyle w:val="ListParagraph"/>
      </w:pPr>
      <w:r>
        <w:rPr>
          <w:sz w:val="22"/>
        </w:rPr>
        <w:t>C. Cùng chiều dòng điện nguồn.</w:t>
      </w:r>
    </w:p>
    <w:p>
      <w:pPr>
        <w:pStyle w:val="ListParagraph"/>
      </w:pPr>
      <w:r>
        <w:rPr>
          <w:sz w:val="22"/>
        </w:rPr>
        <w:t>D. Không xác định.</w:t>
      </w:r>
    </w:p>
    <w:p/>
    <w:p>
      <w:r>
        <w:rPr>
          <w:b/>
          <w:sz w:val="24"/>
        </w:rPr>
        <w:t>Câu 41: Một dây dẫn chuyển động song song với đường sức từ đều thì suất điện động cảm ứng sinh ra:</w:t>
      </w:r>
    </w:p>
    <w:p>
      <w:pPr>
        <w:pStyle w:val="ListParagraph"/>
      </w:pPr>
      <w:r>
        <w:rPr>
          <w:sz w:val="22"/>
        </w:rPr>
        <w:t>A. Lớn nhất.</w:t>
      </w:r>
    </w:p>
    <w:p>
      <w:pPr>
        <w:pStyle w:val="ListParagraph"/>
      </w:pPr>
      <w:r>
        <w:rPr>
          <w:sz w:val="22"/>
        </w:rPr>
        <w:t>B. Nhỏ nhất.</w:t>
      </w:r>
    </w:p>
    <w:p>
      <w:pPr>
        <w:pStyle w:val="ListParagraph"/>
      </w:pPr>
      <w:r>
        <w:rPr>
          <w:sz w:val="22"/>
        </w:rPr>
        <w:t>C. Bằng không.</w:t>
      </w:r>
    </w:p>
    <w:p>
      <w:pPr>
        <w:pStyle w:val="ListParagraph"/>
      </w:pPr>
      <w:r>
        <w:rPr>
          <w:sz w:val="22"/>
        </w:rPr>
        <w:t>D. Thay đổi theo thời gian.</w:t>
      </w:r>
    </w:p>
    <w:p/>
    <w:p>
      <w:r>
        <w:rPr>
          <w:b/>
          <w:sz w:val="24"/>
        </w:rPr>
        <w:t>Câu 42: Trong mạch từ, đại lượng tương tự điện áp trong mạch điện là:</w:t>
      </w:r>
    </w:p>
    <w:p>
      <w:pPr>
        <w:pStyle w:val="ListParagraph"/>
      </w:pPr>
      <w:r>
        <w:rPr>
          <w:sz w:val="22"/>
        </w:rPr>
        <w:t>A. Từ thông.</w:t>
      </w:r>
    </w:p>
    <w:p>
      <w:pPr>
        <w:pStyle w:val="ListParagraph"/>
      </w:pPr>
      <w:r>
        <w:rPr>
          <w:sz w:val="22"/>
        </w:rPr>
        <w:t>B. Sức từ động.</w:t>
      </w:r>
    </w:p>
    <w:p>
      <w:pPr>
        <w:pStyle w:val="ListParagraph"/>
      </w:pPr>
      <w:r>
        <w:rPr>
          <w:sz w:val="22"/>
        </w:rPr>
        <w:t>C. Từ trở.</w:t>
      </w:r>
    </w:p>
    <w:p>
      <w:pPr>
        <w:pStyle w:val="ListParagraph"/>
      </w:pPr>
      <w:r>
        <w:rPr>
          <w:sz w:val="22"/>
        </w:rPr>
        <w:t>D. Cảm ứng từ.</w:t>
      </w:r>
    </w:p>
    <w:p/>
    <w:p>
      <w:r>
        <w:rPr>
          <w:b/>
          <w:sz w:val="24"/>
        </w:rPr>
        <w:t>Câu 43: Trong mạch từ, đại lượng tương tự dòng điện trong mạch điện là:</w:t>
      </w:r>
    </w:p>
    <w:p>
      <w:pPr>
        <w:pStyle w:val="ListParagraph"/>
      </w:pPr>
      <w:r>
        <w:rPr>
          <w:sz w:val="22"/>
        </w:rPr>
        <w:t>A. Từ thông.</w:t>
      </w:r>
    </w:p>
    <w:p>
      <w:pPr>
        <w:pStyle w:val="ListParagraph"/>
      </w:pPr>
      <w:r>
        <w:rPr>
          <w:sz w:val="22"/>
        </w:rPr>
        <w:t>B. Từ trở.</w:t>
      </w:r>
    </w:p>
    <w:p>
      <w:pPr>
        <w:pStyle w:val="ListParagraph"/>
      </w:pPr>
      <w:r>
        <w:rPr>
          <w:sz w:val="22"/>
        </w:rPr>
        <w:t>C. Sức từ động.</w:t>
      </w:r>
    </w:p>
    <w:p>
      <w:pPr>
        <w:pStyle w:val="ListParagraph"/>
      </w:pPr>
      <w:r>
        <w:rPr>
          <w:sz w:val="22"/>
        </w:rPr>
        <w:t>D. Cảm ứng từ.</w:t>
      </w:r>
    </w:p>
    <w:p/>
    <w:p>
      <w:r>
        <w:rPr>
          <w:b/>
          <w:sz w:val="24"/>
        </w:rPr>
        <w:t>Câu 44: Khi khe hở không khí trong mạch từ tăng thì:</w:t>
      </w:r>
    </w:p>
    <w:p>
      <w:pPr>
        <w:pStyle w:val="ListParagraph"/>
      </w:pPr>
      <w:r>
        <w:rPr>
          <w:sz w:val="22"/>
        </w:rPr>
        <w:t>A. Từ trở giảm.</w:t>
      </w:r>
    </w:p>
    <w:p>
      <w:pPr>
        <w:pStyle w:val="ListParagraph"/>
      </w:pPr>
      <w:r>
        <w:rPr>
          <w:sz w:val="22"/>
        </w:rPr>
        <w:t>B. Từ thông tăng.</w:t>
      </w:r>
    </w:p>
    <w:p>
      <w:pPr>
        <w:pStyle w:val="ListParagraph"/>
      </w:pPr>
      <w:r>
        <w:rPr>
          <w:sz w:val="22"/>
        </w:rPr>
        <w:t>C. Từ trở tăng.</w:t>
      </w:r>
    </w:p>
    <w:p>
      <w:pPr>
        <w:pStyle w:val="ListParagraph"/>
      </w:pPr>
      <w:r>
        <w:rPr>
          <w:sz w:val="22"/>
        </w:rPr>
        <w:t>D. Từ trường không đổi.</w:t>
      </w:r>
    </w:p>
    <w:p/>
    <w:p>
      <w:r>
        <w:rPr>
          <w:b/>
          <w:sz w:val="24"/>
        </w:rPr>
        <w:t>Câu 45: Nếu số vòng dây của cuộn dây tăng gấp đôi và dòng điện giữ nguyên thì sức từ động sẽ:</w:t>
      </w:r>
    </w:p>
    <w:p>
      <w:pPr>
        <w:pStyle w:val="ListParagraph"/>
      </w:pPr>
      <w:r>
        <w:rPr>
          <w:sz w:val="22"/>
        </w:rPr>
        <w:t>A. Giảm một nửa.</w:t>
      </w:r>
    </w:p>
    <w:p>
      <w:pPr>
        <w:pStyle w:val="ListParagraph"/>
      </w:pPr>
      <w:r>
        <w:rPr>
          <w:sz w:val="22"/>
        </w:rPr>
        <w:t>B. Không đổi.</w:t>
      </w:r>
    </w:p>
    <w:p>
      <w:pPr>
        <w:pStyle w:val="ListParagraph"/>
      </w:pPr>
      <w:r>
        <w:rPr>
          <w:sz w:val="22"/>
        </w:rPr>
        <w:t>C. Tăng gấp bốn.</w:t>
      </w:r>
    </w:p>
    <w:p>
      <w:pPr>
        <w:pStyle w:val="ListParagraph"/>
      </w:pPr>
      <w:r>
        <w:rPr>
          <w:sz w:val="22"/>
        </w:rPr>
        <w:t>D. Tăng gấp đôi.</w:t>
      </w:r>
    </w:p>
    <w:p/>
    <w:p>
      <w:r>
        <w:rPr>
          <w:b/>
          <w:sz w:val="24"/>
        </w:rPr>
        <w:t>Câu 46: Một cuộn dây có L = 4 H, dòng điện giảm đều từ 8 A xuống 2 A trong 3 s. Suất điện động tự cảm có độ lớn là:</w:t>
      </w:r>
    </w:p>
    <w:p>
      <w:pPr>
        <w:pStyle w:val="ListParagraph"/>
      </w:pPr>
      <w:r>
        <w:rPr>
          <w:sz w:val="22"/>
        </w:rPr>
        <w:t>A. 8 V</w:t>
      </w:r>
    </w:p>
    <w:p>
      <w:pPr>
        <w:pStyle w:val="ListParagraph"/>
      </w:pPr>
      <w:r>
        <w:rPr>
          <w:sz w:val="22"/>
        </w:rPr>
        <w:t>B. 6 V</w:t>
      </w:r>
    </w:p>
    <w:p>
      <w:pPr>
        <w:pStyle w:val="ListParagraph"/>
      </w:pPr>
      <w:r>
        <w:rPr>
          <w:sz w:val="22"/>
        </w:rPr>
        <w:t>C. 4 V</w:t>
      </w:r>
    </w:p>
    <w:p>
      <w:pPr>
        <w:pStyle w:val="ListParagraph"/>
      </w:pPr>
      <w:r>
        <w:rPr>
          <w:sz w:val="22"/>
        </w:rPr>
        <w:t>D. 10 V</w:t>
      </w:r>
    </w:p>
    <w:p/>
    <w:p>
      <w:r>
        <w:rPr>
          <w:b/>
          <w:sz w:val="24"/>
        </w:rPr>
        <w:t>Câu 47: Máy biến áp không thể làm việc với:</w:t>
      </w:r>
    </w:p>
    <w:p>
      <w:pPr>
        <w:pStyle w:val="ListParagraph"/>
      </w:pPr>
      <w:r>
        <w:rPr>
          <w:sz w:val="22"/>
        </w:rPr>
        <w:t>A. Dòng điện xoay chiều.</w:t>
      </w:r>
    </w:p>
    <w:p>
      <w:pPr>
        <w:pStyle w:val="ListParagraph"/>
      </w:pPr>
      <w:r>
        <w:rPr>
          <w:sz w:val="22"/>
        </w:rPr>
        <w:t>B. Dòng điện biến thiên.</w:t>
      </w:r>
    </w:p>
    <w:p>
      <w:pPr>
        <w:pStyle w:val="ListParagraph"/>
      </w:pPr>
      <w:r>
        <w:rPr>
          <w:sz w:val="22"/>
        </w:rPr>
        <w:t>C. Dòng điện một chiều không đổi.</w:t>
      </w:r>
    </w:p>
    <w:p>
      <w:pPr>
        <w:pStyle w:val="ListParagraph"/>
      </w:pPr>
      <w:r>
        <w:rPr>
          <w:sz w:val="22"/>
        </w:rPr>
        <w:t>D. Nguồn xoay chiều hình sin.</w:t>
      </w:r>
    </w:p>
    <w:p/>
    <w:p>
      <w:r>
        <w:rPr>
          <w:b/>
          <w:sz w:val="24"/>
        </w:rPr>
        <w:t>Câu 48: Trong máy điện, bộ phận tạo từ trường chủ yếu là:</w:t>
      </w:r>
    </w:p>
    <w:p>
      <w:pPr>
        <w:pStyle w:val="ListParagraph"/>
      </w:pPr>
      <w:r>
        <w:rPr>
          <w:sz w:val="22"/>
        </w:rPr>
        <w:t>A. Cổ góp.</w:t>
      </w:r>
    </w:p>
    <w:p>
      <w:pPr>
        <w:pStyle w:val="ListParagraph"/>
      </w:pPr>
      <w:r>
        <w:rPr>
          <w:sz w:val="22"/>
        </w:rPr>
        <w:t>B. Mạch từ.</w:t>
      </w:r>
    </w:p>
    <w:p>
      <w:pPr>
        <w:pStyle w:val="ListParagraph"/>
      </w:pPr>
      <w:r>
        <w:rPr>
          <w:sz w:val="22"/>
        </w:rPr>
        <w:t>C. Chổi than.</w:t>
      </w:r>
    </w:p>
    <w:p>
      <w:pPr>
        <w:pStyle w:val="ListParagraph"/>
      </w:pPr>
      <w:r>
        <w:rPr>
          <w:sz w:val="22"/>
        </w:rPr>
        <w:t>D. Vỏ máy.</w:t>
      </w:r>
    </w:p>
    <w:p/>
    <w:p>
      <w:r>
        <w:rPr>
          <w:b/>
          <w:sz w:val="24"/>
        </w:rPr>
        <w:t>Câu 49: Nếu tốc độ cắt từ trường của dây dẫn tăng gấp ba thì suất điện động cảm ứng sẽ:</w:t>
      </w:r>
    </w:p>
    <w:p>
      <w:pPr>
        <w:pStyle w:val="ListParagraph"/>
      </w:pPr>
      <w:r>
        <w:rPr>
          <w:sz w:val="22"/>
        </w:rPr>
        <w:t>A. Giảm ba lần.</w:t>
      </w:r>
    </w:p>
    <w:p>
      <w:pPr>
        <w:pStyle w:val="ListParagraph"/>
      </w:pPr>
      <w:r>
        <w:rPr>
          <w:sz w:val="22"/>
        </w:rPr>
        <w:t>B. Không đổi.</w:t>
      </w:r>
    </w:p>
    <w:p>
      <w:pPr>
        <w:pStyle w:val="ListParagraph"/>
      </w:pPr>
      <w:r>
        <w:rPr>
          <w:sz w:val="22"/>
        </w:rPr>
        <w:t>C. Tăng ba lần.</w:t>
      </w:r>
    </w:p>
    <w:p>
      <w:pPr>
        <w:pStyle w:val="ListParagraph"/>
      </w:pPr>
      <w:r>
        <w:rPr>
          <w:sz w:val="22"/>
        </w:rPr>
        <w:t>D. Tăng chín lần.</w:t>
      </w:r>
    </w:p>
    <w:p/>
    <w:p>
      <w:r>
        <w:rPr>
          <w:b/>
          <w:sz w:val="24"/>
        </w:rPr>
        <w:t>Câu 50: Trong hiện tượng hỗ cảm, suất điện động cảm ứng xuất hiện do:</w:t>
      </w:r>
    </w:p>
    <w:p>
      <w:pPr>
        <w:pStyle w:val="ListParagraph"/>
      </w:pPr>
      <w:r>
        <w:rPr>
          <w:sz w:val="22"/>
        </w:rPr>
        <w:t>A. Dòng điện của chính cuộn dây biến thiên.</w:t>
      </w:r>
    </w:p>
    <w:p>
      <w:pPr>
        <w:pStyle w:val="ListParagraph"/>
      </w:pPr>
      <w:r>
        <w:rPr>
          <w:sz w:val="22"/>
        </w:rPr>
        <w:t>B. Dòng điện ở cuộn dây khác biến thiên.</w:t>
      </w:r>
    </w:p>
    <w:p>
      <w:pPr>
        <w:pStyle w:val="ListParagraph"/>
      </w:pPr>
      <w:r>
        <w:rPr>
          <w:sz w:val="22"/>
        </w:rPr>
        <w:t>C. Điện trở cuộn dây thay đổi.</w:t>
      </w:r>
    </w:p>
    <w:p>
      <w:pPr>
        <w:pStyle w:val="ListParagraph"/>
      </w:pPr>
      <w:r>
        <w:rPr>
          <w:sz w:val="22"/>
        </w:rPr>
        <w:t>D. Nhiệt độ cuộn dây tăng.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D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B</w:t>
      </w:r>
    </w:p>
    <w:p>
      <w:r>
        <w:rPr>
          <w:b/>
        </w:rPr>
        <w:t>Câu 21: Đáp án đúng: D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C</w:t>
      </w:r>
    </w:p>
    <w:p>
      <w:r>
        <w:rPr>
          <w:b/>
        </w:rPr>
        <w:t>Câu 25: Đáp án đúng: D</w:t>
      </w:r>
    </w:p>
    <w:p>
      <w:r>
        <w:rPr>
          <w:b/>
        </w:rPr>
        <w:t>Câu 26: Đáp án đúng: C</w:t>
      </w:r>
    </w:p>
    <w:p>
      <w:r>
        <w:rPr>
          <w:b/>
        </w:rPr>
        <w:t>Câu 27: Đáp án đúng: B</w:t>
      </w:r>
    </w:p>
    <w:p>
      <w:r>
        <w:rPr>
          <w:b/>
        </w:rPr>
        <w:t>Câu 28: Đáp án đúng: C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A</w:t>
      </w:r>
    </w:p>
    <w:p>
      <w:r>
        <w:rPr>
          <w:b/>
        </w:rPr>
        <w:t>Câu 31: Đáp án đúng: B</w:t>
      </w:r>
    </w:p>
    <w:p>
      <w:r>
        <w:rPr>
          <w:b/>
        </w:rPr>
        <w:t>Câu 32: Đáp án đúng: C</w:t>
      </w:r>
    </w:p>
    <w:p>
      <w:r>
        <w:rPr>
          <w:b/>
        </w:rPr>
        <w:t>Câu 33: Đáp án đúng: B</w:t>
      </w:r>
    </w:p>
    <w:p>
      <w:r>
        <w:rPr>
          <w:b/>
        </w:rPr>
        <w:t>Câu 34: Đáp án đúng: C</w:t>
      </w:r>
    </w:p>
    <w:p>
      <w:r>
        <w:rPr>
          <w:b/>
        </w:rPr>
        <w:t>Câu 35: Đáp án đúng: C</w:t>
      </w:r>
    </w:p>
    <w:p>
      <w:r>
        <w:rPr>
          <w:b/>
        </w:rPr>
        <w:t>Câu 36: Đáp án đúng: B</w:t>
      </w:r>
    </w:p>
    <w:p>
      <w:r>
        <w:rPr>
          <w:b/>
        </w:rPr>
        <w:t>Câu 37: Đáp án đúng: B</w:t>
      </w:r>
    </w:p>
    <w:p>
      <w:r>
        <w:rPr>
          <w:b/>
        </w:rPr>
        <w:t>Câu 38: Đáp án đúng: C</w:t>
      </w:r>
    </w:p>
    <w:p>
      <w:r>
        <w:rPr>
          <w:b/>
        </w:rPr>
        <w:t>Câu 39: Đáp án đúng: B</w:t>
      </w:r>
    </w:p>
    <w:p>
      <w:r>
        <w:rPr>
          <w:b/>
        </w:rPr>
        <w:t>Câu 40: Đáp án đúng: B</w:t>
      </w:r>
    </w:p>
    <w:p>
      <w:r>
        <w:rPr>
          <w:b/>
        </w:rPr>
        <w:t>Câu 41: Đáp án đúng: C</w:t>
      </w:r>
    </w:p>
    <w:p>
      <w:r>
        <w:rPr>
          <w:b/>
        </w:rPr>
        <w:t>Câu 42: Đáp án đúng: B</w:t>
      </w:r>
    </w:p>
    <w:p>
      <w:r>
        <w:rPr>
          <w:b/>
        </w:rPr>
        <w:t>Câu 43: Đáp án đúng: A</w:t>
      </w:r>
    </w:p>
    <w:p>
      <w:r>
        <w:rPr>
          <w:b/>
        </w:rPr>
        <w:t>Câu 44: Đáp án đúng: C</w:t>
      </w:r>
    </w:p>
    <w:p>
      <w:r>
        <w:rPr>
          <w:b/>
        </w:rPr>
        <w:t>Câu 45: Đáp án đúng: D</w:t>
      </w:r>
    </w:p>
    <w:p>
      <w:r>
        <w:rPr>
          <w:b/>
        </w:rPr>
        <w:t>Câu 46: Đáp án đúng: A</w:t>
      </w:r>
    </w:p>
    <w:p>
      <w:r>
        <w:rPr>
          <w:b/>
        </w:rPr>
        <w:t>Câu 47: Đáp án đúng: C</w:t>
      </w:r>
    </w:p>
    <w:p>
      <w:r>
        <w:rPr>
          <w:b/>
        </w:rPr>
        <w:t>Câu 48: Đáp án đúng: B</w:t>
      </w:r>
    </w:p>
    <w:p>
      <w:r>
        <w:rPr>
          <w:b/>
        </w:rPr>
        <w:t>Câu 49: Đáp án đúng: C</w:t>
      </w:r>
    </w:p>
    <w:p>
      <w:r>
        <w:rPr>
          <w:b/>
        </w:rPr>
        <w:t>Câu 50: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