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Liên hợp quốc ra đời trong bối cảnh lịch sử nào sa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Liên hợp quốc ra đời trong bối cảnh lịch sử nào sau đây?</w:t>
      </w:r>
    </w:p>
    <w:p>
      <w:pPr>
        <w:pStyle w:val="ListParagraph"/>
      </w:pPr>
      <w:r>
        <w:rPr>
          <w:sz w:val="22"/>
        </w:rPr>
        <w:t>A. Chiến tranh lạnh bùng nổ và lan rộng ra toàn thế giới.</w:t>
      </w:r>
    </w:p>
    <w:p>
      <w:pPr>
        <w:pStyle w:val="ListParagraph"/>
      </w:pPr>
      <w:r>
        <w:rPr>
          <w:sz w:val="22"/>
        </w:rPr>
        <w:t>B. Liên Xô xây dựng chủ nghĩa xã hội và đạt được nhiều thành tựu to lớn.</w:t>
      </w:r>
    </w:p>
    <w:p>
      <w:pPr>
        <w:pStyle w:val="ListParagraph"/>
      </w:pPr>
      <w:r>
        <w:rPr>
          <w:sz w:val="22"/>
        </w:rPr>
        <w:t>C. Phe phát xít Đức – I-ta-li-a – Nhật Bản phát triển và mở rộng bành trướng.</w:t>
      </w:r>
    </w:p>
    <w:p>
      <w:pPr>
        <w:pStyle w:val="ListParagraph"/>
      </w:pPr>
      <w:r>
        <w:rPr>
          <w:sz w:val="22"/>
        </w:rPr>
        <w:t>D. Chiến tranh thế giới thứ hai đi đến giai đoạn cuối.</w:t>
      </w:r>
    </w:p>
    <w:p/>
    <w:p>
      <w:r>
        <w:rPr>
          <w:b/>
          <w:sz w:val="24"/>
        </w:rPr>
        <w:t>Câu 2: Tại Hội nghị I-an-ta (2-1945), nguyên thủ 3 nước nào sau đây thống nhất thành lập tổ chức Liên hợp quốc?</w:t>
      </w:r>
    </w:p>
    <w:p>
      <w:pPr>
        <w:pStyle w:val="ListParagraph"/>
      </w:pPr>
      <w:r>
        <w:rPr>
          <w:sz w:val="22"/>
        </w:rPr>
        <w:t>A. Mỹ – Anh – Pháp.​​B. Liên Xô – Anh – Pháp.​​</w:t>
      </w:r>
    </w:p>
    <w:p/>
    <w:p>
      <w:r>
        <w:rPr>
          <w:b/>
          <w:sz w:val="24"/>
        </w:rPr>
        <w:t>Câu 3: “Duy trì hoà bình và an ninh quốc tế” là mục tiêu hoạt động của tổ chức nào sau đây?</w:t>
      </w:r>
    </w:p>
    <w:p>
      <w:pPr>
        <w:pStyle w:val="ListParagraph"/>
      </w:pPr>
      <w:r>
        <w:rPr>
          <w:sz w:val="22"/>
        </w:rPr>
        <w:t>A. Hiệp hội các quốc gia Đông Nam Á (ASEAN).​B. Liên minh châu Âu (EU).</w:t>
      </w:r>
    </w:p>
    <w:p/>
    <w:p>
      <w:r>
        <w:rPr>
          <w:b/>
          <w:sz w:val="24"/>
        </w:rPr>
        <w:t>Câu 4: Hội nghị quốc tế nào tuyên bố thành lập tổ chức, đồng thời thông qua Hiến chương của Liên hợp quốc?</w:t>
      </w:r>
    </w:p>
    <w:p>
      <w:pPr>
        <w:pStyle w:val="ListParagraph"/>
      </w:pPr>
      <w:r>
        <w:rPr>
          <w:sz w:val="22"/>
        </w:rPr>
        <w:t>A. Hội nghị Giơ – ne – vơ.​​B. Hội nghị Xanphranxixcô.​​</w:t>
      </w:r>
    </w:p>
    <w:p/>
    <w:p>
      <w:r>
        <w:rPr>
          <w:b/>
          <w:sz w:val="24"/>
        </w:rPr>
        <w:t>Câu 5: Liên hợp quốc được thành lập là thực hiện theo quyết định của</w:t>
      </w:r>
    </w:p>
    <w:p>
      <w:pPr>
        <w:pStyle w:val="ListParagraph"/>
      </w:pPr>
      <w:r>
        <w:rPr>
          <w:sz w:val="22"/>
        </w:rPr>
        <w:t>A. Hội nghị Giơ – ne – vơ.​​B. Hội nghị Xanphranxixcô.​​</w:t>
      </w:r>
    </w:p>
    <w:p/>
    <w:p>
      <w:r>
        <w:rPr>
          <w:b/>
          <w:sz w:val="24"/>
        </w:rPr>
        <w:t>Câu 6: Vai trò duy trì hòa bình an ninh thế giới là của tổ chức</w:t>
      </w:r>
    </w:p>
    <w:p>
      <w:pPr>
        <w:pStyle w:val="ListParagraph"/>
      </w:pPr>
      <w:r>
        <w:rPr>
          <w:sz w:val="22"/>
        </w:rPr>
        <w:t>A. Liên hợp quốc (UN).                        ​                    ​B. Liên minh Châu Âu (EU).</w:t>
      </w:r>
    </w:p>
    <w:p/>
    <w:p>
      <w:r>
        <w:rPr>
          <w:b/>
          <w:sz w:val="24"/>
        </w:rPr>
        <w:t>Câu 7: Sự kiện nào dưới đây gắn liền với ngày 24/10/1945?</w:t>
      </w:r>
    </w:p>
    <w:p>
      <w:pPr>
        <w:pStyle w:val="ListParagraph"/>
      </w:pPr>
      <w:r>
        <w:rPr>
          <w:sz w:val="22"/>
        </w:rPr>
        <w:t>A. Bản Hiến chương Liên hợp quốc chính thức có hiệu lực.</w:t>
      </w:r>
    </w:p>
    <w:p>
      <w:pPr>
        <w:pStyle w:val="ListParagraph"/>
      </w:pPr>
      <w:r>
        <w:rPr>
          <w:sz w:val="22"/>
        </w:rPr>
        <w:t>B. Mĩ và Liên Xô phê chuẩn bản Hiến chương Liên hợp quốc.</w:t>
      </w:r>
    </w:p>
    <w:p>
      <w:pPr>
        <w:pStyle w:val="ListParagraph"/>
      </w:pPr>
      <w:r>
        <w:rPr>
          <w:sz w:val="22"/>
        </w:rPr>
        <w:t>C. Hội nghị Xan Phranxixcô (Mĩ) thông qua bản Hiến chương Liên hợp quốc.</w:t>
      </w:r>
    </w:p>
    <w:p>
      <w:pPr>
        <w:pStyle w:val="ListParagraph"/>
      </w:pPr>
      <w:r>
        <w:rPr>
          <w:sz w:val="22"/>
        </w:rPr>
        <w:t>D. Năm nước Ủy viên thường trực Hội đồng Bảo an thông qua bản Hiến chương.</w:t>
      </w:r>
    </w:p>
    <w:p/>
    <w:p>
      <w:r>
        <w:rPr>
          <w:b/>
          <w:sz w:val="24"/>
        </w:rPr>
        <w:t>Câu 8: Mục tiêu và nguyên tắc hoạt động của tổ chức Liên hợp quốc đều được quy định rõ trong văn kiện nào sau đây?</w:t>
      </w:r>
    </w:p>
    <w:p>
      <w:pPr>
        <w:pStyle w:val="ListParagraph"/>
      </w:pPr>
      <w:r>
        <w:rPr>
          <w:sz w:val="22"/>
        </w:rPr>
        <w:t>A. Công ước Liên hợp quốc về Luật biển.</w:t>
      </w:r>
    </w:p>
    <w:p>
      <w:pPr>
        <w:pStyle w:val="ListParagraph"/>
      </w:pPr>
      <w:r>
        <w:rPr>
          <w:sz w:val="22"/>
        </w:rPr>
        <w:t>B. Tuyên ngôn về thủ tiêu hoàn toàn chủ nghĩa thực dân.</w:t>
      </w:r>
    </w:p>
    <w:p>
      <w:pPr>
        <w:pStyle w:val="ListParagraph"/>
      </w:pPr>
      <w:r>
        <w:rPr>
          <w:sz w:val="22"/>
        </w:rPr>
        <w:t>C. Hiến chương Liên hợp quốc.</w:t>
      </w:r>
    </w:p>
    <w:p>
      <w:pPr>
        <w:pStyle w:val="ListParagraph"/>
      </w:pPr>
      <w:r>
        <w:rPr>
          <w:sz w:val="22"/>
        </w:rPr>
        <w:t>D. Tuyên ngôn Quốc tế về Nhân quyền.</w:t>
      </w:r>
    </w:p>
    <w:p/>
    <w:p>
      <w:r>
        <w:rPr>
          <w:b/>
          <w:sz w:val="24"/>
        </w:rPr>
        <w:t>Câu 9: Quá trình hình thành Liên Hợp Quốc diễn ra trong khoảng thời gian nào sau đây?</w:t>
      </w:r>
    </w:p>
    <w:p>
      <w:pPr>
        <w:pStyle w:val="ListParagraph"/>
      </w:pPr>
      <w:r>
        <w:rPr>
          <w:sz w:val="22"/>
        </w:rPr>
        <w:t>A. Từ năm 1941 đến năm 1943.</w:t>
      </w:r>
    </w:p>
    <w:p>
      <w:pPr>
        <w:pStyle w:val="ListParagraph"/>
      </w:pPr>
      <w:r>
        <w:rPr>
          <w:sz w:val="22"/>
        </w:rPr>
        <w:t>B. Từ năm 1941 đến năm 1944.</w:t>
      </w:r>
    </w:p>
    <w:p>
      <w:pPr>
        <w:pStyle w:val="ListParagraph"/>
      </w:pPr>
      <w:r>
        <w:rPr>
          <w:sz w:val="22"/>
        </w:rPr>
        <w:t>C. Từ năm 1941 đến năm 1945.</w:t>
      </w:r>
    </w:p>
    <w:p>
      <w:pPr>
        <w:pStyle w:val="ListParagraph"/>
      </w:pPr>
      <w:r>
        <w:rPr>
          <w:sz w:val="22"/>
        </w:rPr>
        <w:t>D. Từ năm 1941 đến năm 1946.</w:t>
      </w:r>
    </w:p>
    <w:p/>
    <w:p>
      <w:r>
        <w:rPr>
          <w:b/>
          <w:sz w:val="24"/>
        </w:rPr>
        <w:t>Câu 10: Sự kiện nào sau đây đã chính thức đánh dấu Liên hợp quốc được thành lập?</w:t>
      </w:r>
    </w:p>
    <w:p>
      <w:pPr>
        <w:pStyle w:val="ListParagraph"/>
      </w:pPr>
      <w:r>
        <w:rPr>
          <w:sz w:val="22"/>
        </w:rPr>
        <w:t>A. Ngày 24-10-1945, các nước thành viên phê chuẩn Hiến chương Liên hợp quốc.</w:t>
      </w:r>
    </w:p>
    <w:p>
      <w:pPr>
        <w:pStyle w:val="ListParagraph"/>
      </w:pPr>
      <w:r>
        <w:rPr>
          <w:sz w:val="22"/>
        </w:rPr>
        <w:t>B. Tháng 2-1945, Hội nghị I-an-ta thống nhất thành lập Liên hợp quốc.</w:t>
      </w:r>
    </w:p>
    <w:p>
      <w:pPr>
        <w:pStyle w:val="ListParagraph"/>
      </w:pPr>
      <w:r>
        <w:rPr>
          <w:sz w:val="22"/>
        </w:rPr>
        <w:t>C. Ngày 12-6-1945, các nước Đồng minh kí bản tuyên bố cùng hợp tác.</w:t>
      </w:r>
    </w:p>
    <w:p>
      <w:pPr>
        <w:pStyle w:val="ListParagraph"/>
      </w:pPr>
      <w:r>
        <w:rPr>
          <w:sz w:val="22"/>
        </w:rPr>
        <w:t>D. Tháng 4-1945, đại diện 50 quốc gia thông qua Hiến chương Liên hợp quốc.</w:t>
      </w:r>
    </w:p>
    <w:p/>
    <w:p>
      <w:r>
        <w:rPr>
          <w:b/>
          <w:sz w:val="24"/>
        </w:rPr>
        <w:t>Câu 11: Một trong những nguyên tắc hoạt động của tổ chức Liên hợp quốc là</w:t>
      </w:r>
    </w:p>
    <w:p>
      <w:pPr>
        <w:pStyle w:val="ListParagraph"/>
      </w:pPr>
      <w:r>
        <w:rPr>
          <w:sz w:val="22"/>
        </w:rPr>
        <w:t>A. không can thiệp vào công việc nội bộ của các quốc gia.</w:t>
      </w:r>
    </w:p>
    <w:p>
      <w:pPr>
        <w:pStyle w:val="ListParagraph"/>
      </w:pPr>
      <w:r>
        <w:rPr>
          <w:sz w:val="22"/>
        </w:rPr>
        <w:t>B. thúc đẩy quan hệ hữu nghị hợp tác giữa tất cả các nước.</w:t>
      </w:r>
    </w:p>
    <w:p>
      <w:pPr>
        <w:pStyle w:val="ListParagraph"/>
      </w:pPr>
      <w:r>
        <w:rPr>
          <w:sz w:val="22"/>
        </w:rPr>
        <w:t>C. giải quyết các vụ tranh chấp và xung đột khu vực bằng biện pháp hoà giải.</w:t>
      </w:r>
    </w:p>
    <w:p>
      <w:pPr>
        <w:pStyle w:val="ListParagraph"/>
      </w:pPr>
      <w:r>
        <w:rPr>
          <w:sz w:val="22"/>
        </w:rPr>
        <w:t>D. giúp đỡ các dân tộc về kinh tế, văn hoá, giáo dục, y tế, nhân đạo.</w:t>
      </w:r>
    </w:p>
    <w:p/>
    <w:p>
      <w:r>
        <w:rPr>
          <w:b/>
          <w:sz w:val="24"/>
        </w:rPr>
        <w:t>Câu 12: Vai trò duy trì hoà bình, an ninh quốc tế của Liên hợp quốc được thể hiện thông qua hoạt động nào sau đây?</w:t>
      </w:r>
    </w:p>
    <w:p>
      <w:pPr>
        <w:pStyle w:val="ListParagraph"/>
      </w:pPr>
      <w:r>
        <w:rPr>
          <w:sz w:val="22"/>
        </w:rPr>
        <w:t>A. Xây dựng chương trình hỗ trợ các nước về vốn, tri thức, kĩ thuật,...</w:t>
      </w:r>
    </w:p>
    <w:p>
      <w:pPr>
        <w:pStyle w:val="ListParagraph"/>
      </w:pPr>
      <w:r>
        <w:rPr>
          <w:sz w:val="22"/>
        </w:rPr>
        <w:t>B. Đề ra mục tiêu phát triển Thiên niên kỉ nhằm xoá bỏ đói nghèo.</w:t>
      </w:r>
    </w:p>
    <w:p>
      <w:pPr>
        <w:pStyle w:val="ListParagraph"/>
      </w:pPr>
      <w:r>
        <w:rPr>
          <w:sz w:val="22"/>
        </w:rPr>
        <w:t>C. Kí điều ước quốc tế về quyền phụ nữ và trẻ em.</w:t>
      </w:r>
    </w:p>
    <w:p>
      <w:pPr>
        <w:pStyle w:val="ListParagraph"/>
      </w:pPr>
      <w:r>
        <w:rPr>
          <w:sz w:val="22"/>
        </w:rPr>
        <w:t>D. Thủ tiêu hệ thống thuộc địa của chủ nghĩa thực dân.</w:t>
      </w:r>
    </w:p>
    <w:p/>
    <w:p>
      <w:r>
        <w:rPr>
          <w:b/>
          <w:sz w:val="24"/>
        </w:rPr>
        <w:t>Câu 13: Tổ chức Liên hợp quốc khi mới thành lập không đề cập mục tiêu nào sau đây?</w:t>
      </w:r>
    </w:p>
    <w:p>
      <w:pPr>
        <w:pStyle w:val="ListParagraph"/>
      </w:pPr>
      <w:r>
        <w:rPr>
          <w:sz w:val="22"/>
        </w:rPr>
        <w:t>A. Giải quyết hòa bình trên bán đảo Triều Tiên.​B. Duy trì hòa nền hòa bình và an ninh thế giới.</w:t>
      </w:r>
    </w:p>
    <w:p/>
    <w:p>
      <w:r>
        <w:rPr>
          <w:b/>
          <w:sz w:val="24"/>
        </w:rPr>
        <w:t>Câu 14: Ngay từ khi thành lập, Hiến chương Liên hợp quốc đã xác định mục tiêu hàng đầu của tổ chức này là phải</w:t>
      </w:r>
    </w:p>
    <w:p>
      <w:pPr>
        <w:pStyle w:val="ListParagraph"/>
      </w:pPr>
      <w:r>
        <w:rPr>
          <w:sz w:val="22"/>
        </w:rPr>
        <w:t>A. thúc đẩy quan hệ hữu nghị hợp tác giữa các nước.</w:t>
      </w:r>
    </w:p>
    <w:p>
      <w:pPr>
        <w:pStyle w:val="ListParagraph"/>
      </w:pPr>
      <w:r>
        <w:rPr>
          <w:sz w:val="22"/>
        </w:rPr>
        <w:t>B. duy trì nền hòa bình và an ninh trên thế giới.</w:t>
      </w:r>
    </w:p>
    <w:p>
      <w:pPr>
        <w:pStyle w:val="ListParagraph"/>
      </w:pPr>
      <w:r>
        <w:rPr>
          <w:sz w:val="22"/>
        </w:rPr>
        <w:t>C. giúp đỡ các dân tộc trên thế giới cùng nhau phát triển.</w:t>
      </w:r>
    </w:p>
    <w:p>
      <w:pPr>
        <w:pStyle w:val="ListParagraph"/>
      </w:pPr>
      <w:r>
        <w:rPr>
          <w:sz w:val="22"/>
        </w:rPr>
        <w:t>D. giải quyết các tranh chấp và xung đột trên thế giới.</w:t>
      </w:r>
    </w:p>
    <w:p/>
    <w:p>
      <w:r>
        <w:rPr>
          <w:b/>
          <w:sz w:val="24"/>
        </w:rPr>
        <w:t>Câu 15: Tham gia vào việc giải quyết vấn đề hòa bình trên bán đảo Đông Dương (1954) có sự tham gia của tổ chức quốc tế nào sau đâ?y</w:t>
      </w:r>
    </w:p>
    <w:p>
      <w:pPr>
        <w:pStyle w:val="ListParagraph"/>
      </w:pPr>
      <w:r>
        <w:rPr>
          <w:sz w:val="22"/>
        </w:rPr>
        <w:t>A. Hiệp hội các nước Đông Nam Á.​B. Liên hợp quốc.​</w:t>
      </w:r>
    </w:p>
    <w:p/>
    <w:p>
      <w:r>
        <w:rPr>
          <w:b/>
          <w:sz w:val="24"/>
        </w:rPr>
        <w:t>Câu 16: Việt Nam gia nhập tổ chức liên hợp quốc trong bối cảnh nào sau đây?</w:t>
      </w:r>
    </w:p>
    <w:p>
      <w:pPr>
        <w:pStyle w:val="ListParagraph"/>
      </w:pPr>
      <w:r>
        <w:rPr>
          <w:sz w:val="22"/>
        </w:rPr>
        <w:t>A. Đang chuẩn bị cho công cuộc thống nhất đất nước về mặt nhà nước.</w:t>
      </w:r>
    </w:p>
    <w:p>
      <w:pPr>
        <w:pStyle w:val="ListParagraph"/>
      </w:pPr>
      <w:r>
        <w:rPr>
          <w:sz w:val="22"/>
        </w:rPr>
        <w:t>B. Cuộc chiến tranh lạnh và đối những đối đầu đông tây để được kết thúc.</w:t>
      </w:r>
    </w:p>
    <w:p>
      <w:pPr>
        <w:pStyle w:val="ListParagraph"/>
      </w:pPr>
      <w:r>
        <w:rPr>
          <w:sz w:val="22"/>
        </w:rPr>
        <w:t>C. Xu thế hòa hoãn Đông - Tây đang diễn ra quan hệ quốc tế dần hòa dịu.</w:t>
      </w:r>
    </w:p>
    <w:p>
      <w:pPr>
        <w:pStyle w:val="ListParagraph"/>
      </w:pPr>
      <w:r>
        <w:rPr>
          <w:sz w:val="22"/>
        </w:rPr>
        <w:t>D. Chưa hoàn thành cuộc cách mạng dân tộc dân chủ nhân dân trên cả nước.</w:t>
      </w:r>
    </w:p>
    <w:p/>
    <w:p>
      <w:r>
        <w:rPr>
          <w:b/>
          <w:sz w:val="24"/>
        </w:rPr>
        <w:t>Câu 17: Nội dung nào sau đây không phải là nguyên tắc hoạt động của tổ chức Liên hợp quốc?</w:t>
      </w:r>
    </w:p>
    <w:p>
      <w:pPr>
        <w:pStyle w:val="ListParagraph"/>
      </w:pPr>
      <w:r>
        <w:rPr>
          <w:sz w:val="22"/>
        </w:rPr>
        <w:t>A. Không can thiệp vào công việc nội bộ của bất kỳ nước nào.</w:t>
      </w:r>
    </w:p>
    <w:p>
      <w:pPr>
        <w:pStyle w:val="ListParagraph"/>
      </w:pPr>
      <w:r>
        <w:rPr>
          <w:sz w:val="22"/>
        </w:rPr>
        <w:t>B. Tôn trọng toàn vẹn lãnh thổ và độc lập chính trị của tất cả các nước.</w:t>
      </w:r>
    </w:p>
    <w:p>
      <w:pPr>
        <w:pStyle w:val="ListParagraph"/>
      </w:pPr>
      <w:r>
        <w:rPr>
          <w:sz w:val="22"/>
        </w:rPr>
        <w:t>C. Bình đẳng chủ quyền giữa các quốc gia quyền tự quyết của các dân tộ</w:t>
      </w:r>
    </w:p>
    <w:p>
      <w:pPr>
        <w:pStyle w:val="ListParagraph"/>
      </w:pPr>
      <w:r>
        <w:rPr>
          <w:sz w:val="22"/>
        </w:rPr>
        <w:t>D. Tiến hành hợp tác giữa các nước trên nguyên tắc bình đẳng và tự quyết.</w:t>
      </w:r>
    </w:p>
    <w:p/>
    <w:p>
      <w:r>
        <w:rPr>
          <w:b/>
          <w:sz w:val="24"/>
        </w:rPr>
        <w:t>Câu 18: Sự kiện nào sau đây năm 1941 là cơ sở cho việc hướng tới thành lập Liên hợp quốc.</w:t>
      </w:r>
    </w:p>
    <w:p>
      <w:pPr>
        <w:pStyle w:val="ListParagraph"/>
      </w:pPr>
      <w:r>
        <w:rPr>
          <w:sz w:val="22"/>
        </w:rPr>
        <w:t>A. Tại Luân Đôn (Anh), các nước Đồng minh ra bản tuyên bố cam kết cùng hợp tác cả trong chiến tranh và hòa bình.</w:t>
      </w:r>
    </w:p>
    <w:p>
      <w:pPr>
        <w:pStyle w:val="ListParagraph"/>
      </w:pPr>
      <w:r>
        <w:rPr>
          <w:sz w:val="22"/>
        </w:rPr>
        <w:t>B. Tại hội nghị I-an-ta ,Liên Xô, Mỹ, Anh thống nhất thành lập tổ chức Liên hợp quốc.</w:t>
      </w:r>
    </w:p>
    <w:p>
      <w:pPr>
        <w:pStyle w:val="ListParagraph"/>
      </w:pPr>
      <w:r>
        <w:rPr>
          <w:sz w:val="22"/>
        </w:rPr>
        <w:t>C. Tại hội nghị Tê-hê-ran ( I-ran) nguyên thủ các nước khẳng định quyết tâm thành lập một tổ chức quốc tế để duy trì hòa bình và an ninh.</w:t>
      </w:r>
    </w:p>
    <w:p>
      <w:pPr>
        <w:pStyle w:val="ListParagraph"/>
      </w:pPr>
      <w:r>
        <w:rPr>
          <w:sz w:val="22"/>
        </w:rPr>
        <w:t>D. Tại Mát-xcơ- va (Liên Xô), chính phủ Liên Xô, Mỹ, Anh, Trung Hoa Dân Quốc kêu gọi sớm thành lập một tổ chức quốc tế để duy trì hòa bình và an ninh.</w:t>
      </w:r>
    </w:p>
    <w:p/>
    <w:p>
      <w:r>
        <w:rPr>
          <w:b/>
          <w:sz w:val="24"/>
        </w:rPr>
        <w:t>Câu 19: Việt Nam vận dụng nguyên tắc “Giải quyết tranh chấp quốc tế bằng biện pháp hoà bình” của Liên hợp quốc để giải quyết vấn đề nào hiện nay?</w:t>
      </w:r>
    </w:p>
    <w:p>
      <w:pPr>
        <w:pStyle w:val="ListParagraph"/>
      </w:pPr>
      <w:r>
        <w:rPr>
          <w:sz w:val="22"/>
        </w:rPr>
        <w:t>A. Thực hiện công nghiệp hoá và hiện đại hoá đất nước.</w:t>
      </w:r>
    </w:p>
    <w:p>
      <w:pPr>
        <w:pStyle w:val="ListParagraph"/>
      </w:pPr>
      <w:r>
        <w:rPr>
          <w:sz w:val="22"/>
        </w:rPr>
        <w:t>B. Phát triển nền kinh tế thị trường theo định hướng xã hội chủ nghĩa.</w:t>
      </w:r>
    </w:p>
    <w:p>
      <w:pPr>
        <w:pStyle w:val="ListParagraph"/>
      </w:pPr>
      <w:r>
        <w:rPr>
          <w:sz w:val="22"/>
        </w:rPr>
        <w:t>C. Bảo vệ chủ quyền biên giới, biển, đảo và toàn vẹn lãnh thổ.</w:t>
      </w:r>
    </w:p>
    <w:p>
      <w:pPr>
        <w:pStyle w:val="ListParagraph"/>
      </w:pPr>
      <w:r>
        <w:rPr>
          <w:sz w:val="22"/>
        </w:rPr>
        <w:t>D. Nâng cao vị thế của Việt Nam trên trường quốc tế.</w:t>
      </w:r>
    </w:p>
    <w:p/>
    <w:p>
      <w:r>
        <w:rPr>
          <w:b/>
          <w:sz w:val="24"/>
        </w:rPr>
        <w:t>Câu 20: Nhận định nào dưới đây phản ánh đúng vai trò của tổ chức Liên hợp quốc?</w:t>
      </w:r>
    </w:p>
    <w:p>
      <w:pPr>
        <w:pStyle w:val="ListParagraph"/>
      </w:pPr>
      <w:r>
        <w:rPr>
          <w:sz w:val="22"/>
        </w:rPr>
        <w:t>A. Là một tổ chức quốc tế phát triển năng động vì sự ổn định hợp tác của toàn thế giới.</w:t>
      </w:r>
    </w:p>
    <w:p>
      <w:pPr>
        <w:pStyle w:val="ListParagraph"/>
      </w:pPr>
      <w:r>
        <w:rPr>
          <w:sz w:val="22"/>
        </w:rPr>
        <w:t>B. Là diễn đàn quốc tế lớn nhất, vừa hợp tác vừa đấu tranh vì hòa bình, an ninh thế giới.</w:t>
      </w:r>
    </w:p>
    <w:p>
      <w:pPr>
        <w:pStyle w:val="ListParagraph"/>
      </w:pPr>
      <w:r>
        <w:rPr>
          <w:sz w:val="22"/>
        </w:rPr>
        <w:t>C. Là một tổ chức quốc tế tạo dựng quan hệ thân thiện với tất cả các nước trên thế giới</w:t>
      </w:r>
    </w:p>
    <w:p>
      <w:pPr>
        <w:pStyle w:val="ListParagraph"/>
      </w:pPr>
      <w:r>
        <w:rPr>
          <w:sz w:val="22"/>
        </w:rPr>
        <w:t>D. Là một liên kết chính trị - kinh tế lớn nhất hành tinh vì sự ổn định của toàn nhân loại.</w:t>
      </w:r>
    </w:p>
    <w:p/>
    <w:p>
      <w:r>
        <w:rPr>
          <w:b/>
          <w:sz w:val="24"/>
        </w:rPr>
        <w:t>Câu 21: Nội dung nào sau đây phản ánh không đúng về quan hệ của Việt Nam với Liên hợp quốc?</w:t>
      </w:r>
    </w:p>
    <w:p>
      <w:pPr>
        <w:pStyle w:val="ListParagraph"/>
      </w:pPr>
      <w:r>
        <w:rPr>
          <w:sz w:val="22"/>
        </w:rPr>
        <w:t>A. Việt Nam là một thành viên từng chê nhạt tổ chức Liên hợp quốc vào năm 1977.</w:t>
      </w:r>
    </w:p>
    <w:p>
      <w:pPr>
        <w:pStyle w:val="ListParagraph"/>
      </w:pPr>
      <w:r>
        <w:rPr>
          <w:sz w:val="22"/>
        </w:rPr>
        <w:t>B. Việt Nam đã đóng góp vào giải quyết vấn đề hòa bình và lương thực trên thế giới.</w:t>
      </w:r>
    </w:p>
    <w:p>
      <w:pPr>
        <w:pStyle w:val="ListParagraph"/>
      </w:pPr>
      <w:r>
        <w:rPr>
          <w:sz w:val="22"/>
        </w:rPr>
        <w:t>C. Việt Nam hai lần được các nước bầu làm ủy viên không thường trực của Hội đồng bảo an.</w:t>
      </w:r>
    </w:p>
    <w:p>
      <w:pPr>
        <w:pStyle w:val="ListParagraph"/>
      </w:pPr>
      <w:r>
        <w:rPr>
          <w:sz w:val="22"/>
        </w:rPr>
        <w:t>D. Nhiều cơ quan chuyên môn của Liên hợp quốc đang hoạt động tích cực ở Việt Nam.</w:t>
      </w:r>
    </w:p>
    <w:p/>
    <w:p>
      <w:r>
        <w:rPr>
          <w:b/>
          <w:sz w:val="24"/>
        </w:rPr>
        <w:t>Câu 22: Trong bối cảnh thế giới phân chia thành hai cực, hai phe (1945 – 1991) nguyên tắc hoạt động nào được xem là có ý nghĩa thực tiễn nhất của tổ chức Liên hợp quốc?</w:t>
      </w:r>
    </w:p>
    <w:p>
      <w:pPr>
        <w:pStyle w:val="ListParagraph"/>
      </w:pPr>
      <w:r>
        <w:rPr>
          <w:sz w:val="22"/>
        </w:rPr>
        <w:t>A. Giải quyết các tranh chấp quốc tế biện pháp hòa bình.</w:t>
      </w:r>
    </w:p>
    <w:p>
      <w:pPr>
        <w:pStyle w:val="ListParagraph"/>
      </w:pPr>
      <w:r>
        <w:rPr>
          <w:sz w:val="22"/>
        </w:rPr>
        <w:t>B. Không can thiệp vào công việc nội bộ của bất kỳ nước nào.</w:t>
      </w:r>
    </w:p>
    <w:p>
      <w:pPr>
        <w:pStyle w:val="ListParagraph"/>
      </w:pPr>
      <w:r>
        <w:rPr>
          <w:sz w:val="22"/>
        </w:rPr>
        <w:t>C. Bình đẳng về chủ quyền của tất cả các thành viên.</w:t>
      </w:r>
    </w:p>
    <w:p>
      <w:pPr>
        <w:pStyle w:val="ListParagraph"/>
      </w:pPr>
      <w:r>
        <w:rPr>
          <w:sz w:val="22"/>
        </w:rPr>
        <w:t>D. Duy trì hòa bình, an ninh thế giới.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