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Các số từ 1 đến 10 và các phép toán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lớn nhất trong các số sau: 3, 7, 5, 9?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Kết quả của phép tính 4 + 3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Kết quả của phép tính 9 - 2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4: Số nào bé nhất trong các số sau: 2, 8, 1, 6?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5: Điền số thích hợp vào chỗ trống: 5 + ... = 8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6: Có 6 quả táo, ăn hết 2 quả. Hỏi còn lại bao nhiêu quả táo?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7: Số nào đứng liền sau số 7?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8: Kết quả của phép tính 2 + 2 + 2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9: Trong các phép tính sau, phép tính nào có kết quả bằng 10?</w:t>
      </w:r>
    </w:p>
    <w:p>
      <w:pPr>
        <w:pStyle w:val="ListParagraph"/>
      </w:pPr>
      <w:r>
        <w:rPr>
          <w:sz w:val="22"/>
        </w:rPr>
        <w:t>A. 5 + 4</w:t>
      </w:r>
    </w:p>
    <w:p>
      <w:pPr>
        <w:pStyle w:val="ListParagraph"/>
      </w:pPr>
      <w:r>
        <w:rPr>
          <w:sz w:val="22"/>
        </w:rPr>
        <w:t>B. 6 + 3</w:t>
      </w:r>
    </w:p>
    <w:p>
      <w:pPr>
        <w:pStyle w:val="ListParagraph"/>
      </w:pPr>
      <w:r>
        <w:rPr>
          <w:sz w:val="22"/>
        </w:rPr>
        <w:t>C. 7 + 2</w:t>
      </w:r>
    </w:p>
    <w:p>
      <w:pPr>
        <w:pStyle w:val="ListParagraph"/>
      </w:pPr>
      <w:r>
        <w:rPr>
          <w:sz w:val="22"/>
        </w:rPr>
        <w:t>D. 8 + 2</w:t>
      </w:r>
    </w:p>
    <w:p/>
    <w:p>
      <w:r>
        <w:rPr>
          <w:b/>
          <w:sz w:val="24"/>
        </w:rPr>
        <w:t>Câu 10: Số nào còn thiếu trong dãy số: 1, 2, 3, ..., 5, 6, 7, 8, 9, 10?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