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 ĐỀ ÔN TẬP GIỮA HỌC KÌ I – TIẾNG ANH 11</w:t>
      </w:r>
    </w:p>
    <w:p>
      <w:pPr>
        <w:jc w:val="center"/>
      </w:pPr>
      <w:r>
        <w:rPr>
          <w:sz w:val="22"/>
        </w:rPr>
        <w:t>Số câu: 74    Thời gian: _____ phút    Họ và tên: _________________________</w:t>
      </w:r>
    </w:p>
    <w:p/>
    <w:p>
      <w:r>
        <w:rPr>
          <w:b/>
          <w:sz w:val="24"/>
        </w:rPr>
        <w:t>Câu 1: Choose the word whose underlined part is pronounced differently from the others: A. vitamin B. mineral C. diet D. fitness</w:t>
      </w:r>
    </w:p>
    <w:p>
      <w:pPr>
        <w:pStyle w:val="ListParagraph"/>
      </w:pPr>
      <w:r>
        <w:rPr>
          <w:sz w:val="22"/>
        </w:rPr>
        <w:t>A. vitamin</w:t>
      </w:r>
    </w:p>
    <w:p>
      <w:pPr>
        <w:pStyle w:val="ListParagraph"/>
      </w:pPr>
      <w:r>
        <w:rPr>
          <w:sz w:val="22"/>
        </w:rPr>
        <w:t>B. mineral</w:t>
      </w:r>
    </w:p>
    <w:p>
      <w:pPr>
        <w:pStyle w:val="ListParagraph"/>
      </w:pPr>
      <w:r>
        <w:rPr>
          <w:sz w:val="22"/>
        </w:rPr>
        <w:t>C. diet</w:t>
      </w:r>
    </w:p>
    <w:p>
      <w:pPr>
        <w:pStyle w:val="ListParagraph"/>
      </w:pPr>
      <w:r>
        <w:rPr>
          <w:sz w:val="22"/>
        </w:rPr>
        <w:t>D. fitness</w:t>
      </w:r>
    </w:p>
    <w:p/>
    <w:p>
      <w:r>
        <w:rPr>
          <w:b/>
          <w:sz w:val="24"/>
        </w:rPr>
        <w:t>Câu 2: Choose the word whose underlined part is pronounced differently from the others: A. medicine B. remedy C. exercise D. obesity</w:t>
      </w:r>
    </w:p>
    <w:p>
      <w:pPr>
        <w:pStyle w:val="ListParagraph"/>
      </w:pPr>
      <w:r>
        <w:rPr>
          <w:sz w:val="22"/>
        </w:rPr>
        <w:t>A. medicine</w:t>
      </w:r>
    </w:p>
    <w:p>
      <w:pPr>
        <w:pStyle w:val="ListParagraph"/>
      </w:pPr>
      <w:r>
        <w:rPr>
          <w:sz w:val="22"/>
        </w:rPr>
        <w:t>B. remedy</w:t>
      </w:r>
    </w:p>
    <w:p>
      <w:pPr>
        <w:pStyle w:val="ListParagraph"/>
      </w:pPr>
      <w:r>
        <w:rPr>
          <w:sz w:val="22"/>
        </w:rPr>
        <w:t>C. exercise</w:t>
      </w:r>
    </w:p>
    <w:p>
      <w:pPr>
        <w:pStyle w:val="ListParagraph"/>
      </w:pPr>
      <w:r>
        <w:rPr>
          <w:sz w:val="22"/>
        </w:rPr>
        <w:t>D. obesity</w:t>
      </w:r>
    </w:p>
    <w:p/>
    <w:p>
      <w:r>
        <w:rPr>
          <w:b/>
          <w:sz w:val="24"/>
        </w:rPr>
        <w:t>Câu 3: Choose the word whose underlined part is pronounced differently from the others: A. balanced B. yoga C. fatty D. natural</w:t>
      </w:r>
    </w:p>
    <w:p>
      <w:pPr>
        <w:pStyle w:val="ListParagraph"/>
      </w:pPr>
      <w:r>
        <w:rPr>
          <w:sz w:val="22"/>
        </w:rPr>
        <w:t>A. balanced</w:t>
      </w:r>
    </w:p>
    <w:p>
      <w:pPr>
        <w:pStyle w:val="ListParagraph"/>
      </w:pPr>
      <w:r>
        <w:rPr>
          <w:sz w:val="22"/>
        </w:rPr>
        <w:t>B. yoga</w:t>
      </w:r>
    </w:p>
    <w:p>
      <w:pPr>
        <w:pStyle w:val="ListParagraph"/>
      </w:pPr>
      <w:r>
        <w:rPr>
          <w:sz w:val="22"/>
        </w:rPr>
        <w:t>C. fatty</w:t>
      </w:r>
    </w:p>
    <w:p>
      <w:pPr>
        <w:pStyle w:val="ListParagraph"/>
      </w:pPr>
      <w:r>
        <w:rPr>
          <w:sz w:val="22"/>
        </w:rPr>
        <w:t>D. natural</w:t>
      </w:r>
    </w:p>
    <w:p/>
    <w:p>
      <w:r>
        <w:rPr>
          <w:b/>
          <w:sz w:val="24"/>
        </w:rPr>
        <w:t>Câu 4: Choose the word whose underlined part is pronounced differently from the others: A. vegetable B. hygiene C. sugary D. longevity</w:t>
      </w:r>
    </w:p>
    <w:p>
      <w:pPr>
        <w:pStyle w:val="ListParagraph"/>
      </w:pPr>
      <w:r>
        <w:rPr>
          <w:sz w:val="22"/>
        </w:rPr>
        <w:t>A. vegetable</w:t>
      </w:r>
    </w:p>
    <w:p>
      <w:pPr>
        <w:pStyle w:val="ListParagraph"/>
      </w:pPr>
      <w:r>
        <w:rPr>
          <w:sz w:val="22"/>
        </w:rPr>
        <w:t>B. hygiene</w:t>
      </w:r>
    </w:p>
    <w:p>
      <w:pPr>
        <w:pStyle w:val="ListParagraph"/>
      </w:pPr>
      <w:r>
        <w:rPr>
          <w:sz w:val="22"/>
        </w:rPr>
        <w:t>C. sugary</w:t>
      </w:r>
    </w:p>
    <w:p>
      <w:pPr>
        <w:pStyle w:val="ListParagraph"/>
      </w:pPr>
      <w:r>
        <w:rPr>
          <w:sz w:val="22"/>
        </w:rPr>
        <w:t>D. longevity</w:t>
      </w:r>
    </w:p>
    <w:p/>
    <w:p>
      <w:r>
        <w:rPr>
          <w:b/>
          <w:sz w:val="24"/>
        </w:rPr>
        <w:t>Câu 5: Choose the word that differs from the other three in the position of primary stress: A. dietary B. variety C. obesity D. bacteria</w:t>
      </w:r>
    </w:p>
    <w:p>
      <w:pPr>
        <w:pStyle w:val="ListParagraph"/>
      </w:pPr>
      <w:r>
        <w:rPr>
          <w:sz w:val="22"/>
        </w:rPr>
        <w:t>A. dietary</w:t>
      </w:r>
    </w:p>
    <w:p>
      <w:pPr>
        <w:pStyle w:val="ListParagraph"/>
      </w:pPr>
      <w:r>
        <w:rPr>
          <w:sz w:val="22"/>
        </w:rPr>
        <w:t>B. variety</w:t>
      </w:r>
    </w:p>
    <w:p>
      <w:pPr>
        <w:pStyle w:val="ListParagraph"/>
      </w:pPr>
      <w:r>
        <w:rPr>
          <w:sz w:val="22"/>
        </w:rPr>
        <w:t>C. obesity</w:t>
      </w:r>
    </w:p>
    <w:p>
      <w:pPr>
        <w:pStyle w:val="ListParagraph"/>
      </w:pPr>
      <w:r>
        <w:rPr>
          <w:sz w:val="22"/>
        </w:rPr>
        <w:t>D. bacteria</w:t>
      </w:r>
    </w:p>
    <w:p/>
    <w:p>
      <w:r>
        <w:rPr>
          <w:b/>
          <w:sz w:val="24"/>
        </w:rPr>
        <w:t>Câu 6: Choose the word that differs from the other three in the position of primary stress: A. meditation B. longevity C. expectancy D. cholesterol</w:t>
      </w:r>
    </w:p>
    <w:p>
      <w:pPr>
        <w:pStyle w:val="ListParagraph"/>
      </w:pPr>
      <w:r>
        <w:rPr>
          <w:sz w:val="22"/>
        </w:rPr>
        <w:t>A. meditation</w:t>
      </w:r>
    </w:p>
    <w:p>
      <w:pPr>
        <w:pStyle w:val="ListParagraph"/>
      </w:pPr>
      <w:r>
        <w:rPr>
          <w:sz w:val="22"/>
        </w:rPr>
        <w:t>B. longevity</w:t>
      </w:r>
    </w:p>
    <w:p>
      <w:pPr>
        <w:pStyle w:val="ListParagraph"/>
      </w:pPr>
      <w:r>
        <w:rPr>
          <w:sz w:val="22"/>
        </w:rPr>
        <w:t>C. expectancy</w:t>
      </w:r>
    </w:p>
    <w:p>
      <w:pPr>
        <w:pStyle w:val="ListParagraph"/>
      </w:pPr>
      <w:r>
        <w:rPr>
          <w:sz w:val="22"/>
        </w:rPr>
        <w:t>D. cholesterol</w:t>
      </w:r>
    </w:p>
    <w:p/>
    <w:p>
      <w:r>
        <w:rPr>
          <w:b/>
          <w:sz w:val="24"/>
        </w:rPr>
        <w:t>Câu 7: Choose the word that differs from the other three in the position of primary stress: A. essential B. survival C. nutrition D. vegetable</w:t>
      </w:r>
    </w:p>
    <w:p>
      <w:pPr>
        <w:pStyle w:val="ListParagraph"/>
      </w:pPr>
      <w:r>
        <w:rPr>
          <w:sz w:val="22"/>
        </w:rPr>
        <w:t>A. essential</w:t>
      </w:r>
    </w:p>
    <w:p>
      <w:pPr>
        <w:pStyle w:val="ListParagraph"/>
      </w:pPr>
      <w:r>
        <w:rPr>
          <w:sz w:val="22"/>
        </w:rPr>
        <w:t>B. survival</w:t>
      </w:r>
    </w:p>
    <w:p>
      <w:pPr>
        <w:pStyle w:val="ListParagraph"/>
      </w:pPr>
      <w:r>
        <w:rPr>
          <w:sz w:val="22"/>
        </w:rPr>
        <w:t>C. nutrition</w:t>
      </w:r>
    </w:p>
    <w:p>
      <w:pPr>
        <w:pStyle w:val="ListParagraph"/>
      </w:pPr>
      <w:r>
        <w:rPr>
          <w:sz w:val="22"/>
        </w:rPr>
        <w:t>D. vegetable</w:t>
      </w:r>
    </w:p>
    <w:p/>
    <w:p>
      <w:r>
        <w:rPr>
          <w:b/>
          <w:sz w:val="24"/>
        </w:rPr>
        <w:t>Câu 8: Choose the word that differs from the other three in the position of primary stress: A. physically B. elision C. perception D. efficiency</w:t>
      </w:r>
    </w:p>
    <w:p>
      <w:pPr>
        <w:pStyle w:val="ListParagraph"/>
      </w:pPr>
      <w:r>
        <w:rPr>
          <w:sz w:val="22"/>
        </w:rPr>
        <w:t>A. physically</w:t>
      </w:r>
    </w:p>
    <w:p>
      <w:pPr>
        <w:pStyle w:val="ListParagraph"/>
      </w:pPr>
      <w:r>
        <w:rPr>
          <w:sz w:val="22"/>
        </w:rPr>
        <w:t>B. elision</w:t>
      </w:r>
    </w:p>
    <w:p>
      <w:pPr>
        <w:pStyle w:val="ListParagraph"/>
      </w:pPr>
      <w:r>
        <w:rPr>
          <w:sz w:val="22"/>
        </w:rPr>
        <w:t>C. perception</w:t>
      </w:r>
    </w:p>
    <w:p>
      <w:pPr>
        <w:pStyle w:val="ListParagraph"/>
      </w:pPr>
      <w:r>
        <w:rPr>
          <w:sz w:val="22"/>
        </w:rPr>
        <w:t>D. efficiency</w:t>
      </w:r>
    </w:p>
    <w:p/>
    <w:p>
      <w:r>
        <w:rPr>
          <w:b/>
          <w:sz w:val="24"/>
        </w:rPr>
        <w:t>Câu 9: In order to avoid bad eating habits, you’ll have to replace unhealthy fat with more _____ food.</w:t>
      </w:r>
    </w:p>
    <w:p>
      <w:pPr>
        <w:pStyle w:val="ListParagraph"/>
      </w:pPr>
      <w:r>
        <w:rPr>
          <w:sz w:val="22"/>
        </w:rPr>
        <w:t>A. nutrition</w:t>
      </w:r>
    </w:p>
    <w:p>
      <w:pPr>
        <w:pStyle w:val="ListParagraph"/>
      </w:pPr>
      <w:r>
        <w:rPr>
          <w:sz w:val="22"/>
        </w:rPr>
        <w:t>B. nutritional</w:t>
      </w:r>
    </w:p>
    <w:p>
      <w:pPr>
        <w:pStyle w:val="ListParagraph"/>
      </w:pPr>
      <w:r>
        <w:rPr>
          <w:sz w:val="22"/>
        </w:rPr>
        <w:t>C. nutritious</w:t>
      </w:r>
    </w:p>
    <w:p>
      <w:pPr>
        <w:pStyle w:val="ListParagraph"/>
      </w:pPr>
      <w:r>
        <w:rPr>
          <w:sz w:val="22"/>
        </w:rPr>
        <w:t>D. nutritive</w:t>
      </w:r>
    </w:p>
    <w:p/>
    <w:p>
      <w:r>
        <w:rPr>
          <w:b/>
          <w:sz w:val="24"/>
        </w:rPr>
        <w:t>Câu 10: If you’re tired, even if you feel that you need to get more done, give yourself _____ to sleep.</w:t>
      </w:r>
    </w:p>
    <w:p>
      <w:pPr>
        <w:pStyle w:val="ListParagraph"/>
      </w:pPr>
      <w:r>
        <w:rPr>
          <w:sz w:val="22"/>
        </w:rPr>
        <w:t>A. request</w:t>
      </w:r>
    </w:p>
    <w:p>
      <w:pPr>
        <w:pStyle w:val="ListParagraph"/>
      </w:pPr>
      <w:r>
        <w:rPr>
          <w:sz w:val="22"/>
        </w:rPr>
        <w:t>B. requirement</w:t>
      </w:r>
    </w:p>
    <w:p>
      <w:pPr>
        <w:pStyle w:val="ListParagraph"/>
      </w:pPr>
      <w:r>
        <w:rPr>
          <w:sz w:val="22"/>
        </w:rPr>
        <w:t>C. permission</w:t>
      </w:r>
    </w:p>
    <w:p>
      <w:pPr>
        <w:pStyle w:val="ListParagraph"/>
      </w:pPr>
      <w:r>
        <w:rPr>
          <w:sz w:val="22"/>
        </w:rPr>
        <w:t>D. permit</w:t>
      </w:r>
    </w:p>
    <w:p/>
    <w:p>
      <w:r>
        <w:rPr>
          <w:b/>
          <w:sz w:val="24"/>
        </w:rPr>
        <w:t>Câu 11: There _____ great changes in our village in the past few years.</w:t>
      </w:r>
    </w:p>
    <w:p>
      <w:pPr>
        <w:pStyle w:val="ListParagraph"/>
      </w:pPr>
      <w:r>
        <w:rPr>
          <w:sz w:val="22"/>
        </w:rPr>
        <w:t>A. have been</w:t>
      </w:r>
    </w:p>
    <w:p>
      <w:pPr>
        <w:pStyle w:val="ListParagraph"/>
      </w:pPr>
      <w:r>
        <w:rPr>
          <w:sz w:val="22"/>
        </w:rPr>
        <w:t>B. had been</w:t>
      </w:r>
    </w:p>
    <w:p>
      <w:pPr>
        <w:pStyle w:val="ListParagraph"/>
      </w:pPr>
      <w:r>
        <w:rPr>
          <w:sz w:val="22"/>
        </w:rPr>
        <w:t>C. was</w:t>
      </w:r>
    </w:p>
    <w:p>
      <w:pPr>
        <w:pStyle w:val="ListParagraph"/>
      </w:pPr>
      <w:r>
        <w:rPr>
          <w:sz w:val="22"/>
        </w:rPr>
        <w:t>D. has been</w:t>
      </w:r>
    </w:p>
    <w:p/>
    <w:p>
      <w:r>
        <w:rPr>
          <w:b/>
          <w:sz w:val="24"/>
        </w:rPr>
        <w:t>Câu 12: The noise from the trains _____ me terribly last night.</w:t>
      </w:r>
    </w:p>
    <w:p>
      <w:pPr>
        <w:pStyle w:val="ListParagraph"/>
      </w:pPr>
      <w:r>
        <w:rPr>
          <w:sz w:val="22"/>
        </w:rPr>
        <w:t>A. was annoyed</w:t>
      </w:r>
    </w:p>
    <w:p>
      <w:pPr>
        <w:pStyle w:val="ListParagraph"/>
      </w:pPr>
      <w:r>
        <w:rPr>
          <w:sz w:val="22"/>
        </w:rPr>
        <w:t>B. annoyed</w:t>
      </w:r>
    </w:p>
    <w:p>
      <w:pPr>
        <w:pStyle w:val="ListParagraph"/>
      </w:pPr>
      <w:r>
        <w:rPr>
          <w:sz w:val="22"/>
        </w:rPr>
        <w:t>C. has annoyed</w:t>
      </w:r>
    </w:p>
    <w:p>
      <w:pPr>
        <w:pStyle w:val="ListParagraph"/>
      </w:pPr>
      <w:r>
        <w:rPr>
          <w:sz w:val="22"/>
        </w:rPr>
        <w:t>D. had annoyed</w:t>
      </w:r>
    </w:p>
    <w:p/>
    <w:p>
      <w:r>
        <w:rPr>
          <w:b/>
          <w:sz w:val="24"/>
        </w:rPr>
        <w:t>Câu 13: Whey protein may account for many of the health benefits _____ to dairy products.</w:t>
      </w:r>
    </w:p>
    <w:p>
      <w:pPr>
        <w:pStyle w:val="ListParagraph"/>
      </w:pPr>
      <w:r>
        <w:rPr>
          <w:sz w:val="22"/>
        </w:rPr>
        <w:t>A. believed</w:t>
      </w:r>
    </w:p>
    <w:p>
      <w:pPr>
        <w:pStyle w:val="ListParagraph"/>
      </w:pPr>
      <w:r>
        <w:rPr>
          <w:sz w:val="22"/>
        </w:rPr>
        <w:t>B. attributed</w:t>
      </w:r>
    </w:p>
    <w:p>
      <w:pPr>
        <w:pStyle w:val="ListParagraph"/>
      </w:pPr>
      <w:r>
        <w:rPr>
          <w:sz w:val="22"/>
        </w:rPr>
        <w:t>C. resulted</w:t>
      </w:r>
    </w:p>
    <w:p>
      <w:pPr>
        <w:pStyle w:val="ListParagraph"/>
      </w:pPr>
      <w:r>
        <w:rPr>
          <w:sz w:val="22"/>
        </w:rPr>
        <w:t>D. responsible</w:t>
      </w:r>
    </w:p>
    <w:p/>
    <w:p>
      <w:r>
        <w:rPr>
          <w:b/>
          <w:sz w:val="24"/>
        </w:rPr>
        <w:t>Câu 14: Chocolate and cakes cause our blood sugar to rise and give us a quick _____.</w:t>
      </w:r>
    </w:p>
    <w:p>
      <w:pPr>
        <w:pStyle w:val="ListParagraph"/>
      </w:pPr>
      <w:r>
        <w:rPr>
          <w:sz w:val="22"/>
        </w:rPr>
        <w:t>A. boost</w:t>
      </w:r>
    </w:p>
    <w:p>
      <w:pPr>
        <w:pStyle w:val="ListParagraph"/>
      </w:pPr>
      <w:r>
        <w:rPr>
          <w:sz w:val="22"/>
        </w:rPr>
        <w:t>B. power</w:t>
      </w:r>
    </w:p>
    <w:p>
      <w:pPr>
        <w:pStyle w:val="ListParagraph"/>
      </w:pPr>
      <w:r>
        <w:rPr>
          <w:sz w:val="22"/>
        </w:rPr>
        <w:t>C. action</w:t>
      </w:r>
    </w:p>
    <w:p>
      <w:pPr>
        <w:pStyle w:val="ListParagraph"/>
      </w:pPr>
      <w:r>
        <w:rPr>
          <w:sz w:val="22"/>
        </w:rPr>
        <w:t>D. success</w:t>
      </w:r>
    </w:p>
    <w:p/>
    <w:p>
      <w:r>
        <w:rPr>
          <w:b/>
          <w:sz w:val="24"/>
        </w:rPr>
        <w:t>Câu 15: Living to an average of 83 years old, Japan is the nation with the highest _____ in the world.</w:t>
      </w:r>
    </w:p>
    <w:p>
      <w:pPr>
        <w:pStyle w:val="ListParagraph"/>
      </w:pPr>
      <w:r>
        <w:rPr>
          <w:sz w:val="22"/>
        </w:rPr>
        <w:t>A. lifetime</w:t>
      </w:r>
    </w:p>
    <w:p>
      <w:pPr>
        <w:pStyle w:val="ListParagraph"/>
      </w:pPr>
      <w:r>
        <w:rPr>
          <w:sz w:val="22"/>
        </w:rPr>
        <w:t>B. lifework</w:t>
      </w:r>
    </w:p>
    <w:p>
      <w:pPr>
        <w:pStyle w:val="ListParagraph"/>
      </w:pPr>
      <w:r>
        <w:rPr>
          <w:sz w:val="22"/>
        </w:rPr>
        <w:t>C. life force</w:t>
      </w:r>
    </w:p>
    <w:p>
      <w:pPr>
        <w:pStyle w:val="ListParagraph"/>
      </w:pPr>
      <w:r>
        <w:rPr>
          <w:sz w:val="22"/>
        </w:rPr>
        <w:t>D. life expectancy</w:t>
      </w:r>
    </w:p>
    <w:p/>
    <w:p>
      <w:r>
        <w:rPr>
          <w:b/>
          <w:sz w:val="24"/>
        </w:rPr>
        <w:t>Câu 16: China has already been experimenting with ways to make its cities more _____ for the last two decades.</w:t>
      </w:r>
    </w:p>
    <w:p>
      <w:pPr>
        <w:pStyle w:val="ListParagraph"/>
      </w:pPr>
      <w:r>
        <w:rPr>
          <w:sz w:val="22"/>
        </w:rPr>
        <w:t>A. sustain</w:t>
      </w:r>
    </w:p>
    <w:p>
      <w:pPr>
        <w:pStyle w:val="ListParagraph"/>
      </w:pPr>
      <w:r>
        <w:rPr>
          <w:sz w:val="22"/>
        </w:rPr>
        <w:t>B. sustainable</w:t>
      </w:r>
    </w:p>
    <w:p>
      <w:pPr>
        <w:pStyle w:val="ListParagraph"/>
      </w:pPr>
      <w:r>
        <w:rPr>
          <w:sz w:val="22"/>
        </w:rPr>
        <w:t>C. survival</w:t>
      </w:r>
    </w:p>
    <w:p>
      <w:pPr>
        <w:pStyle w:val="ListParagraph"/>
      </w:pPr>
      <w:r>
        <w:rPr>
          <w:sz w:val="22"/>
        </w:rPr>
        <w:t>D. available</w:t>
      </w:r>
    </w:p>
    <w:p/>
    <w:p>
      <w:r>
        <w:rPr>
          <w:b/>
          <w:sz w:val="24"/>
        </w:rPr>
        <w:t>Câu 17: Vancouver is often considered to be one of the most _____ cities in the world.</w:t>
      </w:r>
    </w:p>
    <w:p>
      <w:pPr>
        <w:pStyle w:val="ListParagraph"/>
      </w:pPr>
      <w:r>
        <w:rPr>
          <w:sz w:val="22"/>
        </w:rPr>
        <w:t>A. fit</w:t>
      </w:r>
    </w:p>
    <w:p>
      <w:pPr>
        <w:pStyle w:val="ListParagraph"/>
      </w:pPr>
      <w:r>
        <w:rPr>
          <w:sz w:val="22"/>
        </w:rPr>
        <w:t>B. liveable</w:t>
      </w:r>
    </w:p>
    <w:p>
      <w:pPr>
        <w:pStyle w:val="ListParagraph"/>
      </w:pPr>
      <w:r>
        <w:rPr>
          <w:sz w:val="22"/>
        </w:rPr>
        <w:t>C. endurable</w:t>
      </w:r>
    </w:p>
    <w:p>
      <w:pPr>
        <w:pStyle w:val="ListParagraph"/>
      </w:pPr>
      <w:r>
        <w:rPr>
          <w:sz w:val="22"/>
        </w:rPr>
        <w:t>D. suitable</w:t>
      </w:r>
    </w:p>
    <w:p/>
    <w:p>
      <w:r>
        <w:rPr>
          <w:b/>
          <w:sz w:val="24"/>
        </w:rPr>
        <w:t>Câu 18: Telecommunications and cloud computing will _____ transportation for moving ideas and intellectual property.</w:t>
      </w:r>
    </w:p>
    <w:p>
      <w:pPr>
        <w:pStyle w:val="ListParagraph"/>
      </w:pPr>
      <w:r>
        <w:rPr>
          <w:sz w:val="22"/>
        </w:rPr>
        <w:t>A. change</w:t>
      </w:r>
    </w:p>
    <w:p>
      <w:pPr>
        <w:pStyle w:val="ListParagraph"/>
      </w:pPr>
      <w:r>
        <w:rPr>
          <w:sz w:val="22"/>
        </w:rPr>
        <w:t>B. replace</w:t>
      </w:r>
    </w:p>
    <w:p>
      <w:pPr>
        <w:pStyle w:val="ListParagraph"/>
      </w:pPr>
      <w:r>
        <w:rPr>
          <w:sz w:val="22"/>
        </w:rPr>
        <w:t>C. remove</w:t>
      </w:r>
    </w:p>
    <w:p>
      <w:pPr>
        <w:pStyle w:val="ListParagraph"/>
      </w:pPr>
      <w:r>
        <w:rPr>
          <w:sz w:val="22"/>
        </w:rPr>
        <w:t>D. eliminate</w:t>
      </w:r>
    </w:p>
    <w:p/>
    <w:p>
      <w:r>
        <w:rPr>
          <w:b/>
          <w:sz w:val="24"/>
        </w:rPr>
        <w:t>Câu 19: The office has a gym for those who like to _____ exercise in their lunch hour.</w:t>
      </w:r>
    </w:p>
    <w:p>
      <w:pPr>
        <w:pStyle w:val="ListParagraph"/>
      </w:pPr>
      <w:r>
        <w:rPr>
          <w:sz w:val="22"/>
        </w:rPr>
        <w:t>A. take</w:t>
      </w:r>
    </w:p>
    <w:p>
      <w:pPr>
        <w:pStyle w:val="ListParagraph"/>
      </w:pPr>
      <w:r>
        <w:rPr>
          <w:sz w:val="22"/>
        </w:rPr>
        <w:t>B. put</w:t>
      </w:r>
    </w:p>
    <w:p>
      <w:pPr>
        <w:pStyle w:val="ListParagraph"/>
      </w:pPr>
      <w:r>
        <w:rPr>
          <w:sz w:val="22"/>
        </w:rPr>
        <w:t>C. make</w:t>
      </w:r>
    </w:p>
    <w:p>
      <w:pPr>
        <w:pStyle w:val="ListParagraph"/>
      </w:pPr>
      <w:r>
        <w:rPr>
          <w:sz w:val="22"/>
        </w:rPr>
        <w:t>D. give</w:t>
      </w:r>
    </w:p>
    <w:p/>
    <w:p>
      <w:r>
        <w:rPr>
          <w:b/>
          <w:sz w:val="24"/>
        </w:rPr>
        <w:t>Câu 20: The key _____ a healthy body is diet and exercise.</w:t>
      </w:r>
    </w:p>
    <w:p>
      <w:pPr>
        <w:pStyle w:val="ListParagraph"/>
      </w:pPr>
      <w:r>
        <w:rPr>
          <w:sz w:val="22"/>
        </w:rPr>
        <w:t>A. for</w:t>
      </w:r>
    </w:p>
    <w:p>
      <w:pPr>
        <w:pStyle w:val="ListParagraph"/>
      </w:pPr>
      <w:r>
        <w:rPr>
          <w:sz w:val="22"/>
        </w:rPr>
        <w:t>B. with</w:t>
      </w:r>
    </w:p>
    <w:p>
      <w:pPr>
        <w:pStyle w:val="ListParagraph"/>
      </w:pPr>
      <w:r>
        <w:rPr>
          <w:sz w:val="22"/>
        </w:rPr>
        <w:t>C. to</w:t>
      </w:r>
    </w:p>
    <w:p>
      <w:pPr>
        <w:pStyle w:val="ListParagraph"/>
      </w:pPr>
      <w:r>
        <w:rPr>
          <w:sz w:val="22"/>
        </w:rPr>
        <w:t>D. by</w:t>
      </w:r>
    </w:p>
    <w:p/>
    <w:p>
      <w:r>
        <w:rPr>
          <w:b/>
          <w:sz w:val="24"/>
        </w:rPr>
        <w:t>Câu 21: If you just live with your parents and your siblings, you live in a _____.</w:t>
      </w:r>
    </w:p>
    <w:p>
      <w:pPr>
        <w:pStyle w:val="ListParagraph"/>
      </w:pPr>
      <w:r>
        <w:rPr>
          <w:sz w:val="22"/>
        </w:rPr>
        <w:t>A. big family</w:t>
      </w:r>
    </w:p>
    <w:p>
      <w:pPr>
        <w:pStyle w:val="ListParagraph"/>
      </w:pPr>
      <w:r>
        <w:rPr>
          <w:sz w:val="22"/>
        </w:rPr>
        <w:t>B. small family</w:t>
      </w:r>
    </w:p>
    <w:p>
      <w:pPr>
        <w:pStyle w:val="ListParagraph"/>
      </w:pPr>
      <w:r>
        <w:rPr>
          <w:sz w:val="22"/>
        </w:rPr>
        <w:t>C. extended family</w:t>
      </w:r>
    </w:p>
    <w:p>
      <w:pPr>
        <w:pStyle w:val="ListParagraph"/>
      </w:pPr>
      <w:r>
        <w:rPr>
          <w:sz w:val="22"/>
        </w:rPr>
        <w:t>D. nuclear family</w:t>
      </w:r>
    </w:p>
    <w:p/>
    <w:p>
      <w:r>
        <w:rPr>
          <w:b/>
          <w:sz w:val="24"/>
        </w:rPr>
        <w:t>Câu 22: _____ in a multi-generational family are unavoidable.</w:t>
      </w:r>
    </w:p>
    <w:p>
      <w:pPr>
        <w:pStyle w:val="ListParagraph"/>
      </w:pPr>
      <w:r>
        <w:rPr>
          <w:sz w:val="22"/>
        </w:rPr>
        <w:t>A. advantages</w:t>
      </w:r>
    </w:p>
    <w:p>
      <w:pPr>
        <w:pStyle w:val="ListParagraph"/>
      </w:pPr>
      <w:r>
        <w:rPr>
          <w:sz w:val="22"/>
        </w:rPr>
        <w:t>B. habits</w:t>
      </w:r>
    </w:p>
    <w:p>
      <w:pPr>
        <w:pStyle w:val="ListParagraph"/>
      </w:pPr>
      <w:r>
        <w:rPr>
          <w:sz w:val="22"/>
        </w:rPr>
        <w:t>C. conflicts</w:t>
      </w:r>
    </w:p>
    <w:p>
      <w:pPr>
        <w:pStyle w:val="ListParagraph"/>
      </w:pPr>
      <w:r>
        <w:rPr>
          <w:sz w:val="22"/>
        </w:rPr>
        <w:t>D. punishment</w:t>
      </w:r>
    </w:p>
    <w:p/>
    <w:p>
      <w:r>
        <w:rPr>
          <w:b/>
          <w:sz w:val="24"/>
        </w:rPr>
        <w:t>Câu 23: My sister _____ for you since yesterday.</w:t>
      </w:r>
    </w:p>
    <w:p>
      <w:pPr>
        <w:pStyle w:val="ListParagraph"/>
      </w:pPr>
      <w:r>
        <w:rPr>
          <w:sz w:val="22"/>
        </w:rPr>
        <w:t>A. is looking</w:t>
      </w:r>
    </w:p>
    <w:p>
      <w:pPr>
        <w:pStyle w:val="ListParagraph"/>
      </w:pPr>
      <w:r>
        <w:rPr>
          <w:sz w:val="22"/>
        </w:rPr>
        <w:t>B. was looking</w:t>
      </w:r>
    </w:p>
    <w:p>
      <w:pPr>
        <w:pStyle w:val="ListParagraph"/>
      </w:pPr>
      <w:r>
        <w:rPr>
          <w:sz w:val="22"/>
        </w:rPr>
        <w:t>C. looked</w:t>
      </w:r>
    </w:p>
    <w:p>
      <w:pPr>
        <w:pStyle w:val="ListParagraph"/>
      </w:pPr>
      <w:r>
        <w:rPr>
          <w:sz w:val="22"/>
        </w:rPr>
        <w:t>D. has been looking</w:t>
      </w:r>
    </w:p>
    <w:p/>
    <w:p>
      <w:r>
        <w:rPr>
          <w:b/>
          <w:sz w:val="24"/>
        </w:rPr>
        <w:t>Câu 24: He last wrote home two months ago.</w:t>
      </w:r>
    </w:p>
    <w:p>
      <w:pPr>
        <w:pStyle w:val="ListParagraph"/>
      </w:pPr>
      <w:r>
        <w:rPr>
          <w:sz w:val="22"/>
        </w:rPr>
        <w:t>A. He hasn’t written home for two months.</w:t>
      </w:r>
    </w:p>
    <w:p>
      <w:pPr>
        <w:pStyle w:val="ListParagraph"/>
      </w:pPr>
      <w:r>
        <w:rPr>
          <w:sz w:val="22"/>
        </w:rPr>
        <w:t>B. He didn’t write home for two months.</w:t>
      </w:r>
    </w:p>
    <w:p>
      <w:pPr>
        <w:pStyle w:val="ListParagraph"/>
      </w:pPr>
      <w:r>
        <w:rPr>
          <w:sz w:val="22"/>
        </w:rPr>
        <w:t>C. He wrote home every two months.</w:t>
      </w:r>
    </w:p>
    <w:p>
      <w:pPr>
        <w:pStyle w:val="ListParagraph"/>
      </w:pPr>
      <w:r>
        <w:rPr>
          <w:sz w:val="22"/>
        </w:rPr>
        <w:t>D. He often wrote home twice a month.</w:t>
      </w:r>
    </w:p>
    <w:p/>
    <w:p>
      <w:r>
        <w:rPr>
          <w:b/>
          <w:sz w:val="24"/>
        </w:rPr>
        <w:t>Câu 25: They _____ football for two hours.</w:t>
      </w:r>
    </w:p>
    <w:p>
      <w:pPr>
        <w:pStyle w:val="ListParagraph"/>
      </w:pPr>
      <w:r>
        <w:rPr>
          <w:sz w:val="22"/>
        </w:rPr>
        <w:t>A. play</w:t>
      </w:r>
    </w:p>
    <w:p>
      <w:pPr>
        <w:pStyle w:val="ListParagraph"/>
      </w:pPr>
      <w:r>
        <w:rPr>
          <w:sz w:val="22"/>
        </w:rPr>
        <w:t>B. are playing</w:t>
      </w:r>
    </w:p>
    <w:p>
      <w:pPr>
        <w:pStyle w:val="ListParagraph"/>
      </w:pPr>
      <w:r>
        <w:rPr>
          <w:sz w:val="22"/>
        </w:rPr>
        <w:t>C. have played</w:t>
      </w:r>
    </w:p>
    <w:p>
      <w:pPr>
        <w:pStyle w:val="ListParagraph"/>
      </w:pPr>
      <w:r>
        <w:rPr>
          <w:sz w:val="22"/>
        </w:rPr>
        <w:t>D. played</w:t>
      </w:r>
    </w:p>
    <w:p/>
    <w:p>
      <w:r>
        <w:rPr>
          <w:b/>
          <w:sz w:val="24"/>
        </w:rPr>
        <w:t>Câu 26: All students _____ wear uniforms at school because it is a rule.</w:t>
      </w:r>
    </w:p>
    <w:p>
      <w:pPr>
        <w:pStyle w:val="ListParagraph"/>
      </w:pPr>
      <w:r>
        <w:rPr>
          <w:sz w:val="22"/>
        </w:rPr>
        <w:t>A. should</w:t>
      </w:r>
    </w:p>
    <w:p>
      <w:pPr>
        <w:pStyle w:val="ListParagraph"/>
      </w:pPr>
      <w:r>
        <w:rPr>
          <w:sz w:val="22"/>
        </w:rPr>
        <w:t>B. have to</w:t>
      </w:r>
    </w:p>
    <w:p>
      <w:pPr>
        <w:pStyle w:val="ListParagraph"/>
      </w:pPr>
      <w:r>
        <w:rPr>
          <w:sz w:val="22"/>
        </w:rPr>
        <w:t>C. ought to</w:t>
      </w:r>
    </w:p>
    <w:p>
      <w:pPr>
        <w:pStyle w:val="ListParagraph"/>
      </w:pPr>
      <w:r>
        <w:rPr>
          <w:sz w:val="22"/>
        </w:rPr>
        <w:t>D. must</w:t>
      </w:r>
    </w:p>
    <w:p/>
    <w:p>
      <w:r>
        <w:rPr>
          <w:b/>
          <w:sz w:val="24"/>
        </w:rPr>
        <w:t>Câu 27: This warning sign indicates that you _____ step on the grass.</w:t>
      </w:r>
    </w:p>
    <w:p>
      <w:pPr>
        <w:pStyle w:val="ListParagraph"/>
      </w:pPr>
      <w:r>
        <w:rPr>
          <w:sz w:val="22"/>
        </w:rPr>
        <w:t>A. shouldn’t</w:t>
      </w:r>
    </w:p>
    <w:p>
      <w:pPr>
        <w:pStyle w:val="ListParagraph"/>
      </w:pPr>
      <w:r>
        <w:rPr>
          <w:sz w:val="22"/>
        </w:rPr>
        <w:t>B. mustn’t</w:t>
      </w:r>
    </w:p>
    <w:p>
      <w:pPr>
        <w:pStyle w:val="ListParagraph"/>
      </w:pPr>
      <w:r>
        <w:rPr>
          <w:sz w:val="22"/>
        </w:rPr>
        <w:t>C. don’t have to</w:t>
      </w:r>
    </w:p>
    <w:p>
      <w:pPr>
        <w:pStyle w:val="ListParagraph"/>
      </w:pPr>
      <w:r>
        <w:rPr>
          <w:sz w:val="22"/>
        </w:rPr>
        <w:t>D. ought not to</w:t>
      </w:r>
    </w:p>
    <w:p/>
    <w:p>
      <w:r>
        <w:rPr>
          <w:b/>
          <w:sz w:val="24"/>
        </w:rPr>
        <w:t>Câu 28: They came here last week, and we’ll pay a return visit _____ them in the summer.</w:t>
      </w:r>
    </w:p>
    <w:p>
      <w:pPr>
        <w:pStyle w:val="ListParagraph"/>
      </w:pPr>
      <w:r>
        <w:rPr>
          <w:sz w:val="22"/>
        </w:rPr>
        <w:t>A. for</w:t>
      </w:r>
    </w:p>
    <w:p>
      <w:pPr>
        <w:pStyle w:val="ListParagraph"/>
      </w:pPr>
      <w:r>
        <w:rPr>
          <w:sz w:val="22"/>
        </w:rPr>
        <w:t>B. from</w:t>
      </w:r>
    </w:p>
    <w:p>
      <w:pPr>
        <w:pStyle w:val="ListParagraph"/>
      </w:pPr>
      <w:r>
        <w:rPr>
          <w:sz w:val="22"/>
        </w:rPr>
        <w:t>C. to</w:t>
      </w:r>
    </w:p>
    <w:p>
      <w:pPr>
        <w:pStyle w:val="ListParagraph"/>
      </w:pPr>
      <w:r>
        <w:rPr>
          <w:sz w:val="22"/>
        </w:rPr>
        <w:t>D. around</w:t>
      </w:r>
    </w:p>
    <w:p/>
    <w:p>
      <w:r>
        <w:rPr>
          <w:b/>
          <w:sz w:val="24"/>
        </w:rPr>
        <w:t>Câu 29: Choose the word CLOSEST in meaning to the underlined word: Living in a smart city is not all good as some people may think. What are the pros and cons of living in a smart city?</w:t>
      </w:r>
    </w:p>
    <w:p>
      <w:pPr>
        <w:pStyle w:val="ListParagraph"/>
      </w:pPr>
      <w:r>
        <w:rPr>
          <w:sz w:val="22"/>
        </w:rPr>
        <w:t>A. causes and effects</w:t>
      </w:r>
    </w:p>
    <w:p>
      <w:pPr>
        <w:pStyle w:val="ListParagraph"/>
      </w:pPr>
      <w:r>
        <w:rPr>
          <w:sz w:val="22"/>
        </w:rPr>
        <w:t>B. effects and solutions</w:t>
      </w:r>
    </w:p>
    <w:p>
      <w:pPr>
        <w:pStyle w:val="ListParagraph"/>
      </w:pPr>
      <w:r>
        <w:rPr>
          <w:sz w:val="22"/>
        </w:rPr>
        <w:t>C. causes and solutions</w:t>
      </w:r>
    </w:p>
    <w:p>
      <w:pPr>
        <w:pStyle w:val="ListParagraph"/>
      </w:pPr>
      <w:r>
        <w:rPr>
          <w:sz w:val="22"/>
        </w:rPr>
        <w:t>D. advantages and disadvantages</w:t>
      </w:r>
    </w:p>
    <w:p/>
    <w:p>
      <w:r>
        <w:rPr>
          <w:b/>
          <w:sz w:val="24"/>
        </w:rPr>
        <w:t>Câu 30: Choose the word CLOSEST in meaning to the underlined word: This kind of fruit helps to boost the immune system.</w:t>
      </w:r>
    </w:p>
    <w:p>
      <w:pPr>
        <w:pStyle w:val="ListParagraph"/>
      </w:pPr>
      <w:r>
        <w:rPr>
          <w:sz w:val="22"/>
        </w:rPr>
        <w:t>A. decrease</w:t>
      </w:r>
    </w:p>
    <w:p>
      <w:pPr>
        <w:pStyle w:val="ListParagraph"/>
      </w:pPr>
      <w:r>
        <w:rPr>
          <w:sz w:val="22"/>
        </w:rPr>
        <w:t>B. reduce</w:t>
      </w:r>
    </w:p>
    <w:p>
      <w:pPr>
        <w:pStyle w:val="ListParagraph"/>
      </w:pPr>
      <w:r>
        <w:rPr>
          <w:sz w:val="22"/>
        </w:rPr>
        <w:t>C. increase</w:t>
      </w:r>
    </w:p>
    <w:p>
      <w:pPr>
        <w:pStyle w:val="ListParagraph"/>
      </w:pPr>
      <w:r>
        <w:rPr>
          <w:sz w:val="22"/>
        </w:rPr>
        <w:t>D. maintain</w:t>
      </w:r>
    </w:p>
    <w:p/>
    <w:p>
      <w:r>
        <w:rPr>
          <w:b/>
          <w:sz w:val="24"/>
        </w:rPr>
        <w:t>Câu 31: Choose the word CLOSEST in meaning to the underlined word: Life expectancy for both men and women has improved greatly in the past twenty years.</w:t>
      </w:r>
    </w:p>
    <w:p>
      <w:pPr>
        <w:pStyle w:val="ListParagraph"/>
      </w:pPr>
      <w:r>
        <w:rPr>
          <w:sz w:val="22"/>
        </w:rPr>
        <w:t>A. Living standard</w:t>
      </w:r>
    </w:p>
    <w:p>
      <w:pPr>
        <w:pStyle w:val="ListParagraph"/>
      </w:pPr>
      <w:r>
        <w:rPr>
          <w:sz w:val="22"/>
        </w:rPr>
        <w:t>B. Longevity</w:t>
      </w:r>
    </w:p>
    <w:p>
      <w:pPr>
        <w:pStyle w:val="ListParagraph"/>
      </w:pPr>
      <w:r>
        <w:rPr>
          <w:sz w:val="22"/>
        </w:rPr>
        <w:t>C. Life skills</w:t>
      </w:r>
    </w:p>
    <w:p>
      <w:pPr>
        <w:pStyle w:val="ListParagraph"/>
      </w:pPr>
      <w:r>
        <w:rPr>
          <w:sz w:val="22"/>
        </w:rPr>
        <w:t>D. Lifeline</w:t>
      </w:r>
    </w:p>
    <w:p/>
    <w:p>
      <w:r>
        <w:rPr>
          <w:b/>
          <w:sz w:val="24"/>
        </w:rPr>
        <w:t>Câu 32: Choose the word CLOSEST in meaning to the underlined word: Here are some principles for people to stick to if they want to stay healthy.</w:t>
      </w:r>
    </w:p>
    <w:p>
      <w:pPr>
        <w:pStyle w:val="ListParagraph"/>
      </w:pPr>
      <w:r>
        <w:rPr>
          <w:sz w:val="22"/>
        </w:rPr>
        <w:t>A. rules</w:t>
      </w:r>
    </w:p>
    <w:p>
      <w:pPr>
        <w:pStyle w:val="ListParagraph"/>
      </w:pPr>
      <w:r>
        <w:rPr>
          <w:sz w:val="22"/>
        </w:rPr>
        <w:t>B. principals</w:t>
      </w:r>
    </w:p>
    <w:p>
      <w:pPr>
        <w:pStyle w:val="ListParagraph"/>
      </w:pPr>
      <w:r>
        <w:rPr>
          <w:sz w:val="22"/>
        </w:rPr>
        <w:t>C. laws</w:t>
      </w:r>
    </w:p>
    <w:p>
      <w:pPr>
        <w:pStyle w:val="ListParagraph"/>
      </w:pPr>
      <w:r>
        <w:rPr>
          <w:sz w:val="22"/>
        </w:rPr>
        <w:t>D. duties</w:t>
      </w:r>
    </w:p>
    <w:p/>
    <w:p>
      <w:r>
        <w:rPr>
          <w:b/>
          <w:sz w:val="24"/>
        </w:rPr>
        <w:t>Câu 33: Choose the word CLOSEST in meaning to the underlined word: In order to stay healthy, make sure you have a balanced intake of vitamins and minerals.</w:t>
      </w:r>
    </w:p>
    <w:p>
      <w:pPr>
        <w:pStyle w:val="ListParagraph"/>
      </w:pPr>
      <w:r>
        <w:rPr>
          <w:sz w:val="22"/>
        </w:rPr>
        <w:t>A. take-off</w:t>
      </w:r>
    </w:p>
    <w:p>
      <w:pPr>
        <w:pStyle w:val="ListParagraph"/>
      </w:pPr>
      <w:r>
        <w:rPr>
          <w:sz w:val="22"/>
        </w:rPr>
        <w:t>B. take-away</w:t>
      </w:r>
    </w:p>
    <w:p>
      <w:pPr>
        <w:pStyle w:val="ListParagraph"/>
      </w:pPr>
      <w:r>
        <w:rPr>
          <w:sz w:val="22"/>
        </w:rPr>
        <w:t>C. consumption</w:t>
      </w:r>
    </w:p>
    <w:p>
      <w:pPr>
        <w:pStyle w:val="ListParagraph"/>
      </w:pPr>
      <w:r>
        <w:rPr>
          <w:sz w:val="22"/>
        </w:rPr>
        <w:t>D. digestion</w:t>
      </w:r>
    </w:p>
    <w:p/>
    <w:p>
      <w:r>
        <w:rPr>
          <w:b/>
          <w:sz w:val="24"/>
        </w:rPr>
        <w:t>Câu 34: Choose the word CLOSEST in meaning to the underlined word: Open communication can bridge the gap between parents and children.</w:t>
      </w:r>
    </w:p>
    <w:p>
      <w:pPr>
        <w:pStyle w:val="ListParagraph"/>
      </w:pPr>
      <w:r>
        <w:rPr>
          <w:sz w:val="22"/>
        </w:rPr>
        <w:t>A. accept</w:t>
      </w:r>
    </w:p>
    <w:p>
      <w:pPr>
        <w:pStyle w:val="ListParagraph"/>
      </w:pPr>
      <w:r>
        <w:rPr>
          <w:sz w:val="22"/>
        </w:rPr>
        <w:t>B. increase</w:t>
      </w:r>
    </w:p>
    <w:p>
      <w:pPr>
        <w:pStyle w:val="ListParagraph"/>
      </w:pPr>
      <w:r>
        <w:rPr>
          <w:sz w:val="22"/>
        </w:rPr>
        <w:t>C. widen</w:t>
      </w:r>
    </w:p>
    <w:p>
      <w:pPr>
        <w:pStyle w:val="ListParagraph"/>
      </w:pPr>
      <w:r>
        <w:rPr>
          <w:sz w:val="22"/>
        </w:rPr>
        <w:t>D. shorten</w:t>
      </w:r>
    </w:p>
    <w:p/>
    <w:p>
      <w:r>
        <w:rPr>
          <w:b/>
          <w:sz w:val="24"/>
        </w:rPr>
        <w:t>Câu 35: Choose the word OPPOSITE in meaning to the underlined word: 30 minutes is enough time to use social media because the screens of electronic devices give off blue lights.</w:t>
      </w:r>
    </w:p>
    <w:p>
      <w:pPr>
        <w:pStyle w:val="ListParagraph"/>
      </w:pPr>
      <w:r>
        <w:rPr>
          <w:sz w:val="22"/>
        </w:rPr>
        <w:t>A. release</w:t>
      </w:r>
    </w:p>
    <w:p>
      <w:pPr>
        <w:pStyle w:val="ListParagraph"/>
      </w:pPr>
      <w:r>
        <w:rPr>
          <w:sz w:val="22"/>
        </w:rPr>
        <w:t>B. absorb</w:t>
      </w:r>
    </w:p>
    <w:p>
      <w:pPr>
        <w:pStyle w:val="ListParagraph"/>
      </w:pPr>
      <w:r>
        <w:rPr>
          <w:sz w:val="22"/>
        </w:rPr>
        <w:t>C. emit</w:t>
      </w:r>
    </w:p>
    <w:p>
      <w:pPr>
        <w:pStyle w:val="ListParagraph"/>
      </w:pPr>
      <w:r>
        <w:rPr>
          <w:sz w:val="22"/>
        </w:rPr>
        <w:t>D. discharge</w:t>
      </w:r>
    </w:p>
    <w:p/>
    <w:p>
      <w:r>
        <w:rPr>
          <w:b/>
          <w:sz w:val="24"/>
        </w:rPr>
        <w:t>Câu 36: Choose the word OPPOSITE in meaning to the underlined word: After hundreds of rejections by the employers, I decided that I need to do something about my obesity.</w:t>
      </w:r>
    </w:p>
    <w:p>
      <w:pPr>
        <w:pStyle w:val="ListParagraph"/>
      </w:pPr>
      <w:r>
        <w:rPr>
          <w:sz w:val="22"/>
        </w:rPr>
        <w:t>A. denial</w:t>
      </w:r>
    </w:p>
    <w:p>
      <w:pPr>
        <w:pStyle w:val="ListParagraph"/>
      </w:pPr>
      <w:r>
        <w:rPr>
          <w:sz w:val="22"/>
        </w:rPr>
        <w:t>B. approval</w:t>
      </w:r>
    </w:p>
    <w:p>
      <w:pPr>
        <w:pStyle w:val="ListParagraph"/>
      </w:pPr>
      <w:r>
        <w:rPr>
          <w:sz w:val="22"/>
        </w:rPr>
        <w:t>C. refusal</w:t>
      </w:r>
    </w:p>
    <w:p>
      <w:pPr>
        <w:pStyle w:val="ListParagraph"/>
      </w:pPr>
      <w:r>
        <w:rPr>
          <w:sz w:val="22"/>
        </w:rPr>
        <w:t>D. rebuttal</w:t>
      </w:r>
    </w:p>
    <w:p/>
    <w:p>
      <w:r>
        <w:rPr>
          <w:b/>
          <w:sz w:val="24"/>
        </w:rPr>
        <w:t>Câu 37: Choose the word OPPOSITE in meaning to the underlined word: I found a website advertising an effective way to lose weight in one month.</w:t>
      </w:r>
    </w:p>
    <w:p>
      <w:pPr>
        <w:pStyle w:val="ListParagraph"/>
      </w:pPr>
      <w:r>
        <w:rPr>
          <w:sz w:val="22"/>
        </w:rPr>
        <w:t>A. drop</w:t>
      </w:r>
    </w:p>
    <w:p>
      <w:pPr>
        <w:pStyle w:val="ListParagraph"/>
      </w:pPr>
      <w:r>
        <w:rPr>
          <w:sz w:val="22"/>
        </w:rPr>
        <w:t>B. waste</w:t>
      </w:r>
    </w:p>
    <w:p>
      <w:pPr>
        <w:pStyle w:val="ListParagraph"/>
      </w:pPr>
      <w:r>
        <w:rPr>
          <w:sz w:val="22"/>
        </w:rPr>
        <w:t>C. maintain</w:t>
      </w:r>
    </w:p>
    <w:p>
      <w:pPr>
        <w:pStyle w:val="ListParagraph"/>
      </w:pPr>
      <w:r>
        <w:rPr>
          <w:sz w:val="22"/>
        </w:rPr>
        <w:t>D. gain</w:t>
      </w:r>
    </w:p>
    <w:p/>
    <w:p>
      <w:r>
        <w:rPr>
          <w:b/>
          <w:sz w:val="24"/>
        </w:rPr>
        <w:t>Câu 38: Choose the word OPPOSITE in meaning to the underlined word: You need to do some warm-up exercise such as stretching before you start your yoga practice.</w:t>
      </w:r>
    </w:p>
    <w:p>
      <w:pPr>
        <w:pStyle w:val="ListParagraph"/>
      </w:pPr>
      <w:r>
        <w:rPr>
          <w:sz w:val="22"/>
        </w:rPr>
        <w:t>A. remaining</w:t>
      </w:r>
    </w:p>
    <w:p>
      <w:pPr>
        <w:pStyle w:val="ListParagraph"/>
      </w:pPr>
      <w:r>
        <w:rPr>
          <w:sz w:val="22"/>
        </w:rPr>
        <w:t>B. declining</w:t>
      </w:r>
    </w:p>
    <w:p>
      <w:pPr>
        <w:pStyle w:val="ListParagraph"/>
      </w:pPr>
      <w:r>
        <w:rPr>
          <w:sz w:val="22"/>
        </w:rPr>
        <w:t>C. developing</w:t>
      </w:r>
    </w:p>
    <w:p>
      <w:pPr>
        <w:pStyle w:val="ListParagraph"/>
      </w:pPr>
      <w:r>
        <w:rPr>
          <w:sz w:val="22"/>
        </w:rPr>
        <w:t>D. shrinking</w:t>
      </w:r>
    </w:p>
    <w:p/>
    <w:p>
      <w:r>
        <w:rPr>
          <w:b/>
          <w:sz w:val="24"/>
        </w:rPr>
        <w:t>Câu 39: Choose the word OPPOSITE in meaning to the underlined word: He thinks he’s special with his expensive suits and fancy shoes.</w:t>
      </w:r>
    </w:p>
    <w:p>
      <w:pPr>
        <w:pStyle w:val="ListParagraph"/>
      </w:pPr>
      <w:r>
        <w:rPr>
          <w:sz w:val="22"/>
        </w:rPr>
        <w:t>A. costly</w:t>
      </w:r>
    </w:p>
    <w:p>
      <w:pPr>
        <w:pStyle w:val="ListParagraph"/>
      </w:pPr>
      <w:r>
        <w:rPr>
          <w:sz w:val="22"/>
        </w:rPr>
        <w:t>B. reasonable</w:t>
      </w:r>
    </w:p>
    <w:p>
      <w:pPr>
        <w:pStyle w:val="ListParagraph"/>
      </w:pPr>
      <w:r>
        <w:rPr>
          <w:sz w:val="22"/>
        </w:rPr>
        <w:t>C. prohibitive</w:t>
      </w:r>
    </w:p>
    <w:p>
      <w:pPr>
        <w:pStyle w:val="ListParagraph"/>
      </w:pPr>
      <w:r>
        <w:rPr>
          <w:sz w:val="22"/>
        </w:rPr>
        <w:t>D. upmarket</w:t>
      </w:r>
    </w:p>
    <w:p/>
    <w:p>
      <w:r>
        <w:rPr>
          <w:b/>
          <w:sz w:val="24"/>
        </w:rPr>
        <w:t>Câu 40: Choose the word OPPOSITE in meaning to the underlined word: The company claims it is not responsible for the pollution in the river.</w:t>
      </w:r>
    </w:p>
    <w:p>
      <w:pPr>
        <w:pStyle w:val="ListParagraph"/>
      </w:pPr>
      <w:r>
        <w:rPr>
          <w:sz w:val="22"/>
        </w:rPr>
        <w:t>A. contaminant</w:t>
      </w:r>
    </w:p>
    <w:p>
      <w:pPr>
        <w:pStyle w:val="ListParagraph"/>
      </w:pPr>
      <w:r>
        <w:rPr>
          <w:sz w:val="22"/>
        </w:rPr>
        <w:t>B. contamination</w:t>
      </w:r>
    </w:p>
    <w:p>
      <w:pPr>
        <w:pStyle w:val="ListParagraph"/>
      </w:pPr>
      <w:r>
        <w:rPr>
          <w:sz w:val="22"/>
        </w:rPr>
        <w:t>C. purity</w:t>
      </w:r>
    </w:p>
    <w:p>
      <w:pPr>
        <w:pStyle w:val="ListParagraph"/>
      </w:pPr>
      <w:r>
        <w:rPr>
          <w:sz w:val="22"/>
        </w:rPr>
        <w:t>D. hygiene</w:t>
      </w:r>
    </w:p>
    <w:p/>
    <w:p>
      <w:r>
        <w:rPr>
          <w:b/>
          <w:sz w:val="24"/>
        </w:rPr>
        <w:t>Câu 41: Arrange the sentences to make a meaningful paragraph: a. As you jump, open your legs wider than your shoulders and move your arms out, creating a star shape while in the air. b. To begin with, stand with your arms down at your sides and your feet slightly apart. c. Finally, jump back to your starting position and repeat. d. Then jump with your feet apart and your arms spread out.</w:t>
      </w:r>
    </w:p>
    <w:p>
      <w:pPr>
        <w:pStyle w:val="ListParagraph"/>
      </w:pPr>
      <w:r>
        <w:rPr>
          <w:sz w:val="22"/>
        </w:rPr>
        <w:t>A. a-b-d-c</w:t>
      </w:r>
    </w:p>
    <w:p>
      <w:pPr>
        <w:pStyle w:val="ListParagraph"/>
      </w:pPr>
      <w:r>
        <w:rPr>
          <w:sz w:val="22"/>
        </w:rPr>
        <w:t>B. b-d-a-c</w:t>
      </w:r>
    </w:p>
    <w:p>
      <w:pPr>
        <w:pStyle w:val="ListParagraph"/>
      </w:pPr>
      <w:r>
        <w:rPr>
          <w:sz w:val="22"/>
        </w:rPr>
        <w:t>C. b-d-c-a</w:t>
      </w:r>
    </w:p>
    <w:p>
      <w:pPr>
        <w:pStyle w:val="ListParagraph"/>
      </w:pPr>
      <w:r>
        <w:rPr>
          <w:sz w:val="22"/>
        </w:rPr>
        <w:t>D. a-c-b-d</w:t>
      </w:r>
    </w:p>
    <w:p/>
    <w:p>
      <w:r>
        <w:rPr>
          <w:b/>
          <w:sz w:val="24"/>
        </w:rPr>
        <w:t>Câu 42: Arrange the sentences to make a meaningful paragraph: a. Firstly, smart technologies make people’s lives easier by reducing household chores. b. There are some good things of living in a smart city. c. Besides, smart technologies help the city operate more efficiently. d. Finally, the negative impact on the environment is less. e. Secondly, the city infrastructure that includes sensors and cameras collects information about people and their activities, and uses it to provide faster, cheaper, and better services.</w:t>
      </w:r>
    </w:p>
    <w:p>
      <w:pPr>
        <w:pStyle w:val="ListParagraph"/>
      </w:pPr>
      <w:r>
        <w:rPr>
          <w:sz w:val="22"/>
        </w:rPr>
        <w:t>A. b-a-e-c-d</w:t>
      </w:r>
    </w:p>
    <w:p>
      <w:pPr>
        <w:pStyle w:val="ListParagraph"/>
      </w:pPr>
      <w:r>
        <w:rPr>
          <w:sz w:val="22"/>
        </w:rPr>
        <w:t>B. a-b-e-c-d</w:t>
      </w:r>
    </w:p>
    <w:p>
      <w:pPr>
        <w:pStyle w:val="ListParagraph"/>
      </w:pPr>
      <w:r>
        <w:rPr>
          <w:sz w:val="22"/>
        </w:rPr>
        <w:t>C. b-c-a-e-d</w:t>
      </w:r>
    </w:p>
    <w:p>
      <w:pPr>
        <w:pStyle w:val="ListParagraph"/>
      </w:pPr>
      <w:r>
        <w:rPr>
          <w:sz w:val="22"/>
        </w:rPr>
        <w:t>D. a-c-b-e-d</w:t>
      </w:r>
    </w:p>
    <w:p/>
    <w:p>
      <w:r>
        <w:rPr>
          <w:b/>
          <w:sz w:val="24"/>
        </w:rPr>
        <w:t>Câu 43: Arrange the sentences to make a meaningful conversation: a. Alex: A garden? What do you do there? b. Alex: Hi! Do you like my new phone? It can show pictures in the air! c. Jordan: Wow! That’s cool. I like simple things. I go to a garden every day.</w:t>
      </w:r>
    </w:p>
    <w:p>
      <w:pPr>
        <w:pStyle w:val="ListParagraph"/>
      </w:pPr>
      <w:r>
        <w:rPr>
          <w:sz w:val="22"/>
        </w:rPr>
        <w:t>A. c-b-a</w:t>
      </w:r>
    </w:p>
    <w:p>
      <w:pPr>
        <w:pStyle w:val="ListParagraph"/>
      </w:pPr>
      <w:r>
        <w:rPr>
          <w:sz w:val="22"/>
        </w:rPr>
        <w:t>B. c-a-b</w:t>
      </w:r>
    </w:p>
    <w:p>
      <w:pPr>
        <w:pStyle w:val="ListParagraph"/>
      </w:pPr>
      <w:r>
        <w:rPr>
          <w:sz w:val="22"/>
        </w:rPr>
        <w:t>C. a-b-c</w:t>
      </w:r>
    </w:p>
    <w:p>
      <w:pPr>
        <w:pStyle w:val="ListParagraph"/>
      </w:pPr>
      <w:r>
        <w:rPr>
          <w:sz w:val="22"/>
        </w:rPr>
        <w:t>D. b-c-a</w:t>
      </w:r>
    </w:p>
    <w:p/>
    <w:p>
      <w:r>
        <w:rPr>
          <w:b/>
          <w:sz w:val="24"/>
        </w:rPr>
        <w:t>Câu 44: Arrange the sentences to make a meaningful conversation: a. Maya: A plant that sends messages? What does it say? b. Liam: That’s nice. I have a smart plant at home. It sends messages to my phone. c. Maya: I want to see it! Can I visit your home? d. Maya: Look at my smart watch! It tells me when I need to drink water. e. Liam: It says “I need water” or “Too much sun!” It’s like a pet.</w:t>
      </w:r>
    </w:p>
    <w:p>
      <w:pPr>
        <w:pStyle w:val="ListParagraph"/>
      </w:pPr>
      <w:r>
        <w:rPr>
          <w:sz w:val="22"/>
        </w:rPr>
        <w:t>A. b-e-c-d-a</w:t>
      </w:r>
    </w:p>
    <w:p>
      <w:pPr>
        <w:pStyle w:val="ListParagraph"/>
      </w:pPr>
      <w:r>
        <w:rPr>
          <w:sz w:val="22"/>
        </w:rPr>
        <w:t>B. d-b-a-e-c</w:t>
      </w:r>
    </w:p>
    <w:p>
      <w:pPr>
        <w:pStyle w:val="ListParagraph"/>
      </w:pPr>
      <w:r>
        <w:rPr>
          <w:sz w:val="22"/>
        </w:rPr>
        <w:t>C. d-b-c-a-e</w:t>
      </w:r>
    </w:p>
    <w:p>
      <w:pPr>
        <w:pStyle w:val="ListParagraph"/>
      </w:pPr>
      <w:r>
        <w:rPr>
          <w:sz w:val="22"/>
        </w:rPr>
        <w:t>D. e-b-a-c-d</w:t>
      </w:r>
    </w:p>
    <w:p/>
    <w:p>
      <w:r>
        <w:rPr>
          <w:b/>
          <w:sz w:val="24"/>
        </w:rPr>
        <w:t>Câu 45: To keep your skin healthy, do not go out in the sun without protection. It is also highly (1) _____ to stay out of the sun during the hottest hours of the day.</w:t>
      </w:r>
    </w:p>
    <w:p>
      <w:pPr>
        <w:pStyle w:val="ListParagraph"/>
      </w:pPr>
      <w:r>
        <w:rPr>
          <w:sz w:val="22"/>
        </w:rPr>
        <w:t>A. showed</w:t>
      </w:r>
    </w:p>
    <w:p>
      <w:pPr>
        <w:pStyle w:val="ListParagraph"/>
      </w:pPr>
      <w:r>
        <w:rPr>
          <w:sz w:val="22"/>
        </w:rPr>
        <w:t>B. expressed</w:t>
      </w:r>
    </w:p>
    <w:p>
      <w:pPr>
        <w:pStyle w:val="ListParagraph"/>
      </w:pPr>
      <w:r>
        <w:rPr>
          <w:sz w:val="22"/>
        </w:rPr>
        <w:t>C. recommended</w:t>
      </w:r>
    </w:p>
    <w:p>
      <w:pPr>
        <w:pStyle w:val="ListParagraph"/>
      </w:pPr>
      <w:r>
        <w:rPr>
          <w:sz w:val="22"/>
        </w:rPr>
        <w:t>D. stated</w:t>
      </w:r>
    </w:p>
    <w:p/>
    <w:p>
      <w:r>
        <w:rPr>
          <w:b/>
          <w:sz w:val="24"/>
        </w:rPr>
        <w:t>Câu 46: It is important to use gentle, soap-free skincare products for your cleansing (2) _____.</w:t>
      </w:r>
    </w:p>
    <w:p>
      <w:pPr>
        <w:pStyle w:val="ListParagraph"/>
      </w:pPr>
      <w:r>
        <w:rPr>
          <w:sz w:val="22"/>
        </w:rPr>
        <w:t>A. set</w:t>
      </w:r>
    </w:p>
    <w:p>
      <w:pPr>
        <w:pStyle w:val="ListParagraph"/>
      </w:pPr>
      <w:r>
        <w:rPr>
          <w:sz w:val="22"/>
        </w:rPr>
        <w:t>B. routine</w:t>
      </w:r>
    </w:p>
    <w:p>
      <w:pPr>
        <w:pStyle w:val="ListParagraph"/>
      </w:pPr>
      <w:r>
        <w:rPr>
          <w:sz w:val="22"/>
        </w:rPr>
        <w:t>C. order</w:t>
      </w:r>
    </w:p>
    <w:p>
      <w:pPr>
        <w:pStyle w:val="ListParagraph"/>
      </w:pPr>
      <w:r>
        <w:rPr>
          <w:sz w:val="22"/>
        </w:rPr>
        <w:t>D. task</w:t>
      </w:r>
    </w:p>
    <w:p/>
    <w:p>
      <w:r>
        <w:rPr>
          <w:b/>
          <w:sz w:val="24"/>
        </w:rPr>
        <w:t>Câu 47: If you use products that are too harsh, your skin can become extremely dry and feel very (3) _____.</w:t>
      </w:r>
    </w:p>
    <w:p>
      <w:pPr>
        <w:pStyle w:val="ListParagraph"/>
      </w:pPr>
      <w:r>
        <w:rPr>
          <w:sz w:val="22"/>
        </w:rPr>
        <w:t>A. comfortable</w:t>
      </w:r>
    </w:p>
    <w:p>
      <w:pPr>
        <w:pStyle w:val="ListParagraph"/>
      </w:pPr>
      <w:r>
        <w:rPr>
          <w:sz w:val="22"/>
        </w:rPr>
        <w:t>B. uncomfortable</w:t>
      </w:r>
    </w:p>
    <w:p>
      <w:pPr>
        <w:pStyle w:val="ListParagraph"/>
      </w:pPr>
      <w:r>
        <w:rPr>
          <w:sz w:val="22"/>
        </w:rPr>
        <w:t>C. comfortably</w:t>
      </w:r>
    </w:p>
    <w:p>
      <w:pPr>
        <w:pStyle w:val="ListParagraph"/>
      </w:pPr>
      <w:r>
        <w:rPr>
          <w:sz w:val="22"/>
        </w:rPr>
        <w:t>D. uncomfortably</w:t>
      </w:r>
    </w:p>
    <w:p/>
    <w:p>
      <w:r>
        <w:rPr>
          <w:b/>
          <w:sz w:val="24"/>
        </w:rPr>
        <w:t>Câu 48: Make sure that the water is lukewarm, (4) _____ hot.</w:t>
      </w:r>
    </w:p>
    <w:p>
      <w:pPr>
        <w:pStyle w:val="ListParagraph"/>
      </w:pPr>
      <w:r>
        <w:rPr>
          <w:sz w:val="22"/>
        </w:rPr>
        <w:t>A. rather than</w:t>
      </w:r>
    </w:p>
    <w:p>
      <w:pPr>
        <w:pStyle w:val="ListParagraph"/>
      </w:pPr>
      <w:r>
        <w:rPr>
          <w:sz w:val="22"/>
        </w:rPr>
        <w:t>B. in spite of</w:t>
      </w:r>
    </w:p>
    <w:p>
      <w:pPr>
        <w:pStyle w:val="ListParagraph"/>
      </w:pPr>
      <w:r>
        <w:rPr>
          <w:sz w:val="22"/>
        </w:rPr>
        <w:t>C. more than</w:t>
      </w:r>
    </w:p>
    <w:p>
      <w:pPr>
        <w:pStyle w:val="ListParagraph"/>
      </w:pPr>
      <w:r>
        <w:rPr>
          <w:sz w:val="22"/>
        </w:rPr>
        <w:t>D. instead</w:t>
      </w:r>
    </w:p>
    <w:p/>
    <w:p>
      <w:r>
        <w:rPr>
          <w:b/>
          <w:sz w:val="24"/>
        </w:rPr>
        <w:t>Câu 49: Before you get out of the shower, rinse your entire body off really well to (5) _____ all traces of your cleansing product.</w:t>
      </w:r>
    </w:p>
    <w:p>
      <w:pPr>
        <w:pStyle w:val="ListParagraph"/>
      </w:pPr>
      <w:r>
        <w:rPr>
          <w:sz w:val="22"/>
        </w:rPr>
        <w:t>A. take away</w:t>
      </w:r>
    </w:p>
    <w:p>
      <w:pPr>
        <w:pStyle w:val="ListParagraph"/>
      </w:pPr>
      <w:r>
        <w:rPr>
          <w:sz w:val="22"/>
        </w:rPr>
        <w:t>B. reject</w:t>
      </w:r>
    </w:p>
    <w:p>
      <w:pPr>
        <w:pStyle w:val="ListParagraph"/>
      </w:pPr>
      <w:r>
        <w:rPr>
          <w:sz w:val="22"/>
        </w:rPr>
        <w:t>C. kill</w:t>
      </w:r>
    </w:p>
    <w:p>
      <w:pPr>
        <w:pStyle w:val="ListParagraph"/>
      </w:pPr>
      <w:r>
        <w:rPr>
          <w:sz w:val="22"/>
        </w:rPr>
        <w:t>D. eliminate</w:t>
      </w:r>
    </w:p>
    <w:p/>
    <w:p>
      <w:r>
        <w:rPr>
          <w:b/>
          <w:sz w:val="24"/>
        </w:rPr>
        <w:t>Câu 50: By 2050 the world’s population is expected to reach 10 billion, and nearly 70 per cent of these people will live in cities. The cities of the future will be “smarter” and more sustainable to cope (1) _____ a growing population and improve people’s lives.</w:t>
      </w:r>
    </w:p>
    <w:p>
      <w:pPr>
        <w:pStyle w:val="ListParagraph"/>
      </w:pPr>
      <w:r>
        <w:rPr>
          <w:sz w:val="22"/>
        </w:rPr>
        <w:t>A. on</w:t>
      </w:r>
    </w:p>
    <w:p>
      <w:pPr>
        <w:pStyle w:val="ListParagraph"/>
      </w:pPr>
      <w:r>
        <w:rPr>
          <w:sz w:val="22"/>
        </w:rPr>
        <w:t>B. with</w:t>
      </w:r>
    </w:p>
    <w:p>
      <w:pPr>
        <w:pStyle w:val="ListParagraph"/>
      </w:pPr>
      <w:r>
        <w:rPr>
          <w:sz w:val="22"/>
        </w:rPr>
        <w:t>C. about</w:t>
      </w:r>
    </w:p>
    <w:p>
      <w:pPr>
        <w:pStyle w:val="ListParagraph"/>
      </w:pPr>
      <w:r>
        <w:rPr>
          <w:sz w:val="22"/>
        </w:rPr>
        <w:t>D. from</w:t>
      </w:r>
    </w:p>
    <w:p/>
    <w:p>
      <w:r>
        <w:rPr>
          <w:b/>
          <w:sz w:val="24"/>
        </w:rPr>
        <w:t>Câu 51: A smart city is a modern (2) _____ area that uses a range of technologies to provide services, solve problems, and support people better.</w:t>
      </w:r>
    </w:p>
    <w:p>
      <w:pPr>
        <w:pStyle w:val="ListParagraph"/>
      </w:pPr>
      <w:r>
        <w:rPr>
          <w:sz w:val="22"/>
        </w:rPr>
        <w:t>A. urban</w:t>
      </w:r>
    </w:p>
    <w:p>
      <w:pPr>
        <w:pStyle w:val="ListParagraph"/>
      </w:pPr>
      <w:r>
        <w:rPr>
          <w:sz w:val="22"/>
        </w:rPr>
        <w:t>B. rural</w:t>
      </w:r>
    </w:p>
    <w:p>
      <w:pPr>
        <w:pStyle w:val="ListParagraph"/>
      </w:pPr>
      <w:r>
        <w:rPr>
          <w:sz w:val="22"/>
        </w:rPr>
        <w:t>C. city</w:t>
      </w:r>
    </w:p>
    <w:p>
      <w:pPr>
        <w:pStyle w:val="ListParagraph"/>
      </w:pPr>
      <w:r>
        <w:rPr>
          <w:sz w:val="22"/>
        </w:rPr>
        <w:t>D. country</w:t>
      </w:r>
    </w:p>
    <w:p/>
    <w:p>
      <w:r>
        <w:rPr>
          <w:b/>
          <w:sz w:val="24"/>
        </w:rPr>
        <w:t>Câu 52: The new technologies can help save time by predicting changes in the traffic and (3) _____ people of possible traffic jams.</w:t>
      </w:r>
    </w:p>
    <w:p>
      <w:pPr>
        <w:pStyle w:val="ListParagraph"/>
      </w:pPr>
      <w:r>
        <w:rPr>
          <w:sz w:val="22"/>
        </w:rPr>
        <w:t>A. warned</w:t>
      </w:r>
    </w:p>
    <w:p>
      <w:pPr>
        <w:pStyle w:val="ListParagraph"/>
      </w:pPr>
      <w:r>
        <w:rPr>
          <w:sz w:val="22"/>
        </w:rPr>
        <w:t>B. warns</w:t>
      </w:r>
    </w:p>
    <w:p>
      <w:pPr>
        <w:pStyle w:val="ListParagraph"/>
      </w:pPr>
      <w:r>
        <w:rPr>
          <w:sz w:val="22"/>
        </w:rPr>
        <w:t>C. warning</w:t>
      </w:r>
    </w:p>
    <w:p>
      <w:pPr>
        <w:pStyle w:val="ListParagraph"/>
      </w:pPr>
      <w:r>
        <w:rPr>
          <w:sz w:val="22"/>
        </w:rPr>
        <w:t>D. to warn</w:t>
      </w:r>
    </w:p>
    <w:p/>
    <w:p>
      <w:r>
        <w:rPr>
          <w:b/>
          <w:sz w:val="24"/>
        </w:rPr>
        <w:t>Câu 53: They will also help cities operate more (4) _____.</w:t>
      </w:r>
    </w:p>
    <w:p>
      <w:pPr>
        <w:pStyle w:val="ListParagraph"/>
      </w:pPr>
      <w:r>
        <w:rPr>
          <w:sz w:val="22"/>
        </w:rPr>
        <w:t>A. efficiently</w:t>
      </w:r>
    </w:p>
    <w:p>
      <w:pPr>
        <w:pStyle w:val="ListParagraph"/>
      </w:pPr>
      <w:r>
        <w:rPr>
          <w:sz w:val="22"/>
        </w:rPr>
        <w:t>B. efficient</w:t>
      </w:r>
    </w:p>
    <w:p>
      <w:pPr>
        <w:pStyle w:val="ListParagraph"/>
      </w:pPr>
      <w:r>
        <w:rPr>
          <w:sz w:val="22"/>
        </w:rPr>
        <w:t>C. efficiency</w:t>
      </w:r>
    </w:p>
    <w:p>
      <w:pPr>
        <w:pStyle w:val="ListParagraph"/>
      </w:pPr>
      <w:r>
        <w:rPr>
          <w:sz w:val="22"/>
        </w:rPr>
        <w:t>D. effect</w:t>
      </w:r>
    </w:p>
    <w:p/>
    <w:p>
      <w:r>
        <w:rPr>
          <w:b/>
          <w:sz w:val="24"/>
        </w:rPr>
        <w:t>Câu 54: For example, street lights can turn off (5) _____ the streets are empty, and sensors can inform waste collection teams when the bins are full.</w:t>
      </w:r>
    </w:p>
    <w:p>
      <w:pPr>
        <w:pStyle w:val="ListParagraph"/>
      </w:pPr>
      <w:r>
        <w:rPr>
          <w:sz w:val="22"/>
        </w:rPr>
        <w:t>A. what</w:t>
      </w:r>
    </w:p>
    <w:p>
      <w:pPr>
        <w:pStyle w:val="ListParagraph"/>
      </w:pPr>
      <w:r>
        <w:rPr>
          <w:sz w:val="22"/>
        </w:rPr>
        <w:t>B. which</w:t>
      </w:r>
    </w:p>
    <w:p>
      <w:pPr>
        <w:pStyle w:val="ListParagraph"/>
      </w:pPr>
      <w:r>
        <w:rPr>
          <w:sz w:val="22"/>
        </w:rPr>
        <w:t>C. when</w:t>
      </w:r>
    </w:p>
    <w:p>
      <w:pPr>
        <w:pStyle w:val="ListParagraph"/>
      </w:pPr>
      <w:r>
        <w:rPr>
          <w:sz w:val="22"/>
        </w:rPr>
        <w:t>D. where</w:t>
      </w:r>
    </w:p>
    <w:p/>
    <w:p>
      <w:r>
        <w:rPr>
          <w:b/>
          <w:sz w:val="24"/>
        </w:rPr>
        <w:t>Câu 55: Yoga is a very convenient type of exercise because _____.</w:t>
      </w:r>
    </w:p>
    <w:p>
      <w:pPr>
        <w:pStyle w:val="ListParagraph"/>
      </w:pPr>
      <w:r>
        <w:rPr>
          <w:sz w:val="22"/>
        </w:rPr>
        <w:t>A. we can watch a DVD at a studio or gym and follow it</w:t>
      </w:r>
    </w:p>
    <w:p>
      <w:pPr>
        <w:pStyle w:val="ListParagraph"/>
      </w:pPr>
      <w:r>
        <w:rPr>
          <w:sz w:val="22"/>
        </w:rPr>
        <w:t>B. we can choose a yoga style that is suitable for our lifestyle</w:t>
      </w:r>
    </w:p>
    <w:p>
      <w:pPr>
        <w:pStyle w:val="ListParagraph"/>
      </w:pPr>
      <w:r>
        <w:rPr>
          <w:sz w:val="22"/>
        </w:rPr>
        <w:t>C. we can choose Hatha Yoga to focus on basic postures or to increase strength</w:t>
      </w:r>
    </w:p>
    <w:p>
      <w:pPr>
        <w:pStyle w:val="ListParagraph"/>
      </w:pPr>
      <w:r>
        <w:rPr>
          <w:sz w:val="22"/>
        </w:rPr>
        <w:t>D. there are a huge variety of options available for our private session</w:t>
      </w:r>
    </w:p>
    <w:p/>
    <w:p>
      <w:r>
        <w:rPr>
          <w:b/>
          <w:sz w:val="24"/>
        </w:rPr>
        <w:t>Câu 56: According to yoga’s principles, the spine is of great importance because _____.</w:t>
      </w:r>
    </w:p>
    <w:p>
      <w:pPr>
        <w:pStyle w:val="ListParagraph"/>
      </w:pPr>
      <w:r>
        <w:rPr>
          <w:sz w:val="22"/>
        </w:rPr>
        <w:t>A. when the spine is working properly, postures will become possible</w:t>
      </w:r>
    </w:p>
    <w:p>
      <w:pPr>
        <w:pStyle w:val="ListParagraph"/>
      </w:pPr>
      <w:r>
        <w:rPr>
          <w:sz w:val="22"/>
        </w:rPr>
        <w:t>B. seemingly impossible poses will become possible</w:t>
      </w:r>
    </w:p>
    <w:p>
      <w:pPr>
        <w:pStyle w:val="ListParagraph"/>
      </w:pPr>
      <w:r>
        <w:rPr>
          <w:sz w:val="22"/>
        </w:rPr>
        <w:t>C. it is the center of your body, from which other muscles operate</w:t>
      </w:r>
    </w:p>
    <w:p>
      <w:pPr>
        <w:pStyle w:val="ListParagraph"/>
      </w:pPr>
      <w:r>
        <w:rPr>
          <w:sz w:val="22"/>
        </w:rPr>
        <w:t>D. we can avoid back, shoulder, and neck pain</w:t>
      </w:r>
    </w:p>
    <w:p/>
    <w:p>
      <w:r>
        <w:rPr>
          <w:b/>
          <w:sz w:val="24"/>
        </w:rPr>
        <w:t>Câu 57: In order to build strong muscles, _____.</w:t>
      </w:r>
    </w:p>
    <w:p>
      <w:pPr>
        <w:pStyle w:val="ListParagraph"/>
      </w:pPr>
      <w:r>
        <w:rPr>
          <w:sz w:val="22"/>
        </w:rPr>
        <w:t>A. we build strength with high expenses at the gym</w:t>
      </w:r>
    </w:p>
    <w:p>
      <w:pPr>
        <w:pStyle w:val="ListParagraph"/>
      </w:pPr>
      <w:r>
        <w:rPr>
          <w:sz w:val="22"/>
        </w:rPr>
        <w:t>B. we don’t pay any attention to our appearance</w:t>
      </w:r>
    </w:p>
    <w:p>
      <w:pPr>
        <w:pStyle w:val="ListParagraph"/>
      </w:pPr>
      <w:r>
        <w:rPr>
          <w:sz w:val="22"/>
        </w:rPr>
        <w:t>C. we should reinforce the muscles around the spine</w:t>
      </w:r>
    </w:p>
    <w:p>
      <w:pPr>
        <w:pStyle w:val="ListParagraph"/>
      </w:pPr>
      <w:r>
        <w:rPr>
          <w:sz w:val="22"/>
        </w:rPr>
        <w:t>D. we can have strength with flexibility through yoga</w:t>
      </w:r>
    </w:p>
    <w:p/>
    <w:p>
      <w:r>
        <w:rPr>
          <w:b/>
          <w:sz w:val="24"/>
        </w:rPr>
        <w:t>Câu 58: Yoga can improve our circulation because _____.</w:t>
      </w:r>
    </w:p>
    <w:p>
      <w:pPr>
        <w:pStyle w:val="ListParagraph"/>
      </w:pPr>
      <w:r>
        <w:rPr>
          <w:sz w:val="22"/>
        </w:rPr>
        <w:t>A. it helps to provide more oxygen to cells or internal organs</w:t>
      </w:r>
    </w:p>
    <w:p>
      <w:pPr>
        <w:pStyle w:val="ListParagraph"/>
      </w:pPr>
      <w:r>
        <w:rPr>
          <w:sz w:val="22"/>
        </w:rPr>
        <w:t>B. it helps us to perform twisting poses more easily</w:t>
      </w:r>
    </w:p>
    <w:p>
      <w:pPr>
        <w:pStyle w:val="ListParagraph"/>
      </w:pPr>
      <w:r>
        <w:rPr>
          <w:sz w:val="22"/>
        </w:rPr>
        <w:t>C. we can have more relaxation exercises</w:t>
      </w:r>
    </w:p>
    <w:p>
      <w:pPr>
        <w:pStyle w:val="ListParagraph"/>
      </w:pPr>
      <w:r>
        <w:rPr>
          <w:sz w:val="22"/>
        </w:rPr>
        <w:t>D. it helps to provide more blood to internal organs than others</w:t>
      </w:r>
    </w:p>
    <w:p/>
    <w:p>
      <w:r>
        <w:rPr>
          <w:b/>
          <w:sz w:val="24"/>
        </w:rPr>
        <w:t>Câu 59: The word “alleviating” in paragraph 2 is closest in meaning to _____.</w:t>
      </w:r>
    </w:p>
    <w:p>
      <w:pPr>
        <w:pStyle w:val="ListParagraph"/>
      </w:pPr>
      <w:r>
        <w:rPr>
          <w:sz w:val="22"/>
        </w:rPr>
        <w:t>A. keeping</w:t>
      </w:r>
    </w:p>
    <w:p>
      <w:pPr>
        <w:pStyle w:val="ListParagraph"/>
      </w:pPr>
      <w:r>
        <w:rPr>
          <w:sz w:val="22"/>
        </w:rPr>
        <w:t>B. relieving</w:t>
      </w:r>
    </w:p>
    <w:p>
      <w:pPr>
        <w:pStyle w:val="ListParagraph"/>
      </w:pPr>
      <w:r>
        <w:rPr>
          <w:sz w:val="22"/>
        </w:rPr>
        <w:t>C. worsening</w:t>
      </w:r>
    </w:p>
    <w:p>
      <w:pPr>
        <w:pStyle w:val="ListParagraph"/>
      </w:pPr>
      <w:r>
        <w:rPr>
          <w:sz w:val="22"/>
        </w:rPr>
        <w:t>D. boosting</w:t>
      </w:r>
    </w:p>
    <w:p/>
    <w:p>
      <w:r>
        <w:rPr>
          <w:b/>
          <w:sz w:val="24"/>
        </w:rPr>
        <w:t>Câu 60: According to the writer’s view, living in an extended family can offer many _____.</w:t>
      </w:r>
    </w:p>
    <w:p>
      <w:pPr>
        <w:pStyle w:val="ListParagraph"/>
      </w:pPr>
      <w:r>
        <w:rPr>
          <w:sz w:val="22"/>
        </w:rPr>
        <w:t>A. attention</w:t>
      </w:r>
    </w:p>
    <w:p>
      <w:pPr>
        <w:pStyle w:val="ListParagraph"/>
      </w:pPr>
      <w:r>
        <w:rPr>
          <w:sz w:val="22"/>
        </w:rPr>
        <w:t>B. expenses</w:t>
      </w:r>
    </w:p>
    <w:p>
      <w:pPr>
        <w:pStyle w:val="ListParagraph"/>
      </w:pPr>
      <w:r>
        <w:rPr>
          <w:sz w:val="22"/>
        </w:rPr>
        <w:t>C. advantages</w:t>
      </w:r>
    </w:p>
    <w:p>
      <w:pPr>
        <w:pStyle w:val="ListParagraph"/>
      </w:pPr>
      <w:r>
        <w:rPr>
          <w:sz w:val="22"/>
        </w:rPr>
        <w:t>D. disadvantages</w:t>
      </w:r>
    </w:p>
    <w:p/>
    <w:p>
      <w:r>
        <w:rPr>
          <w:b/>
          <w:sz w:val="24"/>
        </w:rPr>
        <w:t>Câu 61: In nuclear families, parents may have more financial resources to _____.</w:t>
      </w:r>
    </w:p>
    <w:p>
      <w:pPr>
        <w:pStyle w:val="ListParagraph"/>
      </w:pPr>
      <w:r>
        <w:rPr>
          <w:sz w:val="22"/>
        </w:rPr>
        <w:t>A. to invest in education</w:t>
      </w:r>
    </w:p>
    <w:p>
      <w:pPr>
        <w:pStyle w:val="ListParagraph"/>
      </w:pPr>
      <w:r>
        <w:rPr>
          <w:sz w:val="22"/>
        </w:rPr>
        <w:t>B. to invest in healthcare</w:t>
      </w:r>
    </w:p>
    <w:p>
      <w:pPr>
        <w:pStyle w:val="ListParagraph"/>
      </w:pPr>
      <w:r>
        <w:rPr>
          <w:sz w:val="22"/>
        </w:rPr>
        <w:t>C. to reduce household expenses</w:t>
      </w:r>
    </w:p>
    <w:p>
      <w:pPr>
        <w:pStyle w:val="ListParagraph"/>
      </w:pPr>
      <w:r>
        <w:rPr>
          <w:sz w:val="22"/>
        </w:rPr>
        <w:t>D. A &amp; B</w:t>
      </w:r>
    </w:p>
    <w:p/>
    <w:p>
      <w:r>
        <w:rPr>
          <w:b/>
          <w:sz w:val="24"/>
        </w:rPr>
        <w:t>Câu 62: Which of the following statement is NOT true about paragraph 3?</w:t>
      </w:r>
    </w:p>
    <w:p>
      <w:pPr>
        <w:pStyle w:val="ListParagraph"/>
      </w:pPr>
      <w:r>
        <w:rPr>
          <w:sz w:val="22"/>
        </w:rPr>
        <w:t>A. There won’t always be someone available to help you.</w:t>
      </w:r>
    </w:p>
    <w:p>
      <w:pPr>
        <w:pStyle w:val="ListParagraph"/>
      </w:pPr>
      <w:r>
        <w:rPr>
          <w:sz w:val="22"/>
        </w:rPr>
        <w:t>B. Family members can provide support and assistance when someone needs.</w:t>
      </w:r>
    </w:p>
    <w:p>
      <w:pPr>
        <w:pStyle w:val="ListParagraph"/>
      </w:pPr>
      <w:r>
        <w:rPr>
          <w:sz w:val="22"/>
        </w:rPr>
        <w:t>C. Family members have the opportunity to build stronger relationships.</w:t>
      </w:r>
    </w:p>
    <w:p>
      <w:pPr>
        <w:pStyle w:val="ListParagraph"/>
      </w:pPr>
      <w:r>
        <w:rPr>
          <w:sz w:val="22"/>
        </w:rPr>
        <w:t>D. Extended families may also pool their resources to help each other financially.</w:t>
      </w:r>
    </w:p>
    <w:p/>
    <w:p>
      <w:r>
        <w:rPr>
          <w:b/>
          <w:sz w:val="24"/>
        </w:rPr>
        <w:t>Câu 63: The word “option” in paragraph 4 is closest in meaning to _____.</w:t>
      </w:r>
    </w:p>
    <w:p>
      <w:pPr>
        <w:pStyle w:val="ListParagraph"/>
      </w:pPr>
      <w:r>
        <w:rPr>
          <w:sz w:val="22"/>
        </w:rPr>
        <w:t>A. choice</w:t>
      </w:r>
    </w:p>
    <w:p>
      <w:pPr>
        <w:pStyle w:val="ListParagraph"/>
      </w:pPr>
      <w:r>
        <w:rPr>
          <w:sz w:val="22"/>
        </w:rPr>
        <w:t>B. support</w:t>
      </w:r>
    </w:p>
    <w:p>
      <w:pPr>
        <w:pStyle w:val="ListParagraph"/>
      </w:pPr>
      <w:r>
        <w:rPr>
          <w:sz w:val="22"/>
        </w:rPr>
        <w:t>C. benefit</w:t>
      </w:r>
    </w:p>
    <w:p>
      <w:pPr>
        <w:pStyle w:val="ListParagraph"/>
      </w:pPr>
      <w:r>
        <w:rPr>
          <w:sz w:val="22"/>
        </w:rPr>
        <w:t>D. burden</w:t>
      </w:r>
    </w:p>
    <w:p/>
    <w:p>
      <w:r>
        <w:rPr>
          <w:b/>
          <w:sz w:val="24"/>
        </w:rPr>
        <w:t>Câu 64: What is the passage mainly about?</w:t>
      </w:r>
    </w:p>
    <w:p>
      <w:pPr>
        <w:pStyle w:val="ListParagraph"/>
      </w:pPr>
      <w:r>
        <w:rPr>
          <w:sz w:val="22"/>
        </w:rPr>
        <w:t>A. Advantages of living in a nuclear family</w:t>
      </w:r>
    </w:p>
    <w:p>
      <w:pPr>
        <w:pStyle w:val="ListParagraph"/>
      </w:pPr>
      <w:r>
        <w:rPr>
          <w:sz w:val="22"/>
        </w:rPr>
        <w:t>B. Advantages of living in an extended family</w:t>
      </w:r>
    </w:p>
    <w:p>
      <w:pPr>
        <w:pStyle w:val="ListParagraph"/>
      </w:pPr>
      <w:r>
        <w:rPr>
          <w:sz w:val="22"/>
        </w:rPr>
        <w:t>C. Parents’ financial support in nuclear families</w:t>
      </w:r>
    </w:p>
    <w:p>
      <w:pPr>
        <w:pStyle w:val="ListParagraph"/>
      </w:pPr>
      <w:r>
        <w:rPr>
          <w:sz w:val="22"/>
        </w:rPr>
        <w:t>D. Relationships in nuclear and extended families</w:t>
      </w:r>
    </w:p>
    <w:p/>
    <w:p>
      <w:r>
        <w:rPr>
          <w:b/>
          <w:sz w:val="24"/>
        </w:rPr>
        <w:t>Câu 65: Taking regular exercise and eating a ______ (BALANCE) diet are the key to a long and healthy life.</w:t>
      </w:r>
    </w:p>
    <w:p/>
    <w:p>
      <w:r>
        <w:rPr>
          <w:b/>
          <w:sz w:val="24"/>
        </w:rPr>
        <w:t>Câu 66: The doctor ______ (EXAMINATION) her carefully, but could not find anything wrong.</w:t>
      </w:r>
    </w:p>
    <w:p/>
    <w:p>
      <w:r>
        <w:rPr>
          <w:b/>
          <w:sz w:val="24"/>
        </w:rPr>
        <w:t>Câu 67: She suffered from a serious headache, but after ______ (TREAT), she felt better.</w:t>
      </w:r>
    </w:p>
    <w:p/>
    <w:p>
      <w:r>
        <w:rPr>
          <w:b/>
          <w:sz w:val="24"/>
        </w:rPr>
        <w:t>Câu 68: One possible ______ (EXPLAIN) for higher life expectancy is owing to having healthy lifestyle habits.</w:t>
      </w:r>
    </w:p>
    <w:p/>
    <w:p>
      <w:r>
        <w:rPr>
          <w:b/>
          <w:sz w:val="24"/>
        </w:rPr>
        <w:t>Câu 69: Generation gap is the ______ (DIFFER) in beliefs and behaviors between young and old people.</w:t>
      </w:r>
    </w:p>
    <w:p/>
    <w:p>
      <w:r>
        <w:rPr>
          <w:b/>
          <w:sz w:val="24"/>
        </w:rPr>
        <w:t>Câu 70: Though people in a family understand each other well, daily ______ (ARGUE) are unavoidable.</w:t>
      </w:r>
    </w:p>
    <w:p/>
    <w:p>
      <w:r>
        <w:rPr>
          <w:b/>
          <w:sz w:val="24"/>
        </w:rPr>
        <w:t>Câu 71: When we live with our extended family, we have to deal with ______ (GENERATION) conflicts.</w:t>
      </w:r>
    </w:p>
    <w:p/>
    <w:p>
      <w:r>
        <w:rPr>
          <w:b/>
          <w:sz w:val="24"/>
        </w:rPr>
        <w:t>Câu 72: There will be an ______ (EXHIBIT) of future cities at the city center stadium.</w:t>
      </w:r>
    </w:p>
    <w:p/>
    <w:p>
      <w:r>
        <w:rPr>
          <w:b/>
          <w:sz w:val="24"/>
        </w:rPr>
        <w:t>Câu 73: The skyscraper attracts people’s attention because of its unusual ______ (ARCHITECT).</w:t>
      </w:r>
    </w:p>
    <w:p/>
    <w:p>
      <w:r>
        <w:rPr>
          <w:b/>
          <w:sz w:val="24"/>
        </w:rPr>
        <w:t>Câu 74: AI technologies, such as cameras and smart sensors, will be installed to help the city operate more ______ (EFFICIENCY).</w:t>
      </w:r>
    </w:p>
    <w:p/>
    <w:p>
      <w:r>
        <w:t>──────────────────────────────────────────────────</w:t>
      </w:r>
    </w:p>
    <w:p>
      <w:r>
        <w:rPr>
          <w:b/>
        </w:rPr>
        <w:t>BẢNG ĐÁP ÁN &amp; LỜI GIẢI CHI TIẾT</w:t>
      </w:r>
    </w:p>
    <w:p>
      <w:r>
        <w:rPr>
          <w:b/>
        </w:rPr>
        <w:t>Câu 1: Đáp án đúng: C</w:t>
      </w:r>
    </w:p>
    <w:p>
      <w:r>
        <w:rPr>
          <w:b/>
        </w:rPr>
        <w:t>Câu 2: Đáp án đúng: D</w:t>
      </w:r>
    </w:p>
    <w:p>
      <w:r>
        <w:rPr>
          <w:b/>
        </w:rPr>
        <w:t>Câu 3: Đáp án đúng: B</w:t>
      </w:r>
    </w:p>
    <w:p>
      <w:r>
        <w:rPr>
          <w:b/>
        </w:rPr>
        <w:t>Câu 4: Đáp án đúng: A</w:t>
      </w:r>
    </w:p>
    <w:p>
      <w:r>
        <w:rPr>
          <w:b/>
        </w:rPr>
        <w:t>Câu 5: Đáp án đúng: A</w:t>
      </w:r>
    </w:p>
    <w:p>
      <w:r>
        <w:rPr>
          <w:b/>
        </w:rPr>
        <w:t>Câu 6: Đáp án đúng: A</w:t>
      </w:r>
    </w:p>
    <w:p>
      <w:r>
        <w:rPr>
          <w:b/>
        </w:rPr>
        <w:t>Câu 7: Đáp án đúng: D</w:t>
      </w:r>
    </w:p>
    <w:p>
      <w:r>
        <w:rPr>
          <w:b/>
        </w:rPr>
        <w:t>Câu 8: Đáp án đúng: A</w:t>
      </w:r>
    </w:p>
    <w:p>
      <w:r>
        <w:rPr>
          <w:b/>
        </w:rPr>
        <w:t>Câu 9: Đáp án đúng: C</w:t>
      </w:r>
    </w:p>
    <w:p>
      <w:r>
        <w:rPr>
          <w:b/>
        </w:rPr>
        <w:t>Câu 10: Đáp án đúng: C</w:t>
      </w:r>
    </w:p>
    <w:p>
      <w:r>
        <w:rPr>
          <w:b/>
        </w:rPr>
        <w:t>Câu 11: Đáp án đúng: A</w:t>
      </w:r>
    </w:p>
    <w:p>
      <w:r>
        <w:rPr>
          <w:b/>
        </w:rPr>
        <w:t>Câu 12: Đáp án đúng: B</w:t>
      </w:r>
    </w:p>
    <w:p>
      <w:r>
        <w:rPr>
          <w:b/>
        </w:rPr>
        <w:t>Câu 13: Đáp án đúng: B</w:t>
      </w:r>
    </w:p>
    <w:p>
      <w:r>
        <w:rPr>
          <w:b/>
        </w:rPr>
        <w:t>Câu 14: Đáp án đúng: A</w:t>
      </w:r>
    </w:p>
    <w:p>
      <w:r>
        <w:rPr>
          <w:b/>
        </w:rPr>
        <w:t>Câu 15: Đáp án đúng: D</w:t>
      </w:r>
    </w:p>
    <w:p>
      <w:r>
        <w:rPr>
          <w:b/>
        </w:rPr>
        <w:t>Câu 16: Đáp án đúng: B</w:t>
      </w:r>
    </w:p>
    <w:p>
      <w:r>
        <w:rPr>
          <w:b/>
        </w:rPr>
        <w:t>Câu 17: Đáp án đúng: B</w:t>
      </w:r>
    </w:p>
    <w:p>
      <w:r>
        <w:rPr>
          <w:b/>
        </w:rPr>
        <w:t>Câu 18: Đáp án đúng: B</w:t>
      </w:r>
    </w:p>
    <w:p>
      <w:r>
        <w:rPr>
          <w:b/>
        </w:rPr>
        <w:t>Câu 19: Đáp án đúng: A</w:t>
      </w:r>
    </w:p>
    <w:p>
      <w:r>
        <w:rPr>
          <w:b/>
        </w:rPr>
        <w:t>Câu 20: Đáp án đúng: C</w:t>
      </w:r>
    </w:p>
    <w:p>
      <w:r>
        <w:rPr>
          <w:b/>
        </w:rPr>
        <w:t>Câu 21: Đáp án đúng: D</w:t>
      </w:r>
    </w:p>
    <w:p>
      <w:r>
        <w:rPr>
          <w:b/>
        </w:rPr>
        <w:t>Câu 22: Đáp án đúng: C</w:t>
      </w:r>
    </w:p>
    <w:p>
      <w:r>
        <w:rPr>
          <w:b/>
        </w:rPr>
        <w:t>Câu 23: Đáp án đúng: D</w:t>
      </w:r>
    </w:p>
    <w:p>
      <w:r>
        <w:rPr>
          <w:b/>
        </w:rPr>
        <w:t>Câu 24: Đáp án đúng: A</w:t>
      </w:r>
    </w:p>
    <w:p>
      <w:r>
        <w:rPr>
          <w:b/>
        </w:rPr>
        <w:t>Câu 25: Đáp án đúng: C</w:t>
      </w:r>
    </w:p>
    <w:p>
      <w:r>
        <w:rPr>
          <w:b/>
        </w:rPr>
        <w:t>Câu 26: Đáp án đúng: B</w:t>
      </w:r>
    </w:p>
    <w:p>
      <w:r>
        <w:rPr>
          <w:b/>
        </w:rPr>
        <w:t>Câu 27: Đáp án đúng: B</w:t>
      </w:r>
    </w:p>
    <w:p>
      <w:r>
        <w:rPr>
          <w:b/>
        </w:rPr>
        <w:t>Câu 28: Đáp án đúng: C</w:t>
      </w:r>
    </w:p>
    <w:p>
      <w:r>
        <w:rPr>
          <w:b/>
        </w:rPr>
        <w:t>Câu 29: Đáp án đúng: D</w:t>
      </w:r>
    </w:p>
    <w:p>
      <w:r>
        <w:rPr>
          <w:b/>
        </w:rPr>
        <w:t>Câu 30: Đáp án đúng: C</w:t>
      </w:r>
    </w:p>
    <w:p>
      <w:r>
        <w:rPr>
          <w:b/>
        </w:rPr>
        <w:t>Câu 31: Đáp án đúng: B</w:t>
      </w:r>
    </w:p>
    <w:p>
      <w:r>
        <w:rPr>
          <w:b/>
        </w:rPr>
        <w:t>Câu 32: Đáp án đúng: A</w:t>
      </w:r>
    </w:p>
    <w:p>
      <w:r>
        <w:rPr>
          <w:b/>
        </w:rPr>
        <w:t>Câu 33: Đáp án đúng: C</w:t>
      </w:r>
    </w:p>
    <w:p>
      <w:r>
        <w:rPr>
          <w:b/>
        </w:rPr>
        <w:t>Câu 34: Đáp án đúng: D</w:t>
      </w:r>
    </w:p>
    <w:p>
      <w:r>
        <w:rPr>
          <w:b/>
        </w:rPr>
        <w:t>Câu 35: Đáp án đúng: B</w:t>
      </w:r>
    </w:p>
    <w:p>
      <w:r>
        <w:rPr>
          <w:b/>
        </w:rPr>
        <w:t>Câu 36: Đáp án đúng: B</w:t>
      </w:r>
    </w:p>
    <w:p>
      <w:r>
        <w:rPr>
          <w:b/>
        </w:rPr>
        <w:t>Câu 37: Đáp án đúng: D</w:t>
      </w:r>
    </w:p>
    <w:p>
      <w:r>
        <w:rPr>
          <w:b/>
        </w:rPr>
        <w:t>Câu 38: Đáp án đúng: D</w:t>
      </w:r>
    </w:p>
    <w:p>
      <w:r>
        <w:rPr>
          <w:b/>
        </w:rPr>
        <w:t>Câu 39: Đáp án đúng: B</w:t>
      </w:r>
    </w:p>
    <w:p>
      <w:r>
        <w:rPr>
          <w:b/>
        </w:rPr>
        <w:t>Câu 40: Đáp án đúng: C</w:t>
      </w:r>
    </w:p>
    <w:p>
      <w:r>
        <w:rPr>
          <w:b/>
        </w:rPr>
        <w:t>Câu 41: Đáp án đúng: B</w:t>
      </w:r>
    </w:p>
    <w:p>
      <w:r>
        <w:rPr>
          <w:b/>
        </w:rPr>
        <w:t>Câu 42: Đáp án đúng: A</w:t>
      </w:r>
    </w:p>
    <w:p>
      <w:r>
        <w:rPr>
          <w:b/>
        </w:rPr>
        <w:t>Câu 43: Đáp án đúng: D</w:t>
      </w:r>
    </w:p>
    <w:p>
      <w:r>
        <w:rPr>
          <w:b/>
        </w:rPr>
        <w:t>Câu 44: Đáp án đúng: B</w:t>
      </w:r>
    </w:p>
    <w:p>
      <w:r>
        <w:rPr>
          <w:b/>
        </w:rPr>
        <w:t>Câu 45: Đáp án đúng: C</w:t>
      </w:r>
    </w:p>
    <w:p>
      <w:r>
        <w:rPr>
          <w:b/>
        </w:rPr>
        <w:t>Câu 46: Đáp án đúng: B</w:t>
      </w:r>
    </w:p>
    <w:p>
      <w:r>
        <w:rPr>
          <w:b/>
        </w:rPr>
        <w:t>Câu 47: Đáp án đúng: B</w:t>
      </w:r>
    </w:p>
    <w:p>
      <w:r>
        <w:rPr>
          <w:b/>
        </w:rPr>
        <w:t>Câu 48: Đáp án đúng: A</w:t>
      </w:r>
    </w:p>
    <w:p>
      <w:r>
        <w:rPr>
          <w:b/>
        </w:rPr>
        <w:t>Câu 49: Đáp án đúng: D</w:t>
      </w:r>
    </w:p>
    <w:p>
      <w:r>
        <w:rPr>
          <w:b/>
        </w:rPr>
        <w:t>Câu 50: Đáp án đúng: B</w:t>
      </w:r>
    </w:p>
    <w:p>
      <w:r>
        <w:rPr>
          <w:b/>
        </w:rPr>
        <w:t>Câu 51: Đáp án đúng: A</w:t>
      </w:r>
    </w:p>
    <w:p>
      <w:r>
        <w:rPr>
          <w:b/>
        </w:rPr>
        <w:t>Câu 52: Đáp án đúng: C</w:t>
      </w:r>
    </w:p>
    <w:p>
      <w:r>
        <w:rPr>
          <w:b/>
        </w:rPr>
        <w:t>Câu 53: Đáp án đúng: A</w:t>
      </w:r>
    </w:p>
    <w:p>
      <w:r>
        <w:rPr>
          <w:b/>
        </w:rPr>
        <w:t>Câu 54: Đáp án đúng: C</w:t>
      </w:r>
    </w:p>
    <w:p>
      <w:r>
        <w:rPr>
          <w:b/>
        </w:rPr>
        <w:t>Câu 55: Đáp án đúng: B</w:t>
      </w:r>
    </w:p>
    <w:p>
      <w:r>
        <w:rPr>
          <w:b/>
        </w:rPr>
        <w:t>Câu 56: Đáp án đúng: C</w:t>
      </w:r>
    </w:p>
    <w:p>
      <w:r>
        <w:rPr>
          <w:b/>
        </w:rPr>
        <w:t>Câu 57: Đáp án đúng: D</w:t>
      </w:r>
    </w:p>
    <w:p>
      <w:r>
        <w:rPr>
          <w:b/>
        </w:rPr>
        <w:t>Câu 58: Đáp án đúng: A</w:t>
      </w:r>
    </w:p>
    <w:p>
      <w:r>
        <w:rPr>
          <w:b/>
        </w:rPr>
        <w:t>Câu 59: Đáp án đúng: B</w:t>
      </w:r>
    </w:p>
    <w:p>
      <w:r>
        <w:rPr>
          <w:b/>
        </w:rPr>
        <w:t>Câu 60: Đáp án đúng: C</w:t>
      </w:r>
    </w:p>
    <w:p>
      <w:r>
        <w:rPr>
          <w:b/>
        </w:rPr>
        <w:t>Câu 61: Đáp án đúng: D</w:t>
      </w:r>
    </w:p>
    <w:p>
      <w:r>
        <w:rPr>
          <w:b/>
        </w:rPr>
        <w:t>Câu 62: Đáp án đúng: A</w:t>
      </w:r>
    </w:p>
    <w:p>
      <w:r>
        <w:rPr>
          <w:b/>
        </w:rPr>
        <w:t>Câu 63: Đáp án đúng: A</w:t>
      </w:r>
    </w:p>
    <w:p>
      <w:r>
        <w:rPr>
          <w:b/>
        </w:rPr>
        <w:t>Câu 64: Đáp án đúng: B</w:t>
      </w:r>
    </w:p>
    <w:p>
      <w:r>
        <w:rPr>
          <w:b/>
        </w:rPr>
        <w:t>Câu 65: Đáp án đúng: balanced</w:t>
      </w:r>
    </w:p>
    <w:p>
      <w:r>
        <w:rPr>
          <w:b/>
        </w:rPr>
        <w:t>Câu 66: Đáp án đúng: examined</w:t>
      </w:r>
    </w:p>
    <w:p>
      <w:r>
        <w:rPr>
          <w:b/>
        </w:rPr>
        <w:t>Câu 67: Đáp án đúng: treatment</w:t>
      </w:r>
    </w:p>
    <w:p>
      <w:r>
        <w:rPr>
          <w:b/>
        </w:rPr>
        <w:t>Câu 68: Đáp án đúng: explanation</w:t>
      </w:r>
    </w:p>
    <w:p>
      <w:r>
        <w:rPr>
          <w:b/>
        </w:rPr>
        <w:t>Câu 69: Đáp án đúng: difference</w:t>
      </w:r>
    </w:p>
    <w:p>
      <w:r>
        <w:rPr>
          <w:b/>
        </w:rPr>
        <w:t>Câu 70: Đáp án đúng: arguments</w:t>
      </w:r>
    </w:p>
    <w:p>
      <w:r>
        <w:rPr>
          <w:b/>
        </w:rPr>
        <w:t>Câu 71: Đáp án đúng: generational</w:t>
      </w:r>
    </w:p>
    <w:p>
      <w:r>
        <w:rPr>
          <w:b/>
        </w:rPr>
        <w:t>Câu 72: Đáp án đúng: exhibition</w:t>
      </w:r>
    </w:p>
    <w:p>
      <w:r>
        <w:rPr>
          <w:b/>
        </w:rPr>
        <w:t>Câu 73: Đáp án đúng: architecture</w:t>
      </w:r>
    </w:p>
    <w:p>
      <w:r>
        <w:rPr>
          <w:b/>
        </w:rPr>
        <w:t>Câu 74: Đáp án đúng: efficiently</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