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1 -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do you say when you meet someone in the morning?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night</w:t>
      </w:r>
    </w:p>
    <w:p>
      <w:pPr>
        <w:pStyle w:val="ListParagraph"/>
      </w:pPr>
      <w:r>
        <w:rPr>
          <w:sz w:val="22"/>
        </w:rPr>
        <w:t>C. Goodbye</w:t>
      </w:r>
    </w:p>
    <w:p>
      <w:pPr>
        <w:pStyle w:val="ListParagraph"/>
      </w:pPr>
      <w:r>
        <w:rPr>
          <w:sz w:val="22"/>
        </w:rPr>
        <w:t>D. Hello</w:t>
      </w:r>
    </w:p>
    <w:p/>
    <w:p>
      <w:r>
        <w:rPr>
          <w:b/>
          <w:sz w:val="24"/>
        </w:rPr>
        <w:t>Câu 2: How do you introduce yourself?</w:t>
      </w:r>
    </w:p>
    <w:p>
      <w:pPr>
        <w:pStyle w:val="ListParagraph"/>
      </w:pPr>
      <w:r>
        <w:rPr>
          <w:sz w:val="22"/>
        </w:rPr>
        <w:t>A. My name is Anna.</w:t>
      </w:r>
    </w:p>
    <w:p>
      <w:pPr>
        <w:pStyle w:val="ListParagraph"/>
      </w:pPr>
      <w:r>
        <w:rPr>
          <w:sz w:val="22"/>
        </w:rPr>
        <w:t>B. I am fine.</w:t>
      </w:r>
    </w:p>
    <w:p>
      <w:pPr>
        <w:pStyle w:val="ListParagraph"/>
      </w:pPr>
      <w:r>
        <w:rPr>
          <w:sz w:val="22"/>
        </w:rPr>
        <w:t>C. Thank you.</w:t>
      </w:r>
    </w:p>
    <w:p>
      <w:pPr>
        <w:pStyle w:val="ListParagraph"/>
      </w:pPr>
      <w:r>
        <w:rPr>
          <w:sz w:val="22"/>
        </w:rPr>
        <w:t>D. Goodbye.</w:t>
      </w:r>
    </w:p>
    <w:p/>
    <w:p>
      <w:r>
        <w:rPr>
          <w:b/>
          <w:sz w:val="24"/>
        </w:rPr>
        <w:t>Câu 3: What do you say when you meet someone in the afternoon?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4: How do you ask someone's name?</w:t>
      </w:r>
    </w:p>
    <w:p>
      <w:pPr>
        <w:pStyle w:val="ListParagraph"/>
      </w:pPr>
      <w:r>
        <w:rPr>
          <w:sz w:val="22"/>
        </w:rPr>
        <w:t>A. What is your name?</w:t>
      </w:r>
    </w:p>
    <w:p>
      <w:pPr>
        <w:pStyle w:val="ListParagraph"/>
      </w:pPr>
      <w:r>
        <w:rPr>
          <w:sz w:val="22"/>
        </w:rPr>
        <w:t>B. How are you?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rPr>
          <w:b/>
          <w:sz w:val="24"/>
        </w:rPr>
        <w:t>Câu 5: What do you say when you meet someone in the evening?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6: How do you respond to 'How are you?'</w:t>
      </w:r>
    </w:p>
    <w:p>
      <w:pPr>
        <w:pStyle w:val="ListParagraph"/>
      </w:pPr>
      <w:r>
        <w:rPr>
          <w:sz w:val="22"/>
        </w:rPr>
        <w:t>A. I am fine, thank you.</w:t>
      </w:r>
    </w:p>
    <w:p>
      <w:pPr>
        <w:pStyle w:val="ListParagraph"/>
      </w:pPr>
      <w:r>
        <w:rPr>
          <w:sz w:val="22"/>
        </w:rPr>
        <w:t>B. My name is Anna.</w:t>
      </w:r>
    </w:p>
    <w:p>
      <w:pPr>
        <w:pStyle w:val="ListParagraph"/>
      </w:pPr>
      <w:r>
        <w:rPr>
          <w:sz w:val="22"/>
        </w:rPr>
        <w:t>C. Goodbye.</w:t>
      </w:r>
    </w:p>
    <w:p>
      <w:pPr>
        <w:pStyle w:val="ListParagraph"/>
      </w:pPr>
      <w:r>
        <w:rPr>
          <w:sz w:val="22"/>
        </w:rPr>
        <w:t>D. Good morning.</w:t>
      </w:r>
    </w:p>
    <w:p/>
    <w:p>
      <w:r>
        <w:rPr>
          <w:b/>
          <w:sz w:val="24"/>
        </w:rPr>
        <w:t>Câu 7: What do you say when you leave?</w:t>
      </w:r>
    </w:p>
    <w:p>
      <w:pPr>
        <w:pStyle w:val="ListParagraph"/>
      </w:pPr>
      <w:r>
        <w:rPr>
          <w:sz w:val="22"/>
        </w:rPr>
        <w:t>A. Hello</w:t>
      </w:r>
    </w:p>
    <w:p>
      <w:pPr>
        <w:pStyle w:val="ListParagraph"/>
      </w:pPr>
      <w:r>
        <w:rPr>
          <w:sz w:val="22"/>
        </w:rPr>
        <w:t>B. Goodbye</w:t>
      </w:r>
    </w:p>
    <w:p>
      <w:pPr>
        <w:pStyle w:val="ListParagraph"/>
      </w:pPr>
      <w:r>
        <w:rPr>
          <w:sz w:val="22"/>
        </w:rPr>
        <w:t>C. Good morning</w:t>
      </w:r>
    </w:p>
    <w:p>
      <w:pPr>
        <w:pStyle w:val="ListParagraph"/>
      </w:pPr>
      <w:r>
        <w:rPr>
          <w:sz w:val="22"/>
        </w:rPr>
        <w:t>D. How are you?</w:t>
      </w:r>
    </w:p>
    <w:p/>
    <w:p>
      <w:r>
        <w:rPr>
          <w:b/>
          <w:sz w:val="24"/>
        </w:rPr>
        <w:t>Câu 8: What do you say when you go to bed?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9: How do you introduce your friend?</w:t>
      </w:r>
    </w:p>
    <w:p>
      <w:pPr>
        <w:pStyle w:val="ListParagraph"/>
      </w:pPr>
      <w:r>
        <w:rPr>
          <w:sz w:val="22"/>
        </w:rPr>
        <w:t>A. This is my friend, Tom.</w:t>
      </w:r>
    </w:p>
    <w:p>
      <w:pPr>
        <w:pStyle w:val="ListParagraph"/>
      </w:pPr>
      <w:r>
        <w:rPr>
          <w:sz w:val="22"/>
        </w:rPr>
        <w:t>B. I am Tom.</w:t>
      </w:r>
    </w:p>
    <w:p>
      <w:pPr>
        <w:pStyle w:val="ListParagraph"/>
      </w:pPr>
      <w:r>
        <w:rPr>
          <w:sz w:val="22"/>
        </w:rPr>
        <w:t>C. Hello, Tom.</w:t>
      </w:r>
    </w:p>
    <w:p>
      <w:pPr>
        <w:pStyle w:val="ListParagraph"/>
      </w:pPr>
      <w:r>
        <w:rPr>
          <w:sz w:val="22"/>
        </w:rPr>
        <w:t>D. Goodbye, Tom.</w:t>
      </w:r>
    </w:p>
    <w:p/>
    <w:p>
      <w:r>
        <w:rPr>
          <w:b/>
          <w:sz w:val="24"/>
        </w:rPr>
        <w:t>Câu 10: What do you say when you meet someone for the first time?</w:t>
      </w:r>
    </w:p>
    <w:p>
      <w:pPr>
        <w:pStyle w:val="ListParagraph"/>
      </w:pPr>
      <w:r>
        <w:rPr>
          <w:sz w:val="22"/>
        </w:rPr>
        <w:t>A. Nice to meet you.</w:t>
      </w:r>
    </w:p>
    <w:p>
      <w:pPr>
        <w:pStyle w:val="ListParagraph"/>
      </w:pPr>
      <w:r>
        <w:rPr>
          <w:sz w:val="22"/>
        </w:rPr>
        <w:t>B. Goodbye.</w:t>
      </w:r>
    </w:p>
    <w:p>
      <w:pPr>
        <w:pStyle w:val="ListParagraph"/>
      </w:pPr>
      <w:r>
        <w:rPr>
          <w:sz w:val="22"/>
        </w:rPr>
        <w:t>C. Good night.</w:t>
      </w:r>
    </w:p>
    <w:p>
      <w:pPr>
        <w:pStyle w:val="ListParagraph"/>
      </w:pPr>
      <w:r>
        <w:rPr>
          <w:sz w:val="22"/>
        </w:rPr>
        <w:t>D. How old are you?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