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tiếng anh gk - Bài trắc nghiệm Tiếng Anh - A. Multiple-choice section: (28 sentences – 7 poin</w:t>
      </w:r>
    </w:p>
    <w:p>
      <w:pPr>
        <w:jc w:val="center"/>
      </w:pPr>
      <w:r>
        <w:rPr>
          <w:sz w:val="22"/>
        </w:rPr>
        <w:t>Số câu: 31    Thời gian: _____ phút    Họ và tên: _________________________</w:t>
      </w:r>
    </w:p>
    <w:p/>
    <w:p>
      <w:r>
        <w:rPr>
          <w:b/>
          <w:sz w:val="24"/>
        </w:rPr>
        <w:t>Câu 1: Start by looking at food labels, paying attention to ingredients and ________ such as vitamins and minerals</w:t>
      </w:r>
    </w:p>
    <w:p>
      <w:pPr>
        <w:pStyle w:val="ListParagraph"/>
      </w:pPr>
      <w:r>
        <w:rPr>
          <w:sz w:val="22"/>
        </w:rPr>
        <w:t>A. NUTRIENTS</w:t>
      </w:r>
    </w:p>
    <w:p>
      <w:pPr>
        <w:pStyle w:val="ListParagraph"/>
      </w:pPr>
      <w:r>
        <w:rPr>
          <w:sz w:val="22"/>
        </w:rPr>
        <w:t>B. features</w:t>
      </w:r>
    </w:p>
    <w:p>
      <w:pPr>
        <w:pStyle w:val="ListParagraph"/>
      </w:pPr>
      <w:r>
        <w:rPr>
          <w:sz w:val="22"/>
        </w:rPr>
        <w:t>C. types</w:t>
      </w:r>
    </w:p>
    <w:p>
      <w:pPr>
        <w:pStyle w:val="ListParagraph"/>
      </w:pPr>
      <w:r>
        <w:rPr>
          <w:sz w:val="22"/>
        </w:rPr>
        <w:t>D. drinkables</w:t>
      </w:r>
    </w:p>
    <w:p/>
    <w:p>
      <w:r>
        <w:rPr>
          <w:b/>
          <w:sz w:val="24"/>
        </w:rPr>
        <w:t>Câu 2: The doctor will ________ the patient thoroughly to determine the cause of the symptoms.</w:t>
      </w:r>
    </w:p>
    <w:p>
      <w:pPr>
        <w:pStyle w:val="ListParagraph"/>
      </w:pPr>
      <w:r>
        <w:rPr>
          <w:sz w:val="22"/>
        </w:rPr>
        <w:t>A. spread</w:t>
      </w:r>
    </w:p>
    <w:p>
      <w:pPr>
        <w:pStyle w:val="ListParagraph"/>
      </w:pPr>
      <w:r>
        <w:rPr>
          <w:sz w:val="22"/>
        </w:rPr>
        <w:t>B. examine</w:t>
      </w:r>
    </w:p>
    <w:p>
      <w:pPr>
        <w:pStyle w:val="ListParagraph"/>
      </w:pPr>
      <w:r>
        <w:rPr>
          <w:sz w:val="22"/>
        </w:rPr>
        <w:t>C. suffer from</w:t>
      </w:r>
    </w:p>
    <w:p>
      <w:pPr>
        <w:pStyle w:val="ListParagraph"/>
      </w:pPr>
      <w:r>
        <w:rPr>
          <w:sz w:val="22"/>
        </w:rPr>
        <w:t>D. cure</w:t>
      </w:r>
    </w:p>
    <w:p/>
    <w:p>
      <w:r>
        <w:rPr>
          <w:b/>
          <w:sz w:val="24"/>
        </w:rPr>
        <w:t>Câu 3: If you are a part of a (n) __________, you may live with your grandparents, aunts and uncles.</w:t>
      </w:r>
    </w:p>
    <w:p>
      <w:pPr>
        <w:pStyle w:val="ListParagraph"/>
      </w:pPr>
      <w:r>
        <w:rPr>
          <w:sz w:val="22"/>
        </w:rPr>
        <w:t>A. generation gap</w:t>
      </w:r>
    </w:p>
    <w:p>
      <w:pPr>
        <w:pStyle w:val="ListParagraph"/>
      </w:pPr>
      <w:r>
        <w:rPr>
          <w:sz w:val="22"/>
        </w:rPr>
        <w:t>B. extended family</w:t>
      </w:r>
    </w:p>
    <w:p>
      <w:pPr>
        <w:pStyle w:val="ListParagraph"/>
      </w:pPr>
      <w:r>
        <w:rPr>
          <w:sz w:val="22"/>
        </w:rPr>
        <w:t>C. nuclear family</w:t>
      </w:r>
    </w:p>
    <w:p>
      <w:pPr>
        <w:pStyle w:val="ListParagraph"/>
      </w:pPr>
      <w:r>
        <w:rPr>
          <w:sz w:val="22"/>
        </w:rPr>
        <w:t>D. blended family</w:t>
      </w:r>
    </w:p>
    <w:p/>
    <w:p>
      <w:r>
        <w:rPr>
          <w:b/>
          <w:sz w:val="24"/>
        </w:rPr>
        <w:t>Câu 4: In order to ______ the gap between the old generation and the younger one, mutual understanding is the vital key.</w:t>
      </w:r>
    </w:p>
    <w:p>
      <w:pPr>
        <w:pStyle w:val="ListParagraph"/>
      </w:pPr>
      <w:r>
        <w:rPr>
          <w:sz w:val="22"/>
        </w:rPr>
        <w:t>A. bridge</w:t>
      </w:r>
    </w:p>
    <w:p>
      <w:pPr>
        <w:pStyle w:val="ListParagraph"/>
      </w:pPr>
      <w:r>
        <w:rPr>
          <w:sz w:val="22"/>
        </w:rPr>
        <w:t>B. widen</w:t>
      </w:r>
    </w:p>
    <w:p>
      <w:pPr>
        <w:pStyle w:val="ListParagraph"/>
      </w:pPr>
      <w:r>
        <w:rPr>
          <w:sz w:val="22"/>
        </w:rPr>
        <w:t>C. lessen</w:t>
      </w:r>
    </w:p>
    <w:p>
      <w:pPr>
        <w:pStyle w:val="ListParagraph"/>
      </w:pPr>
      <w:r>
        <w:rPr>
          <w:sz w:val="22"/>
        </w:rPr>
        <w:t>D. lower</w:t>
      </w:r>
    </w:p>
    <w:p/>
    <w:p>
      <w:r>
        <w:rPr>
          <w:b/>
          <w:sz w:val="24"/>
        </w:rPr>
        <w:t>Câu 5: He doesn’t want to follow in his father’s ___________ as a doctor.</w:t>
      </w:r>
    </w:p>
    <w:p>
      <w:pPr>
        <w:pStyle w:val="ListParagraph"/>
      </w:pPr>
      <w:r>
        <w:rPr>
          <w:sz w:val="22"/>
        </w:rPr>
        <w:t>A. attitude</w:t>
      </w:r>
    </w:p>
    <w:p>
      <w:pPr>
        <w:pStyle w:val="ListParagraph"/>
      </w:pPr>
      <w:r>
        <w:rPr>
          <w:sz w:val="22"/>
        </w:rPr>
        <w:t>B. privacy</w:t>
      </w:r>
    </w:p>
    <w:p>
      <w:pPr>
        <w:pStyle w:val="ListParagraph"/>
      </w:pPr>
      <w:r>
        <w:rPr>
          <w:sz w:val="22"/>
        </w:rPr>
        <w:t>C. tradition</w:t>
      </w:r>
    </w:p>
    <w:p>
      <w:pPr>
        <w:pStyle w:val="ListParagraph"/>
      </w:pPr>
      <w:r>
        <w:rPr>
          <w:sz w:val="22"/>
        </w:rPr>
        <w:t>D. footstep</w:t>
      </w:r>
    </w:p>
    <w:p/>
    <w:p>
      <w:r>
        <w:rPr>
          <w:b/>
          <w:sz w:val="24"/>
        </w:rPr>
        <w:t>Câu 6: After the physics lesson, the children know that water ______ at 100 degrees C.</w:t>
      </w:r>
    </w:p>
    <w:p>
      <w:pPr>
        <w:pStyle w:val="ListParagraph"/>
      </w:pPr>
      <w:r>
        <w:rPr>
          <w:sz w:val="22"/>
        </w:rPr>
        <w:t>A. will boil</w:t>
      </w:r>
    </w:p>
    <w:p>
      <w:pPr>
        <w:pStyle w:val="ListParagraph"/>
      </w:pPr>
      <w:r>
        <w:rPr>
          <w:sz w:val="22"/>
        </w:rPr>
        <w:t>B. is boiling</w:t>
      </w:r>
    </w:p>
    <w:p>
      <w:pPr>
        <w:pStyle w:val="ListParagraph"/>
      </w:pPr>
      <w:r>
        <w:rPr>
          <w:sz w:val="22"/>
        </w:rPr>
        <w:t>C. boils</w:t>
      </w:r>
    </w:p>
    <w:p>
      <w:pPr>
        <w:pStyle w:val="ListParagraph"/>
      </w:pPr>
      <w:r>
        <w:rPr>
          <w:sz w:val="22"/>
        </w:rPr>
        <w:t>D. boil</w:t>
      </w:r>
    </w:p>
    <w:p/>
    <w:p>
      <w:r>
        <w:rPr>
          <w:b/>
          <w:sz w:val="24"/>
        </w:rPr>
        <w:t>Câu 7: I ______ a bike to school every day but today I ______ to school by bus because of heavy rain.</w:t>
      </w:r>
    </w:p>
    <w:p>
      <w:pPr>
        <w:pStyle w:val="ListParagraph"/>
      </w:pPr>
      <w:r>
        <w:rPr>
          <w:sz w:val="22"/>
        </w:rPr>
        <w:t>A. cycled – went</w:t>
      </w:r>
    </w:p>
    <w:p>
      <w:pPr>
        <w:pStyle w:val="ListParagraph"/>
      </w:pPr>
      <w:r>
        <w:rPr>
          <w:sz w:val="22"/>
        </w:rPr>
        <w:t>B. cycle - am going</w:t>
      </w:r>
    </w:p>
    <w:p>
      <w:pPr>
        <w:pStyle w:val="ListParagraph"/>
      </w:pPr>
      <w:r>
        <w:rPr>
          <w:sz w:val="22"/>
        </w:rPr>
        <w:t>C. is cycling - am going</w:t>
      </w:r>
    </w:p>
    <w:p>
      <w:pPr>
        <w:pStyle w:val="ListParagraph"/>
      </w:pPr>
      <w:r>
        <w:rPr>
          <w:sz w:val="22"/>
        </w:rPr>
        <w:t>D. cycle - go</w:t>
      </w:r>
    </w:p>
    <w:p/>
    <w:p>
      <w:r>
        <w:rPr>
          <w:b/>
          <w:sz w:val="24"/>
        </w:rPr>
        <w:t>Câu 8: When Carol ______ last night, I ______ my favorite show on television.</w:t>
      </w:r>
    </w:p>
    <w:p>
      <w:pPr>
        <w:pStyle w:val="ListParagraph"/>
      </w:pPr>
      <w:r>
        <w:rPr>
          <w:sz w:val="22"/>
        </w:rPr>
        <w:t>A. called / was watching</w:t>
      </w:r>
    </w:p>
    <w:p>
      <w:pPr>
        <w:pStyle w:val="ListParagraph"/>
      </w:pPr>
      <w:r>
        <w:rPr>
          <w:sz w:val="22"/>
        </w:rPr>
        <w:t>B. had called / watched</w:t>
      </w:r>
    </w:p>
    <w:p>
      <w:pPr>
        <w:pStyle w:val="ListParagraph"/>
      </w:pPr>
      <w:r>
        <w:rPr>
          <w:sz w:val="22"/>
        </w:rPr>
        <w:t>C. called / have watched</w:t>
      </w:r>
    </w:p>
    <w:p>
      <w:pPr>
        <w:pStyle w:val="ListParagraph"/>
      </w:pPr>
      <w:r>
        <w:rPr>
          <w:sz w:val="22"/>
        </w:rPr>
        <w:t>D. was calling / watched</w:t>
      </w:r>
    </w:p>
    <w:p/>
    <w:p>
      <w:r>
        <w:rPr>
          <w:b/>
          <w:sz w:val="24"/>
        </w:rPr>
        <w:t>Câu 9: George ______ in the publishing business since he ______ college.</w:t>
      </w:r>
    </w:p>
    <w:p>
      <w:pPr>
        <w:pStyle w:val="ListParagraph"/>
      </w:pPr>
      <w:r>
        <w:rPr>
          <w:sz w:val="22"/>
        </w:rPr>
        <w:t>A. was – finished</w:t>
      </w:r>
    </w:p>
    <w:p>
      <w:pPr>
        <w:pStyle w:val="ListParagraph"/>
      </w:pPr>
      <w:r>
        <w:rPr>
          <w:sz w:val="22"/>
        </w:rPr>
        <w:t>B. has been – finished</w:t>
      </w:r>
    </w:p>
    <w:p>
      <w:pPr>
        <w:pStyle w:val="ListParagraph"/>
      </w:pPr>
      <w:r>
        <w:rPr>
          <w:sz w:val="22"/>
        </w:rPr>
        <w:t>C. was – has finished</w:t>
      </w:r>
    </w:p>
    <w:p>
      <w:pPr>
        <w:pStyle w:val="ListParagraph"/>
      </w:pPr>
      <w:r>
        <w:rPr>
          <w:sz w:val="22"/>
        </w:rPr>
        <w:t>D. has been – has finished</w:t>
      </w:r>
    </w:p>
    <w:p/>
    <w:p>
      <w:r>
        <w:rPr>
          <w:b/>
          <w:sz w:val="24"/>
        </w:rPr>
        <w:t>Câu 10: As soon as Martina saw the fire, she ______ the fire department.</w:t>
      </w:r>
    </w:p>
    <w:p>
      <w:pPr>
        <w:pStyle w:val="ListParagraph"/>
      </w:pPr>
      <w:r>
        <w:rPr>
          <w:sz w:val="22"/>
        </w:rPr>
        <w:t>A. was telephoning</w:t>
      </w:r>
    </w:p>
    <w:p>
      <w:pPr>
        <w:pStyle w:val="ListParagraph"/>
      </w:pPr>
      <w:r>
        <w:rPr>
          <w:sz w:val="22"/>
        </w:rPr>
        <w:t>B. has telephoned</w:t>
      </w:r>
    </w:p>
    <w:p>
      <w:pPr>
        <w:pStyle w:val="ListParagraph"/>
      </w:pPr>
      <w:r>
        <w:rPr>
          <w:sz w:val="22"/>
        </w:rPr>
        <w:t>C. had telephoned</w:t>
      </w:r>
    </w:p>
    <w:p>
      <w:pPr>
        <w:pStyle w:val="ListParagraph"/>
      </w:pPr>
      <w:r>
        <w:rPr>
          <w:sz w:val="22"/>
        </w:rPr>
        <w:t>D. telephoned</w:t>
      </w:r>
    </w:p>
    <w:p/>
    <w:p>
      <w:r>
        <w:rPr>
          <w:b/>
          <w:sz w:val="24"/>
        </w:rPr>
        <w:t>Câu 11: He ______ to Ho Chi Minh City last year and I ______ him since then.</w:t>
      </w:r>
    </w:p>
    <w:p>
      <w:pPr>
        <w:pStyle w:val="ListParagraph"/>
      </w:pPr>
      <w:r>
        <w:rPr>
          <w:sz w:val="22"/>
        </w:rPr>
        <w:t>A. moved – didn’t see</w:t>
      </w:r>
    </w:p>
    <w:p>
      <w:pPr>
        <w:pStyle w:val="ListParagraph"/>
      </w:pPr>
      <w:r>
        <w:rPr>
          <w:sz w:val="22"/>
        </w:rPr>
        <w:t>B. moved – haven’t seen</w:t>
      </w:r>
    </w:p>
    <w:p>
      <w:pPr>
        <w:pStyle w:val="ListParagraph"/>
      </w:pPr>
      <w:r>
        <w:rPr>
          <w:sz w:val="22"/>
        </w:rPr>
        <w:t>C. moves – haven’t seen</w:t>
      </w:r>
    </w:p>
    <w:p>
      <w:pPr>
        <w:pStyle w:val="ListParagraph"/>
      </w:pPr>
      <w:r>
        <w:rPr>
          <w:sz w:val="22"/>
        </w:rPr>
        <w:t>D. moved – hadn’t seen</w:t>
      </w:r>
    </w:p>
    <w:p/>
    <w:p>
      <w:r>
        <w:rPr>
          <w:b/>
          <w:sz w:val="24"/>
        </w:rPr>
        <w:t>Câu 12: After several hours of practice, the students ________ more confident about speaking English.</w:t>
      </w:r>
    </w:p>
    <w:p>
      <w:pPr>
        <w:pStyle w:val="ListParagraph"/>
      </w:pPr>
      <w:r>
        <w:rPr>
          <w:sz w:val="22"/>
        </w:rPr>
        <w:t>A. became</w:t>
      </w:r>
    </w:p>
    <w:p>
      <w:pPr>
        <w:pStyle w:val="ListParagraph"/>
      </w:pPr>
      <w:r>
        <w:rPr>
          <w:sz w:val="22"/>
        </w:rPr>
        <w:t>B. made</w:t>
      </w:r>
    </w:p>
    <w:p>
      <w:pPr>
        <w:pStyle w:val="ListParagraph"/>
      </w:pPr>
      <w:r>
        <w:rPr>
          <w:sz w:val="22"/>
        </w:rPr>
        <w:t>C. did</w:t>
      </w:r>
    </w:p>
    <w:p>
      <w:pPr>
        <w:pStyle w:val="ListParagraph"/>
      </w:pPr>
      <w:r>
        <w:rPr>
          <w:sz w:val="22"/>
        </w:rPr>
        <w:t>D. took</w:t>
      </w:r>
    </w:p>
    <w:p/>
    <w:p>
      <w:r>
        <w:rPr>
          <w:b/>
          <w:sz w:val="24"/>
        </w:rPr>
        <w:t>Câu 13: After hearing the good news, Mary ________ very happy.</w:t>
      </w:r>
    </w:p>
    <w:p>
      <w:pPr>
        <w:pStyle w:val="ListParagraph"/>
      </w:pPr>
      <w:r>
        <w:rPr>
          <w:sz w:val="22"/>
        </w:rPr>
        <w:t>A. looked</w:t>
      </w:r>
    </w:p>
    <w:p>
      <w:pPr>
        <w:pStyle w:val="ListParagraph"/>
      </w:pPr>
      <w:r>
        <w:rPr>
          <w:sz w:val="22"/>
        </w:rPr>
        <w:t>B. looked at</w:t>
      </w:r>
    </w:p>
    <w:p>
      <w:pPr>
        <w:pStyle w:val="ListParagraph"/>
      </w:pPr>
      <w:r>
        <w:rPr>
          <w:sz w:val="22"/>
        </w:rPr>
        <w:t>C. looked for</w:t>
      </w:r>
    </w:p>
    <w:p>
      <w:pPr>
        <w:pStyle w:val="ListParagraph"/>
      </w:pPr>
      <w:r>
        <w:rPr>
          <w:sz w:val="22"/>
        </w:rPr>
        <w:t>D. looked after</w:t>
      </w:r>
    </w:p>
    <w:p/>
    <w:p>
      <w:r>
        <w:rPr>
          <w:b/>
          <w:sz w:val="24"/>
        </w:rPr>
        <w:t>Câu 14: Teenagers can disagree __________ adults respectfully while still showing care for family relationships.</w:t>
      </w:r>
    </w:p>
    <w:p>
      <w:pPr>
        <w:pStyle w:val="ListParagraph"/>
      </w:pPr>
      <w:r>
        <w:rPr>
          <w:sz w:val="22"/>
        </w:rPr>
        <w:t>A. for</w:t>
      </w:r>
    </w:p>
    <w:p>
      <w:pPr>
        <w:pStyle w:val="ListParagraph"/>
      </w:pPr>
      <w:r>
        <w:rPr>
          <w:sz w:val="22"/>
        </w:rPr>
        <w:t>B. about</w:t>
      </w:r>
    </w:p>
    <w:p>
      <w:pPr>
        <w:pStyle w:val="ListParagraph"/>
      </w:pPr>
      <w:r>
        <w:rPr>
          <w:sz w:val="22"/>
        </w:rPr>
        <w:t>C. by</w:t>
      </w:r>
    </w:p>
    <w:p>
      <w:pPr>
        <w:pStyle w:val="ListParagraph"/>
      </w:pPr>
      <w:r>
        <w:rPr>
          <w:sz w:val="22"/>
        </w:rPr>
        <w:t>D. with</w:t>
      </w:r>
    </w:p>
    <w:p/>
    <w:p>
      <w:r>
        <w:rPr>
          <w:b/>
          <w:sz w:val="24"/>
        </w:rPr>
        <w:t>Câu 15: This specific type of intensive cardio training is not suitable __________ people with a weak heart.</w:t>
      </w:r>
    </w:p>
    <w:p>
      <w:pPr>
        <w:pStyle w:val="ListParagraph"/>
      </w:pPr>
      <w:r>
        <w:rPr>
          <w:sz w:val="22"/>
        </w:rPr>
        <w:t>A. to</w:t>
      </w:r>
    </w:p>
    <w:p>
      <w:pPr>
        <w:pStyle w:val="ListParagraph"/>
      </w:pPr>
      <w:r>
        <w:rPr>
          <w:sz w:val="22"/>
        </w:rPr>
        <w:t>B. for</w:t>
      </w:r>
    </w:p>
    <w:p>
      <w:pPr>
        <w:pStyle w:val="ListParagraph"/>
      </w:pPr>
      <w:r>
        <w:rPr>
          <w:sz w:val="22"/>
        </w:rPr>
        <w:t>C. with</w:t>
      </w:r>
    </w:p>
    <w:p>
      <w:pPr>
        <w:pStyle w:val="ListParagraph"/>
      </w:pPr>
      <w:r>
        <w:rPr>
          <w:sz w:val="22"/>
        </w:rPr>
        <w:t>D. about</w:t>
      </w:r>
    </w:p>
    <w:p/>
    <w:p>
      <w:r>
        <w:rPr>
          <w:b/>
          <w:sz w:val="24"/>
        </w:rPr>
        <w:t>Câu 16: The earth rotates around ________ sun, creating day and night for all living beings.</w:t>
      </w:r>
    </w:p>
    <w:p>
      <w:pPr>
        <w:pStyle w:val="ListParagraph"/>
      </w:pPr>
      <w:r>
        <w:rPr>
          <w:sz w:val="22"/>
        </w:rPr>
        <w:t>A. a</w:t>
      </w:r>
    </w:p>
    <w:p>
      <w:pPr>
        <w:pStyle w:val="ListParagraph"/>
      </w:pPr>
      <w:r>
        <w:rPr>
          <w:sz w:val="22"/>
        </w:rPr>
        <w:t>B. an</w:t>
      </w:r>
    </w:p>
    <w:p>
      <w:pPr>
        <w:pStyle w:val="ListParagraph"/>
      </w:pPr>
      <w:r>
        <w:rPr>
          <w:sz w:val="22"/>
        </w:rPr>
        <w:t>C. the</w:t>
      </w:r>
    </w:p>
    <w:p>
      <w:pPr>
        <w:pStyle w:val="ListParagraph"/>
      </w:pPr>
      <w:r>
        <w:rPr>
          <w:sz w:val="22"/>
        </w:rPr>
        <w:t>D. no article</w:t>
      </w:r>
    </w:p>
    <w:p/>
    <w:p>
      <w:r>
        <w:rPr>
          <w:b/>
          <w:sz w:val="24"/>
        </w:rPr>
        <w:t>Câu 17: They played ________ badminton in the park until it started raining.</w:t>
      </w:r>
    </w:p>
    <w:p>
      <w:pPr>
        <w:pStyle w:val="ListParagraph"/>
      </w:pPr>
      <w:r>
        <w:rPr>
          <w:sz w:val="22"/>
        </w:rPr>
        <w:t>A. a</w:t>
      </w:r>
    </w:p>
    <w:p>
      <w:pPr>
        <w:pStyle w:val="ListParagraph"/>
      </w:pPr>
      <w:r>
        <w:rPr>
          <w:sz w:val="22"/>
        </w:rPr>
        <w:t>B. an</w:t>
      </w:r>
    </w:p>
    <w:p>
      <w:pPr>
        <w:pStyle w:val="ListParagraph"/>
      </w:pPr>
      <w:r>
        <w:rPr>
          <w:sz w:val="22"/>
        </w:rPr>
        <w:t>C. the</w:t>
      </w:r>
    </w:p>
    <w:p>
      <w:pPr>
        <w:pStyle w:val="ListParagraph"/>
      </w:pPr>
      <w:r>
        <w:rPr>
          <w:sz w:val="22"/>
        </w:rPr>
        <w:t>D. no article</w:t>
      </w:r>
    </w:p>
    <w:p/>
    <w:p>
      <w:r>
        <w:rPr>
          <w:b/>
          <w:sz w:val="24"/>
        </w:rPr>
        <w:t>Câu 18: To achieve the best results, you must ensure that you __________ properly without rushing the movements.</w:t>
      </w:r>
    </w:p>
    <w:p>
      <w:pPr>
        <w:pStyle w:val="ListParagraph"/>
      </w:pPr>
      <w:r>
        <w:rPr>
          <w:sz w:val="22"/>
        </w:rPr>
        <w:t>A. turn off</w:t>
      </w:r>
    </w:p>
    <w:p>
      <w:pPr>
        <w:pStyle w:val="ListParagraph"/>
      </w:pPr>
      <w:r>
        <w:rPr>
          <w:sz w:val="22"/>
        </w:rPr>
        <w:t>B. work out</w:t>
      </w:r>
    </w:p>
    <w:p>
      <w:pPr>
        <w:pStyle w:val="ListParagraph"/>
      </w:pPr>
      <w:r>
        <w:rPr>
          <w:sz w:val="22"/>
        </w:rPr>
        <w:t>C. give up</w:t>
      </w:r>
    </w:p>
    <w:p>
      <w:pPr>
        <w:pStyle w:val="ListParagraph"/>
      </w:pPr>
      <w:r>
        <w:rPr>
          <w:sz w:val="22"/>
        </w:rPr>
        <w:t>D. get up</w:t>
      </w:r>
    </w:p>
    <w:p/>
    <w:p>
      <w:r>
        <w:rPr>
          <w:b/>
          <w:sz w:val="24"/>
        </w:rPr>
        <w:t>Câu 19: 30 minutes is enough time to use social media because the screens of electronic devices _______ blue lights</w:t>
      </w:r>
    </w:p>
    <w:p>
      <w:pPr>
        <w:pStyle w:val="ListParagraph"/>
      </w:pPr>
      <w:r>
        <w:rPr>
          <w:sz w:val="22"/>
        </w:rPr>
        <w:t>A. give up</w:t>
      </w:r>
    </w:p>
    <w:p>
      <w:pPr>
        <w:pStyle w:val="ListParagraph"/>
      </w:pPr>
      <w:r>
        <w:rPr>
          <w:sz w:val="22"/>
        </w:rPr>
        <w:t>B. give off</w:t>
      </w:r>
    </w:p>
    <w:p>
      <w:pPr>
        <w:pStyle w:val="ListParagraph"/>
      </w:pPr>
      <w:r>
        <w:rPr>
          <w:sz w:val="22"/>
        </w:rPr>
        <w:t>C. take in</w:t>
      </w:r>
    </w:p>
    <w:p>
      <w:pPr>
        <w:pStyle w:val="ListParagraph"/>
      </w:pPr>
      <w:r>
        <w:rPr>
          <w:sz w:val="22"/>
        </w:rPr>
        <w:t>D. take up</w:t>
      </w:r>
    </w:p>
    <w:p/>
    <w:p>
      <w:r>
        <w:rPr>
          <w:b/>
          <w:sz w:val="24"/>
        </w:rPr>
        <w:t>Câu 20: The project work in this semester is optional, so students _______ do it.</w:t>
      </w:r>
    </w:p>
    <w:p>
      <w:pPr>
        <w:pStyle w:val="ListParagraph"/>
      </w:pPr>
      <w:r>
        <w:rPr>
          <w:sz w:val="22"/>
        </w:rPr>
        <w:t>A. must</w:t>
      </w:r>
    </w:p>
    <w:p>
      <w:pPr>
        <w:pStyle w:val="ListParagraph"/>
      </w:pPr>
      <w:r>
        <w:rPr>
          <w:sz w:val="22"/>
        </w:rPr>
        <w:t>B. have to</w:t>
      </w:r>
    </w:p>
    <w:p>
      <w:pPr>
        <w:pStyle w:val="ListParagraph"/>
      </w:pPr>
      <w:r>
        <w:rPr>
          <w:sz w:val="22"/>
        </w:rPr>
        <w:t>C. don't have to</w:t>
      </w:r>
    </w:p>
    <w:p>
      <w:pPr>
        <w:pStyle w:val="ListParagraph"/>
      </w:pPr>
      <w:r>
        <w:rPr>
          <w:sz w:val="22"/>
        </w:rPr>
        <w:t>D. mustn't</w:t>
      </w:r>
    </w:p>
    <w:p/>
    <w:p>
      <w:r>
        <w:rPr>
          <w:b/>
          <w:sz w:val="24"/>
        </w:rPr>
        <w:t>Câu 21: I think you ____ do exercise regularly in order to keep your body in good shape.</w:t>
      </w:r>
    </w:p>
    <w:p>
      <w:pPr>
        <w:pStyle w:val="ListParagraph"/>
      </w:pPr>
      <w:r>
        <w:rPr>
          <w:sz w:val="22"/>
        </w:rPr>
        <w:t>A. must</w:t>
      </w:r>
    </w:p>
    <w:p>
      <w:pPr>
        <w:pStyle w:val="ListParagraph"/>
      </w:pPr>
      <w:r>
        <w:rPr>
          <w:sz w:val="22"/>
        </w:rPr>
        <w:t>B. should</w:t>
      </w:r>
    </w:p>
    <w:p>
      <w:pPr>
        <w:pStyle w:val="ListParagraph"/>
      </w:pPr>
      <w:r>
        <w:rPr>
          <w:sz w:val="22"/>
        </w:rPr>
        <w:t>C. ought to</w:t>
      </w:r>
    </w:p>
    <w:p>
      <w:pPr>
        <w:pStyle w:val="ListParagraph"/>
      </w:pPr>
      <w:r>
        <w:rPr>
          <w:sz w:val="22"/>
        </w:rPr>
        <w:t>D. Both B and C</w:t>
      </w:r>
    </w:p>
    <w:p/>
    <w:p>
      <w:r>
        <w:rPr>
          <w:b/>
          <w:sz w:val="24"/>
        </w:rPr>
        <w:t>Câu 22: This warning sign indicates that you ____ step on the grass.</w:t>
      </w:r>
    </w:p>
    <w:p>
      <w:pPr>
        <w:pStyle w:val="ListParagraph"/>
      </w:pPr>
      <w:r>
        <w:rPr>
          <w:sz w:val="22"/>
        </w:rPr>
        <w:t>A. shouldn't</w:t>
      </w:r>
    </w:p>
    <w:p>
      <w:pPr>
        <w:pStyle w:val="ListParagraph"/>
      </w:pPr>
      <w:r>
        <w:rPr>
          <w:sz w:val="22"/>
        </w:rPr>
        <w:t>B. mustn't</w:t>
      </w:r>
    </w:p>
    <w:p>
      <w:pPr>
        <w:pStyle w:val="ListParagraph"/>
      </w:pPr>
      <w:r>
        <w:rPr>
          <w:sz w:val="22"/>
        </w:rPr>
        <w:t>C. don't have to</w:t>
      </w:r>
    </w:p>
    <w:p>
      <w:pPr>
        <w:pStyle w:val="ListParagraph"/>
      </w:pPr>
      <w:r>
        <w:rPr>
          <w:sz w:val="22"/>
        </w:rPr>
        <w:t>D. ought not to</w:t>
      </w:r>
    </w:p>
    <w:p/>
    <w:p>
      <w:r>
        <w:rPr>
          <w:b/>
          <w:sz w:val="24"/>
        </w:rPr>
        <w:t>Câu 23: I will lend you some money, but you ____ pay it back to me next week.</w:t>
      </w:r>
    </w:p>
    <w:p>
      <w:pPr>
        <w:pStyle w:val="ListParagraph"/>
      </w:pPr>
      <w:r>
        <w:rPr>
          <w:sz w:val="22"/>
        </w:rPr>
        <w:t>A. should</w:t>
      </w:r>
    </w:p>
    <w:p>
      <w:pPr>
        <w:pStyle w:val="ListParagraph"/>
      </w:pPr>
      <w:r>
        <w:rPr>
          <w:sz w:val="22"/>
        </w:rPr>
        <w:t>B. have to</w:t>
      </w:r>
    </w:p>
    <w:p>
      <w:pPr>
        <w:pStyle w:val="ListParagraph"/>
      </w:pPr>
      <w:r>
        <w:rPr>
          <w:sz w:val="22"/>
        </w:rPr>
        <w:t>C. must</w:t>
      </w:r>
    </w:p>
    <w:p>
      <w:pPr>
        <w:pStyle w:val="ListParagraph"/>
      </w:pPr>
      <w:r>
        <w:rPr>
          <w:sz w:val="22"/>
        </w:rPr>
        <w:t>D. mustn't</w:t>
      </w:r>
    </w:p>
    <w:p/>
    <w:p>
      <w:r>
        <w:rPr>
          <w:b/>
          <w:sz w:val="24"/>
        </w:rPr>
        <w:t>Câu 24: There are at least three _________ living under the same roof in my family. (GENERATIONAL)</w:t>
      </w:r>
    </w:p>
    <w:p/>
    <w:p>
      <w:r>
        <w:rPr>
          <w:b/>
          <w:sz w:val="24"/>
        </w:rPr>
        <w:t>Câu 25: Gen Zers are very _______ and able to experiment with social platforms to suit their needs (CREATE)</w:t>
      </w:r>
    </w:p>
    <w:p/>
    <w:p>
      <w:r>
        <w:rPr>
          <w:b/>
          <w:sz w:val="24"/>
        </w:rPr>
        <w:t>Câu 26: These exercises are a great way to increase ________ while maintaining flexibility. (STRONG)</w:t>
      </w:r>
    </w:p>
    <w:p/>
    <w:p>
      <w:r>
        <w:rPr>
          <w:b/>
          <w:sz w:val="24"/>
        </w:rPr>
        <w:t>Câu 27: An ______ is a substance, for example penicillin, that can destroy or prevent the growth of bacteria and cure infections (BIOTIC)</w:t>
      </w:r>
    </w:p>
    <w:p/>
    <w:p>
      <w:r>
        <w:rPr>
          <w:b/>
          <w:sz w:val="24"/>
        </w:rPr>
        <w:t>Câu 28: It is better for you to talk to your parents about your problem.</w:t>
      </w:r>
    </w:p>
    <w:p/>
    <w:p>
      <w:r>
        <w:rPr>
          <w:b/>
          <w:sz w:val="24"/>
        </w:rPr>
        <w:t>Câu 29: Visitors are not allowed to leave the island because of a terrible storm.</w:t>
      </w:r>
    </w:p>
    <w:p/>
    <w:p>
      <w:r>
        <w:rPr>
          <w:b/>
          <w:sz w:val="24"/>
        </w:rPr>
        <w:t>Câu 30: I haven’t attended the club since 2021.</w:t>
      </w:r>
    </w:p>
    <w:p/>
    <w:p>
      <w:r>
        <w:rPr>
          <w:b/>
          <w:sz w:val="24"/>
        </w:rPr>
        <w:t>Câu 31: The last time my father went to Vung Tau was 2 years ago.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B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D</w:t>
      </w:r>
    </w:p>
    <w:p>
      <w:r>
        <w:rPr>
          <w:b/>
        </w:rPr>
        <w:t>Câu 6: Đáp án đúng: C</w:t>
      </w:r>
    </w:p>
    <w:p>
      <w:r>
        <w:rPr>
          <w:b/>
        </w:rPr>
        <w:t>Câu 7: Đáp án đúng: B</w:t>
      </w:r>
    </w:p>
    <w:p>
      <w:r>
        <w:rPr>
          <w:b/>
        </w:rPr>
        <w:t>Câu 8: Đáp án đúng: A</w:t>
      </w:r>
    </w:p>
    <w:p>
      <w:r>
        <w:rPr>
          <w:b/>
        </w:rPr>
        <w:t>Câu 9: Đáp án đúng: B</w:t>
      </w:r>
    </w:p>
    <w:p>
      <w:r>
        <w:rPr>
          <w:b/>
        </w:rPr>
        <w:t>Câu 10: Đáp án đúng: D</w:t>
      </w:r>
    </w:p>
    <w:p>
      <w:r>
        <w:rPr>
          <w:b/>
        </w:rPr>
        <w:t>Câu 11: Đáp án đúng: B</w:t>
      </w:r>
    </w:p>
    <w:p>
      <w:r>
        <w:rPr>
          <w:b/>
        </w:rPr>
        <w:t>Câu 12: Đáp án đúng: A</w:t>
      </w:r>
    </w:p>
    <w:p>
      <w:r>
        <w:rPr>
          <w:b/>
        </w:rPr>
        <w:t>Câu 13: Đáp án đúng: A</w:t>
      </w:r>
    </w:p>
    <w:p>
      <w:r>
        <w:rPr>
          <w:b/>
        </w:rPr>
        <w:t>Câu 14: Đáp án đúng: D</w:t>
      </w:r>
    </w:p>
    <w:p>
      <w:r>
        <w:rPr>
          <w:b/>
        </w:rPr>
        <w:t>Câu 15: Đáp án đúng: B</w:t>
      </w:r>
    </w:p>
    <w:p>
      <w:r>
        <w:rPr>
          <w:b/>
        </w:rPr>
        <w:t>Câu 16: Đáp án đúng: C</w:t>
      </w:r>
    </w:p>
    <w:p>
      <w:r>
        <w:rPr>
          <w:b/>
        </w:rPr>
        <w:t>Câu 17: Đáp án đúng: D</w:t>
      </w:r>
    </w:p>
    <w:p>
      <w:r>
        <w:rPr>
          <w:b/>
        </w:rPr>
        <w:t>Câu 18: Đáp án đúng: B</w:t>
      </w:r>
    </w:p>
    <w:p>
      <w:r>
        <w:rPr>
          <w:b/>
        </w:rPr>
        <w:t>Câu 19: Đáp án đúng: B</w:t>
      </w:r>
    </w:p>
    <w:p>
      <w:r>
        <w:rPr>
          <w:b/>
        </w:rPr>
        <w:t>Câu 20: Đáp án đúng: C</w:t>
      </w:r>
    </w:p>
    <w:p>
      <w:r>
        <w:rPr>
          <w:b/>
        </w:rPr>
        <w:t>Câu 21: Đáp án đúng: D</w:t>
      </w:r>
    </w:p>
    <w:p>
      <w:r>
        <w:rPr>
          <w:b/>
        </w:rPr>
        <w:t>Câu 22: Đáp án đúng: B</w:t>
      </w:r>
    </w:p>
    <w:p>
      <w:r>
        <w:rPr>
          <w:b/>
        </w:rPr>
        <w:t>Câu 23: Đáp án đúng: C</w:t>
      </w:r>
    </w:p>
    <w:p>
      <w:r>
        <w:rPr>
          <w:b/>
        </w:rPr>
        <w:t>Câu 24: Đáp án đúng: None</w:t>
      </w:r>
    </w:p>
    <w:p>
      <w:r>
        <w:rPr>
          <w:b/>
        </w:rPr>
        <w:t>Câu 25: Đáp án đúng: None</w:t>
      </w:r>
    </w:p>
    <w:p>
      <w:r>
        <w:rPr>
          <w:b/>
        </w:rPr>
        <w:t>Câu 26: Đáp án đúng: None</w:t>
      </w:r>
    </w:p>
    <w:p>
      <w:r>
        <w:rPr>
          <w:b/>
        </w:rPr>
        <w:t>Câu 27: Đáp án đúng: None</w:t>
      </w:r>
    </w:p>
    <w:p>
      <w:r>
        <w:rPr>
          <w:b/>
        </w:rPr>
        <w:t>Câu 28: Đáp án đúng: None</w:t>
      </w:r>
    </w:p>
    <w:p>
      <w:r>
        <w:rPr>
          <w:b/>
        </w:rPr>
        <w:t>Câu 29: Đáp án đúng: None</w:t>
      </w:r>
    </w:p>
    <w:p>
      <w:r>
        <w:rPr>
          <w:b/>
        </w:rPr>
        <w:t>Câu 30: Đáp án đúng: None</w:t>
      </w:r>
    </w:p>
    <w:p>
      <w:r>
        <w:rPr>
          <w:b/>
        </w:rPr>
        <w:t>Câu 31: Đáp án đúng: None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