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Môn địa lí Lớp 12: Bài 1,2,3,5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Việt Nam nằm ở rìa phía đông của bán đảo Đông Dương, gần trung tâm khu vực nào?</w:t>
      </w:r>
    </w:p>
    <w:p>
      <w:pPr>
        <w:pStyle w:val="ListParagraph"/>
      </w:pPr>
      <w:r>
        <w:rPr>
          <w:sz w:val="22"/>
        </w:rPr>
        <w:t>A. Trung Á</w:t>
      </w:r>
    </w:p>
    <w:p>
      <w:pPr>
        <w:pStyle w:val="ListParagraph"/>
      </w:pPr>
      <w:r>
        <w:rPr>
          <w:sz w:val="22"/>
        </w:rPr>
        <w:t>B. Đông Bắc Á</w:t>
      </w:r>
    </w:p>
    <w:p>
      <w:pPr>
        <w:pStyle w:val="ListParagraph"/>
      </w:pPr>
      <w:r>
        <w:rPr>
          <w:sz w:val="22"/>
        </w:rPr>
        <w:t>C. Đông Nam Á</w:t>
      </w:r>
    </w:p>
    <w:p>
      <w:pPr>
        <w:pStyle w:val="ListParagraph"/>
      </w:pPr>
      <w:r>
        <w:rPr>
          <w:sz w:val="22"/>
        </w:rPr>
        <w:t>D. Nam Á</w:t>
      </w:r>
    </w:p>
    <w:p/>
    <w:p>
      <w:r>
        <w:rPr>
          <w:b/>
          <w:sz w:val="24"/>
        </w:rPr>
        <w:t>Câu 2: Đường biên giới trên đất liền của nước ta dài khoảng bao nhiêu km?</w:t>
      </w:r>
    </w:p>
    <w:p>
      <w:pPr>
        <w:pStyle w:val="ListParagraph"/>
      </w:pPr>
      <w:r>
        <w:rPr>
          <w:sz w:val="22"/>
        </w:rPr>
        <w:t>A. 3.260 km</w:t>
      </w:r>
    </w:p>
    <w:p>
      <w:pPr>
        <w:pStyle w:val="ListParagraph"/>
      </w:pPr>
      <w:r>
        <w:rPr>
          <w:sz w:val="22"/>
        </w:rPr>
        <w:t>B. 4.500 km</w:t>
      </w:r>
    </w:p>
    <w:p>
      <w:pPr>
        <w:pStyle w:val="ListParagraph"/>
      </w:pPr>
      <w:r>
        <w:rPr>
          <w:sz w:val="22"/>
        </w:rPr>
        <w:t>C. 4.550 km</w:t>
      </w:r>
    </w:p>
    <w:p>
      <w:pPr>
        <w:pStyle w:val="ListParagraph"/>
      </w:pPr>
      <w:r>
        <w:rPr>
          <w:sz w:val="22"/>
        </w:rPr>
        <w:t>D. 4.640 km</w:t>
      </w:r>
    </w:p>
    <w:p/>
    <w:p>
      <w:r>
        <w:rPr>
          <w:b/>
          <w:sz w:val="24"/>
        </w:rPr>
        <w:t>Câu 3: Vùng biển nước ta tiếp giáp với bao nhiêu quốc gia?</w:t>
      </w:r>
    </w:p>
    <w:p>
      <w:pPr>
        <w:pStyle w:val="ListParagraph"/>
      </w:pPr>
      <w:r>
        <w:rPr>
          <w:sz w:val="22"/>
        </w:rPr>
        <w:t>A. 8 quốc gia</w:t>
      </w:r>
    </w:p>
    <w:p>
      <w:pPr>
        <w:pStyle w:val="ListParagraph"/>
      </w:pPr>
      <w:r>
        <w:rPr>
          <w:sz w:val="22"/>
        </w:rPr>
        <w:t>B. 7 quốc gia</w:t>
      </w:r>
    </w:p>
    <w:p>
      <w:pPr>
        <w:pStyle w:val="ListParagraph"/>
      </w:pPr>
      <w:r>
        <w:rPr>
          <w:sz w:val="22"/>
        </w:rPr>
        <w:t>C. 10 quốc gia</w:t>
      </w:r>
    </w:p>
    <w:p>
      <w:pPr>
        <w:pStyle w:val="ListParagraph"/>
      </w:pPr>
      <w:r>
        <w:rPr>
          <w:sz w:val="22"/>
        </w:rPr>
        <w:t>D. 9 quốc gia</w:t>
      </w:r>
    </w:p>
    <w:p/>
    <w:p>
      <w:r>
        <w:rPr>
          <w:b/>
          <w:sz w:val="24"/>
        </w:rPr>
        <w:t>Câu 4: Đặc điểm nào sau đây đúng với vị trí địa lí nước ta?</w:t>
      </w:r>
    </w:p>
    <w:p>
      <w:pPr>
        <w:pStyle w:val="ListParagraph"/>
      </w:pPr>
      <w:r>
        <w:rPr>
          <w:sz w:val="22"/>
        </w:rPr>
        <w:t>A. Nằm hoàn toàn trong vùng nội chí tuyến</w:t>
      </w:r>
    </w:p>
    <w:p>
      <w:pPr>
        <w:pStyle w:val="ListParagraph"/>
      </w:pPr>
      <w:r>
        <w:rPr>
          <w:sz w:val="22"/>
        </w:rPr>
        <w:t>B. Nằm ở trung tâm châu Á</w:t>
      </w:r>
    </w:p>
    <w:p>
      <w:pPr>
        <w:pStyle w:val="ListParagraph"/>
      </w:pPr>
      <w:r>
        <w:rPr>
          <w:sz w:val="22"/>
        </w:rPr>
        <w:t>C. Thuộc vùng ôn đới</w:t>
      </w:r>
    </w:p>
    <w:p>
      <w:pPr>
        <w:pStyle w:val="ListParagraph"/>
      </w:pPr>
      <w:r>
        <w:rPr>
          <w:sz w:val="22"/>
        </w:rPr>
        <w:t>D. Nằm ở bán cầu Tây</w:t>
      </w:r>
    </w:p>
    <w:p/>
    <w:p>
      <w:r>
        <w:rPr>
          <w:b/>
          <w:sz w:val="24"/>
        </w:rPr>
        <w:t>Câu 5: Dạng địa hình chiếm phần lớn diện tích lãnh thổ nước ta là</w:t>
      </w:r>
    </w:p>
    <w:p>
      <w:pPr>
        <w:pStyle w:val="ListParagraph"/>
      </w:pPr>
      <w:r>
        <w:rPr>
          <w:sz w:val="22"/>
        </w:rPr>
        <w:t>A. đồi núi</w:t>
      </w:r>
    </w:p>
    <w:p>
      <w:pPr>
        <w:pStyle w:val="ListParagraph"/>
      </w:pPr>
      <w:r>
        <w:rPr>
          <w:sz w:val="22"/>
        </w:rPr>
        <w:t>B. bán bình nguyên</w:t>
      </w:r>
    </w:p>
    <w:p>
      <w:pPr>
        <w:pStyle w:val="ListParagraph"/>
      </w:pPr>
      <w:r>
        <w:rPr>
          <w:sz w:val="22"/>
        </w:rPr>
        <w:t>C. cao nguyên</w:t>
      </w:r>
    </w:p>
    <w:p>
      <w:pPr>
        <w:pStyle w:val="ListParagraph"/>
      </w:pPr>
      <w:r>
        <w:rPr>
          <w:sz w:val="22"/>
        </w:rPr>
        <w:t>D. đồng bằng</w:t>
      </w:r>
    </w:p>
    <w:p/>
    <w:p>
      <w:r>
        <w:rPr>
          <w:b/>
          <w:sz w:val="24"/>
        </w:rPr>
        <w:t>Câu 6: Hướng nghiêng chung của địa hình nước ta là</w:t>
      </w:r>
    </w:p>
    <w:p>
      <w:pPr>
        <w:pStyle w:val="ListParagraph"/>
      </w:pPr>
      <w:r>
        <w:rPr>
          <w:sz w:val="22"/>
        </w:rPr>
        <w:t>A. bắc - nam</w:t>
      </w:r>
    </w:p>
    <w:p>
      <w:pPr>
        <w:pStyle w:val="ListParagraph"/>
      </w:pPr>
      <w:r>
        <w:rPr>
          <w:sz w:val="22"/>
        </w:rPr>
        <w:t>B. tây bắc - đông nam</w:t>
      </w:r>
    </w:p>
    <w:p>
      <w:pPr>
        <w:pStyle w:val="ListParagraph"/>
      </w:pPr>
      <w:r>
        <w:rPr>
          <w:sz w:val="22"/>
        </w:rPr>
        <w:t>C. đông bắc - tây nam</w:t>
      </w:r>
    </w:p>
    <w:p>
      <w:pPr>
        <w:pStyle w:val="ListParagraph"/>
      </w:pPr>
      <w:r>
        <w:rPr>
          <w:sz w:val="22"/>
        </w:rPr>
        <w:t>D. tây - đông</w:t>
      </w:r>
    </w:p>
    <w:p/>
    <w:p>
      <w:r>
        <w:rPr>
          <w:b/>
          <w:sz w:val="24"/>
        </w:rPr>
        <w:t>Câu 7: Đồng bằng sông Hồng được hình thành chủ yếu do phù sa của hệ thống sông nào?</w:t>
      </w:r>
    </w:p>
    <w:p>
      <w:pPr>
        <w:pStyle w:val="ListParagraph"/>
      </w:pPr>
      <w:r>
        <w:rPr>
          <w:sz w:val="22"/>
        </w:rPr>
        <w:t>A. sông Đà và sông Lô</w:t>
      </w:r>
    </w:p>
    <w:p>
      <w:pPr>
        <w:pStyle w:val="ListParagraph"/>
      </w:pPr>
      <w:r>
        <w:rPr>
          <w:sz w:val="22"/>
        </w:rPr>
        <w:t>B. sông Hồng và sông Thái Bình</w:t>
      </w:r>
    </w:p>
    <w:p>
      <w:pPr>
        <w:pStyle w:val="ListParagraph"/>
      </w:pPr>
      <w:r>
        <w:rPr>
          <w:sz w:val="22"/>
        </w:rPr>
        <w:t>C. sông Hồng và sông Đà</w:t>
      </w:r>
    </w:p>
    <w:p>
      <w:pPr>
        <w:pStyle w:val="ListParagraph"/>
      </w:pPr>
      <w:r>
        <w:rPr>
          <w:sz w:val="22"/>
        </w:rPr>
        <w:t>D. sông Thái Bình và sông Mã</w:t>
      </w:r>
    </w:p>
    <w:p/>
    <w:p>
      <w:r>
        <w:rPr>
          <w:b/>
          <w:sz w:val="24"/>
        </w:rPr>
        <w:t>Câu 8: Biểu hiện của tính chất nhiệt đới của khí hậu nước ta là</w:t>
      </w:r>
    </w:p>
    <w:p>
      <w:pPr>
        <w:pStyle w:val="ListParagraph"/>
      </w:pPr>
      <w:r>
        <w:rPr>
          <w:sz w:val="22"/>
        </w:rPr>
        <w:t>A. nhiệt độ trung bình năm trên 20°C</w:t>
      </w:r>
    </w:p>
    <w:p>
      <w:pPr>
        <w:pStyle w:val="ListParagraph"/>
      </w:pPr>
      <w:r>
        <w:rPr>
          <w:sz w:val="22"/>
        </w:rPr>
        <w:t>B. biên độ nhiệt năm nhỏ</w:t>
      </w:r>
    </w:p>
    <w:p>
      <w:pPr>
        <w:pStyle w:val="ListParagraph"/>
      </w:pPr>
      <w:r>
        <w:rPr>
          <w:sz w:val="22"/>
        </w:rPr>
        <w:t>C. có mùa đông lạnh kéo dài</w:t>
      </w:r>
    </w:p>
    <w:p>
      <w:pPr>
        <w:pStyle w:val="ListParagraph"/>
      </w:pPr>
      <w:r>
        <w:rPr>
          <w:sz w:val="22"/>
        </w:rPr>
        <w:t>D. nhiệt độ trung bình năm dưới 20°C</w:t>
      </w:r>
    </w:p>
    <w:p/>
    <w:p>
      <w:r>
        <w:rPr>
          <w:b/>
          <w:sz w:val="24"/>
        </w:rPr>
        <w:t>Câu 9: Gió mùa Đông Bắc hoạt động ở nước ta vào thời gian nào?</w:t>
      </w:r>
    </w:p>
    <w:p>
      <w:pPr>
        <w:pStyle w:val="ListParagraph"/>
      </w:pPr>
      <w:r>
        <w:rPr>
          <w:sz w:val="22"/>
        </w:rPr>
        <w:t>A. mùa hạ</w:t>
      </w:r>
    </w:p>
    <w:p>
      <w:pPr>
        <w:pStyle w:val="ListParagraph"/>
      </w:pPr>
      <w:r>
        <w:rPr>
          <w:sz w:val="22"/>
        </w:rPr>
        <w:t>B. mùa đông</w:t>
      </w:r>
    </w:p>
    <w:p>
      <w:pPr>
        <w:pStyle w:val="ListParagraph"/>
      </w:pPr>
      <w:r>
        <w:rPr>
          <w:sz w:val="22"/>
        </w:rPr>
        <w:t>C. mùa xuân</w:t>
      </w:r>
    </w:p>
    <w:p>
      <w:pPr>
        <w:pStyle w:val="ListParagraph"/>
      </w:pPr>
      <w:r>
        <w:rPr>
          <w:sz w:val="22"/>
        </w:rPr>
        <w:t>D. mùa thu</w:t>
      </w:r>
    </w:p>
    <w:p/>
    <w:p>
      <w:r>
        <w:rPr>
          <w:b/>
          <w:sz w:val="24"/>
        </w:rPr>
        <w:t>Câu 10: Nguyên nhân chính làm cho khí hậu nước ta có lượng mưa lớn và độ ẩm cao là</w:t>
      </w:r>
    </w:p>
    <w:p>
      <w:pPr>
        <w:pStyle w:val="ListParagraph"/>
      </w:pPr>
      <w:r>
        <w:rPr>
          <w:sz w:val="22"/>
        </w:rPr>
        <w:t>A. chịu ảnh hưởng của biển và gió mùa</w:t>
      </w:r>
    </w:p>
    <w:p>
      <w:pPr>
        <w:pStyle w:val="ListParagraph"/>
      </w:pPr>
      <w:r>
        <w:rPr>
          <w:sz w:val="22"/>
        </w:rPr>
        <w:t>B. nằm trong vùng nội chí tuyến</w:t>
      </w:r>
    </w:p>
    <w:p>
      <w:pPr>
        <w:pStyle w:val="ListParagraph"/>
      </w:pPr>
      <w:r>
        <w:rPr>
          <w:sz w:val="22"/>
        </w:rPr>
        <w:t>C. địa hình chủ yếu là đồi núi</w:t>
      </w:r>
    </w:p>
    <w:p>
      <w:pPr>
        <w:pStyle w:val="ListParagraph"/>
      </w:pPr>
      <w:r>
        <w:rPr>
          <w:sz w:val="22"/>
        </w:rPr>
        <w:t>D. có nhiều sông ngòi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i/>
        </w:rPr>
        <w:t>Giải thích: Việt Nam nằm ở rìa phía đông bán đảo Đông Dương, gần trung tâm khu vực Đông Nam Á.</w:t>
      </w:r>
    </w:p>
    <w:p>
      <w:r>
        <w:rPr>
          <w:b/>
        </w:rPr>
        <w:t>Câu 2: Đáp án đúng: D</w:t>
      </w:r>
    </w:p>
    <w:p>
      <w:r>
        <w:rPr>
          <w:i/>
        </w:rPr>
        <w:t>Giải thích: Đường biên giới trên đất liền của nước ta dài khoảng 4.640 km.</w:t>
      </w:r>
    </w:p>
    <w:p>
      <w:r>
        <w:rPr>
          <w:b/>
        </w:rPr>
        <w:t>Câu 3: Đáp án đúng: A</w:t>
      </w:r>
    </w:p>
    <w:p>
      <w:r>
        <w:rPr>
          <w:i/>
        </w:rPr>
        <w:t>Giải thích: Vùng biển nước ta tiếp giáp với 8 quốc gia.</w:t>
      </w:r>
    </w:p>
    <w:p>
      <w:r>
        <w:rPr>
          <w:b/>
        </w:rPr>
        <w:t>Câu 4: Đáp án đúng: A</w:t>
      </w:r>
    </w:p>
    <w:p>
      <w:r>
        <w:rPr>
          <w:i/>
        </w:rPr>
        <w:t>Giải thích: Nước ta nằm hoàn toàn trong vùng nội chí tuyến Bắc bán cầu.</w:t>
      </w:r>
    </w:p>
    <w:p>
      <w:r>
        <w:rPr>
          <w:b/>
        </w:rPr>
        <w:t>Câu 5: Đáp án đúng: A</w:t>
      </w:r>
    </w:p>
    <w:p>
      <w:r>
        <w:rPr>
          <w:i/>
        </w:rPr>
        <w:t>Giải thích: Đồi núi chiếm phần lớn diện tích lãnh thổ nước ta (khoảng 3/4).</w:t>
      </w:r>
    </w:p>
    <w:p>
      <w:r>
        <w:rPr>
          <w:b/>
        </w:rPr>
        <w:t>Câu 6: Đáp án đúng: B</w:t>
      </w:r>
    </w:p>
    <w:p>
      <w:r>
        <w:rPr>
          <w:i/>
        </w:rPr>
        <w:t>Giải thích: Địa hình nước ta nghiêng theo hướng tây bắc - đông nam.</w:t>
      </w:r>
    </w:p>
    <w:p>
      <w:r>
        <w:rPr>
          <w:b/>
        </w:rPr>
        <w:t>Câu 7: Đáp án đúng: B</w:t>
      </w:r>
    </w:p>
    <w:p>
      <w:r>
        <w:rPr>
          <w:i/>
        </w:rPr>
        <w:t>Giải thích: Đồng bằng sông Hồng do phù sa hệ thống sông Hồng và sông Thái Bình bồi đắp.</w:t>
      </w:r>
    </w:p>
    <w:p>
      <w:r>
        <w:rPr>
          <w:b/>
        </w:rPr>
        <w:t>Câu 8: Đáp án đúng: A</w:t>
      </w:r>
    </w:p>
    <w:p>
      <w:r>
        <w:rPr>
          <w:i/>
        </w:rPr>
        <w:t>Giải thích: Tính chất nhiệt đới thể hiện ở nhiệt độ trung bình năm trên 20°C.</w:t>
      </w:r>
    </w:p>
    <w:p>
      <w:r>
        <w:rPr>
          <w:b/>
        </w:rPr>
        <w:t>Câu 9: Đáp án đúng: B</w:t>
      </w:r>
    </w:p>
    <w:p>
      <w:r>
        <w:rPr>
          <w:i/>
        </w:rPr>
        <w:t>Giải thích: Gió mùa Đông Bắc hoạt động chủ yếu vào mùa đông ở nước ta.</w:t>
      </w:r>
    </w:p>
    <w:p>
      <w:r>
        <w:rPr>
          <w:b/>
        </w:rPr>
        <w:t>Câu 10: Đáp án đúng: A</w:t>
      </w:r>
    </w:p>
    <w:p>
      <w:r>
        <w:rPr>
          <w:i/>
        </w:rPr>
        <w:t>Giải thích: Khí hậu nước ta ẩm, mưa nhiều do ảnh hưởng của biển Đông và hoạt động của gió mùa.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