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lịch sử lớp 12: chiến tranh lạnh trật tự thế giới hai cực cách mạng tháng 8 liên hợp quốc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Hội nghị Ianta (tháng 2-1945) được tổ chức với sự tham gia của nguyên thủ các nước nào?</w:t>
      </w:r>
    </w:p>
    <w:p>
      <w:pPr>
        <w:pStyle w:val="ListParagraph"/>
      </w:pPr>
      <w:r>
        <w:rPr>
          <w:sz w:val="22"/>
        </w:rPr>
        <w:t>A. Mĩ, Anh, Pháp</w:t>
      </w:r>
    </w:p>
    <w:p>
      <w:pPr>
        <w:pStyle w:val="ListParagraph"/>
      </w:pPr>
      <w:r>
        <w:rPr>
          <w:sz w:val="22"/>
        </w:rPr>
        <w:t>B. Liên Xô, Mĩ, Anh</w:t>
      </w:r>
    </w:p>
    <w:p>
      <w:pPr>
        <w:pStyle w:val="ListParagraph"/>
      </w:pPr>
      <w:r>
        <w:rPr>
          <w:sz w:val="22"/>
        </w:rPr>
        <w:t>C. Liên Xô, Anh, Trung Quốc</w:t>
      </w:r>
    </w:p>
    <w:p>
      <w:pPr>
        <w:pStyle w:val="ListParagraph"/>
      </w:pPr>
      <w:r>
        <w:rPr>
          <w:sz w:val="22"/>
        </w:rPr>
        <w:t>D. Liên Xô, Mĩ, Pháp</w:t>
      </w:r>
    </w:p>
    <w:p/>
    <w:p>
      <w:r>
        <w:rPr>
          <w:b/>
          <w:sz w:val="24"/>
        </w:rPr>
        <w:t>Câu 2: Sự kiện nào được xem là khởi đầu của Chiến tranh lạnh?</w:t>
      </w:r>
    </w:p>
    <w:p>
      <w:pPr>
        <w:pStyle w:val="ListParagraph"/>
      </w:pPr>
      <w:r>
        <w:rPr>
          <w:sz w:val="22"/>
        </w:rPr>
        <w:t>A. Thành lập Tổ chức Hiệp ước Vácsava (1955)</w:t>
      </w:r>
    </w:p>
    <w:p>
      <w:pPr>
        <w:pStyle w:val="ListParagraph"/>
      </w:pPr>
      <w:r>
        <w:rPr>
          <w:sz w:val="22"/>
        </w:rPr>
        <w:t>B. Thông điệp của Tổng thống Truman (3-1947)</w:t>
      </w:r>
    </w:p>
    <w:p>
      <w:pPr>
        <w:pStyle w:val="ListParagraph"/>
      </w:pPr>
      <w:r>
        <w:rPr>
          <w:sz w:val="22"/>
        </w:rPr>
        <w:t>C. Kế hoạch Mácsan (6-1947)</w:t>
      </w:r>
    </w:p>
    <w:p>
      <w:pPr>
        <w:pStyle w:val="ListParagraph"/>
      </w:pPr>
      <w:r>
        <w:rPr>
          <w:sz w:val="22"/>
        </w:rPr>
        <w:t>D. Sự ra đời của NATO (1949)</w:t>
      </w:r>
    </w:p>
    <w:p/>
    <w:p>
      <w:r>
        <w:rPr>
          <w:b/>
          <w:sz w:val="24"/>
        </w:rPr>
        <w:t>Câu 3: Tổ chức Liên hợp quốc được thành lập vào thời gian nào?</w:t>
      </w:r>
    </w:p>
    <w:p>
      <w:pPr>
        <w:pStyle w:val="ListParagraph"/>
      </w:pPr>
      <w:r>
        <w:rPr>
          <w:sz w:val="22"/>
        </w:rPr>
        <w:t>A. 25-4-1945</w:t>
      </w:r>
    </w:p>
    <w:p>
      <w:pPr>
        <w:pStyle w:val="ListParagraph"/>
      </w:pPr>
      <w:r>
        <w:rPr>
          <w:sz w:val="22"/>
        </w:rPr>
        <w:t>B. 1-1-1946</w:t>
      </w:r>
    </w:p>
    <w:p>
      <w:pPr>
        <w:pStyle w:val="ListParagraph"/>
      </w:pPr>
      <w:r>
        <w:rPr>
          <w:sz w:val="22"/>
        </w:rPr>
        <w:t>C. 24-10-1945</w:t>
      </w:r>
    </w:p>
    <w:p>
      <w:pPr>
        <w:pStyle w:val="ListParagraph"/>
      </w:pPr>
      <w:r>
        <w:rPr>
          <w:sz w:val="22"/>
        </w:rPr>
        <w:t>D. 26-6-1945</w:t>
      </w:r>
    </w:p>
    <w:p/>
    <w:p>
      <w:r>
        <w:rPr>
          <w:b/>
          <w:sz w:val="24"/>
        </w:rPr>
        <w:t>Câu 4: Một trong những mục tiêu chính của Liên hợp quốc là</w:t>
      </w:r>
    </w:p>
    <w:p>
      <w:pPr>
        <w:pStyle w:val="ListParagraph"/>
      </w:pPr>
      <w:r>
        <w:rPr>
          <w:sz w:val="22"/>
        </w:rPr>
        <w:t>A. Thành lập các liên minh quân sự</w:t>
      </w:r>
    </w:p>
    <w:p>
      <w:pPr>
        <w:pStyle w:val="ListParagraph"/>
      </w:pPr>
      <w:r>
        <w:rPr>
          <w:sz w:val="22"/>
        </w:rPr>
        <w:t>B. Phân chia thế giới thành hai cực</w:t>
      </w:r>
    </w:p>
    <w:p>
      <w:pPr>
        <w:pStyle w:val="ListParagraph"/>
      </w:pPr>
      <w:r>
        <w:rPr>
          <w:sz w:val="22"/>
        </w:rPr>
        <w:t>C. Xóa bỏ hoàn toàn chủ nghĩa thực dân</w:t>
      </w:r>
    </w:p>
    <w:p>
      <w:pPr>
        <w:pStyle w:val="ListParagraph"/>
      </w:pPr>
      <w:r>
        <w:rPr>
          <w:sz w:val="22"/>
        </w:rPr>
        <w:t>D. Duy trì hòa bình và an ninh thế giới</w:t>
      </w:r>
    </w:p>
    <w:p/>
    <w:p>
      <w:r>
        <w:rPr>
          <w:b/>
          <w:sz w:val="24"/>
        </w:rPr>
        <w:t>Câu 5: Cách mạng tháng Tám năm 1945 ở Việt Nam thành công đã</w:t>
      </w:r>
    </w:p>
    <w:p>
      <w:pPr>
        <w:pStyle w:val="ListParagraph"/>
      </w:pPr>
      <w:r>
        <w:rPr>
          <w:sz w:val="22"/>
        </w:rPr>
        <w:t>A. Mở ra kỉ nguyên độc lập, tự do cho dân tộc</w:t>
      </w:r>
    </w:p>
    <w:p>
      <w:pPr>
        <w:pStyle w:val="ListParagraph"/>
      </w:pPr>
      <w:r>
        <w:rPr>
          <w:sz w:val="22"/>
        </w:rPr>
        <w:t>B. Chấm dứt hoàn toàn chế độ phong kiến ở Việt Nam</w:t>
      </w:r>
    </w:p>
    <w:p>
      <w:pPr>
        <w:pStyle w:val="ListParagraph"/>
      </w:pPr>
      <w:r>
        <w:rPr>
          <w:sz w:val="22"/>
        </w:rPr>
        <w:t>C. Đưa Việt Nam trở thành nước xã hội chủ nghĩa</w:t>
      </w:r>
    </w:p>
    <w:p>
      <w:pPr>
        <w:pStyle w:val="ListParagraph"/>
      </w:pPr>
      <w:r>
        <w:rPr>
          <w:sz w:val="22"/>
        </w:rPr>
        <w:t>D. Lật đổ ách thống trị của thực dân Pháp và phát xít Nhật</w:t>
      </w:r>
    </w:p>
    <w:p/>
    <w:p>
      <w:r>
        <w:rPr>
          <w:b/>
          <w:sz w:val="24"/>
        </w:rPr>
        <w:t>Câu 6: Đặc trưng nổi bật của trật tự thế giới hai cực Ianta là</w:t>
      </w:r>
    </w:p>
    <w:p>
      <w:pPr>
        <w:pStyle w:val="ListParagraph"/>
      </w:pPr>
      <w:r>
        <w:rPr>
          <w:sz w:val="22"/>
        </w:rPr>
        <w:t>A. Sự hợp tác toàn diện giữa các nước lớn</w:t>
      </w:r>
    </w:p>
    <w:p>
      <w:pPr>
        <w:pStyle w:val="ListParagraph"/>
      </w:pPr>
      <w:r>
        <w:rPr>
          <w:sz w:val="22"/>
        </w:rPr>
        <w:t>B. Sự tan rã của hệ thống thuộc địa</w:t>
      </w:r>
    </w:p>
    <w:p>
      <w:pPr>
        <w:pStyle w:val="ListParagraph"/>
      </w:pPr>
      <w:r>
        <w:rPr>
          <w:sz w:val="22"/>
        </w:rPr>
        <w:t>C. Sự đối đầu giữa hai siêu cường Liên Xô và Mĩ</w:t>
      </w:r>
    </w:p>
    <w:p>
      <w:pPr>
        <w:pStyle w:val="ListParagraph"/>
      </w:pPr>
      <w:r>
        <w:rPr>
          <w:sz w:val="22"/>
        </w:rPr>
        <w:t>D. Vai trò quyết định của Liên hợp quốc</w:t>
      </w:r>
    </w:p>
    <w:p/>
    <w:p>
      <w:r>
        <w:rPr>
          <w:b/>
          <w:sz w:val="24"/>
        </w:rPr>
        <w:t>Câu 7: Tổ chức Hiệp ước Vácsava được thành lập nhằm mục đích gì?</w:t>
      </w:r>
    </w:p>
    <w:p>
      <w:pPr>
        <w:pStyle w:val="ListParagraph"/>
      </w:pPr>
      <w:r>
        <w:rPr>
          <w:sz w:val="22"/>
        </w:rPr>
        <w:t>A. Tăng cường hợp tác kinh tế Đông Âu</w:t>
      </w:r>
    </w:p>
    <w:p>
      <w:pPr>
        <w:pStyle w:val="ListParagraph"/>
      </w:pPr>
      <w:r>
        <w:rPr>
          <w:sz w:val="22"/>
        </w:rPr>
        <w:t>B. Chống lại sự thành lập của NATO</w:t>
      </w:r>
    </w:p>
    <w:p>
      <w:pPr>
        <w:pStyle w:val="ListParagraph"/>
      </w:pPr>
      <w:r>
        <w:rPr>
          <w:sz w:val="22"/>
        </w:rPr>
        <w:t>C. Ủng hộ phong trào giải phóng dân tộc</w:t>
      </w:r>
    </w:p>
    <w:p>
      <w:pPr>
        <w:pStyle w:val="ListParagraph"/>
      </w:pPr>
      <w:r>
        <w:rPr>
          <w:sz w:val="22"/>
        </w:rPr>
        <w:t>D. Giải quyết vấn đề Đức</w:t>
      </w:r>
    </w:p>
    <w:p/>
    <w:p>
      <w:r>
        <w:rPr>
          <w:b/>
          <w:sz w:val="24"/>
        </w:rPr>
        <w:t>Câu 8: Nội dung nào không phải là nguyên nhân dẫn đến sự tan rã của trật tự hai cực Ianta?</w:t>
      </w:r>
    </w:p>
    <w:p>
      <w:pPr>
        <w:pStyle w:val="ListParagraph"/>
      </w:pPr>
      <w:r>
        <w:rPr>
          <w:sz w:val="22"/>
        </w:rPr>
        <w:t>A. Sự vươn lên mạnh mẽ của các nước Tây Âu và Nhật Bản</w:t>
      </w:r>
    </w:p>
    <w:p>
      <w:pPr>
        <w:pStyle w:val="ListParagraph"/>
      </w:pPr>
      <w:r>
        <w:rPr>
          <w:sz w:val="22"/>
        </w:rPr>
        <w:t>B. Chiến tranh lạnh kết thúc bằng thắng lợi của chủ nghĩa xã hội</w:t>
      </w:r>
    </w:p>
    <w:p>
      <w:pPr>
        <w:pStyle w:val="ListParagraph"/>
      </w:pPr>
      <w:r>
        <w:rPr>
          <w:sz w:val="22"/>
        </w:rPr>
        <w:t>C. Các nước Đông Âu lần lượt từ bỏ chế độ xã hội chủ nghĩa</w:t>
      </w:r>
    </w:p>
    <w:p>
      <w:pPr>
        <w:pStyle w:val="ListParagraph"/>
      </w:pPr>
      <w:r>
        <w:rPr>
          <w:sz w:val="22"/>
        </w:rPr>
        <w:t>D. Sự suy yếu của Liên Xô do khủng hoảng kinh tế - xã hội</w:t>
      </w:r>
    </w:p>
    <w:p/>
    <w:p>
      <w:r>
        <w:rPr>
          <w:b/>
          <w:sz w:val="24"/>
        </w:rPr>
        <w:t>Câu 9: Việt Nam gia nhập Liên hợp quốc vào năm nào?</w:t>
      </w:r>
    </w:p>
    <w:p>
      <w:pPr>
        <w:pStyle w:val="ListParagraph"/>
      </w:pPr>
      <w:r>
        <w:rPr>
          <w:sz w:val="22"/>
        </w:rPr>
        <w:t>A. 1977</w:t>
      </w:r>
    </w:p>
    <w:p>
      <w:pPr>
        <w:pStyle w:val="ListParagraph"/>
      </w:pPr>
      <w:r>
        <w:rPr>
          <w:sz w:val="22"/>
        </w:rPr>
        <w:t>B. 1975</w:t>
      </w:r>
    </w:p>
    <w:p>
      <w:pPr>
        <w:pStyle w:val="ListParagraph"/>
      </w:pPr>
      <w:r>
        <w:rPr>
          <w:sz w:val="22"/>
        </w:rPr>
        <w:t>C. 1976</w:t>
      </w:r>
    </w:p>
    <w:p>
      <w:pPr>
        <w:pStyle w:val="ListParagraph"/>
      </w:pPr>
      <w:r>
        <w:rPr>
          <w:sz w:val="22"/>
        </w:rPr>
        <w:t>D. 1978</w:t>
      </w:r>
    </w:p>
    <w:p/>
    <w:p>
      <w:r>
        <w:rPr>
          <w:b/>
          <w:sz w:val="24"/>
        </w:rPr>
        <w:t>Câu 10: Sự kiện nào đánh dấu chấm dứt Chiến tranh lạnh?</w:t>
      </w:r>
    </w:p>
    <w:p>
      <w:pPr>
        <w:pStyle w:val="ListParagraph"/>
      </w:pPr>
      <w:r>
        <w:rPr>
          <w:sz w:val="22"/>
        </w:rPr>
        <w:t>A. Việc thành lập Cộng đồng các quốc gia độc lập (SNG)</w:t>
      </w:r>
    </w:p>
    <w:p>
      <w:pPr>
        <w:pStyle w:val="ListParagraph"/>
      </w:pPr>
      <w:r>
        <w:rPr>
          <w:sz w:val="22"/>
        </w:rPr>
        <w:t>B. Hiệp định hạn chế vũ khí tiến công chiến lược (1991)</w:t>
      </w:r>
    </w:p>
    <w:p>
      <w:pPr>
        <w:pStyle w:val="ListParagraph"/>
      </w:pPr>
      <w:r>
        <w:rPr>
          <w:sz w:val="22"/>
        </w:rPr>
        <w:t>C. Cuộc gặp gỡ giữa Goócbachốp và Busơ tại Manta (1989)</w:t>
      </w:r>
    </w:p>
    <w:p>
      <w:pPr>
        <w:pStyle w:val="ListParagraph"/>
      </w:pPr>
      <w:r>
        <w:rPr>
          <w:sz w:val="22"/>
        </w:rPr>
        <w:t>D. Sự tan rã của Liên Xô (1991)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i/>
        </w:rPr>
        <w:t>Giải thích: Hội nghị Ianta diễn ra với sự tham gia của nguyên thủ ba nước Liên Xô, Mĩ, Anh.</w:t>
      </w:r>
    </w:p>
    <w:p>
      <w:r>
        <w:rPr>
          <w:b/>
        </w:rPr>
        <w:t>Câu 2: Đáp án đúng: B</w:t>
      </w:r>
    </w:p>
    <w:p>
      <w:r>
        <w:rPr>
          <w:i/>
        </w:rPr>
        <w:t>Giải thích: Thông điệp của Tổng thống Truman tháng 3-1947 được xem là sự kiện khởi đầu Chiến tranh lạnh.</w:t>
      </w:r>
    </w:p>
    <w:p>
      <w:r>
        <w:rPr>
          <w:b/>
        </w:rPr>
        <w:t>Câu 3: Đáp án đúng: C</w:t>
      </w:r>
    </w:p>
    <w:p>
      <w:r>
        <w:rPr>
          <w:i/>
        </w:rPr>
        <w:t>Giải thích: Liên hợp quốc chính thức được thành lập ngày 24-10-1945.</w:t>
      </w:r>
    </w:p>
    <w:p>
      <w:r>
        <w:rPr>
          <w:b/>
        </w:rPr>
        <w:t>Câu 4: Đáp án đúng: D</w:t>
      </w:r>
    </w:p>
    <w:p>
      <w:r>
        <w:rPr>
          <w:i/>
        </w:rPr>
        <w:t>Giải thích: Mục tiêu hàng đầu của Liên hợp quốc là duy trì hòa bình và an ninh thế giới.</w:t>
      </w:r>
    </w:p>
    <w:p>
      <w:r>
        <w:rPr>
          <w:b/>
        </w:rPr>
        <w:t>Câu 5: Đáp án đúng: A</w:t>
      </w:r>
    </w:p>
    <w:p>
      <w:r>
        <w:rPr>
          <w:i/>
        </w:rPr>
        <w:t>Giải thích: Cách mạng tháng Tám thành công đã mở ra kỉ nguyên độc lập, tự do cho dân tộc Việt Nam.</w:t>
      </w:r>
    </w:p>
    <w:p>
      <w:r>
        <w:rPr>
          <w:b/>
        </w:rPr>
        <w:t>Câu 6: Đáp án đúng: C</w:t>
      </w:r>
    </w:p>
    <w:p>
      <w:r>
        <w:rPr>
          <w:i/>
        </w:rPr>
        <w:t>Giải thích: Trật tự hai cực Ianta đặc trưng bởi sự đối đầu giữa hai siêu cường Liên Xô và Mĩ.</w:t>
      </w:r>
    </w:p>
    <w:p>
      <w:r>
        <w:rPr>
          <w:b/>
        </w:rPr>
        <w:t>Câu 7: Đáp án đúng: B</w:t>
      </w:r>
    </w:p>
    <w:p>
      <w:r>
        <w:rPr>
          <w:i/>
        </w:rPr>
        <w:t>Giải thích: Tổ chức Hiệp ước Vácsava được thành lập để đối phó với việc thành lập NATO.</w:t>
      </w:r>
    </w:p>
    <w:p>
      <w:r>
        <w:rPr>
          <w:b/>
        </w:rPr>
        <w:t>Câu 8: Đáp án đúng: B</w:t>
      </w:r>
    </w:p>
    <w:p>
      <w:r>
        <w:rPr>
          <w:i/>
        </w:rPr>
        <w:t>Giải thích: Chiến tranh lạnh kết thúc không phải bằng thắng lợi của chủ nghĩa xã hội mà bằng sự tan rã của Liên Xô và hệ thống xã hội chủ nghĩa.</w:t>
      </w:r>
    </w:p>
    <w:p>
      <w:r>
        <w:rPr>
          <w:b/>
        </w:rPr>
        <w:t>Câu 9: Đáp án đúng: A</w:t>
      </w:r>
    </w:p>
    <w:p>
      <w:r>
        <w:rPr>
          <w:i/>
        </w:rPr>
        <w:t>Giải thích: Việt Nam chính thức gia nhập Liên hợp quốc năm 1977.</w:t>
      </w:r>
    </w:p>
    <w:p>
      <w:r>
        <w:rPr>
          <w:b/>
        </w:rPr>
        <w:t>Câu 10: Đáp án đúng: C</w:t>
      </w:r>
    </w:p>
    <w:p>
      <w:r>
        <w:rPr>
          <w:i/>
        </w:rPr>
        <w:t>Giải thích: Cuộc gặp gỡ giữa Goócbachốp và Busơ tại Manta năm 1989 đánh dấu chấm dứt Chiến tranh lạnh.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