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Địa lý Lớp 11 - Bản đồ và các phương pháp biểu hiện trên bản đồ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Bản đồ là gì?</w:t>
      </w:r>
    </w:p>
    <w:p>
      <w:pPr>
        <w:pStyle w:val="ListParagraph"/>
      </w:pPr>
      <w:r>
        <w:rPr>
          <w:sz w:val="22"/>
        </w:rPr>
        <w:t>A. Hình vẽ thu nhỏ bề mặt Trái Đất lên mặt phẳng theo một phương pháp chiếu hình học nhất định.</w:t>
      </w:r>
    </w:p>
    <w:p>
      <w:pPr>
        <w:pStyle w:val="ListParagraph"/>
      </w:pPr>
      <w:r>
        <w:rPr>
          <w:sz w:val="22"/>
        </w:rPr>
        <w:t>B. Hình vẽ mô phỏng các hiện tượng tự nhiên, kinh tế - xã hội.</w:t>
      </w:r>
    </w:p>
    <w:p>
      <w:pPr>
        <w:pStyle w:val="ListParagraph"/>
      </w:pPr>
      <w:r>
        <w:rPr>
          <w:sz w:val="22"/>
        </w:rPr>
        <w:t>C. Hình vẽ thể hiện các đối tượng địa lí trên mặt phẳng giấy.</w:t>
      </w:r>
    </w:p>
    <w:p>
      <w:pPr>
        <w:pStyle w:val="ListParagraph"/>
      </w:pPr>
      <w:r>
        <w:rPr>
          <w:sz w:val="22"/>
        </w:rPr>
        <w:t>D. Hình vẽ thu nhỏ toàn bộ Trái Đất lên mặt phẳng.</w:t>
      </w:r>
    </w:p>
    <w:p/>
    <w:p>
      <w:r>
        <w:rPr>
          <w:b/>
          <w:sz w:val="24"/>
        </w:rPr>
        <w:t>Câu 2: Phương pháp kí hiệu dùng để biểu hiện các đối tượng địa lí có đặc điểm nào?</w:t>
      </w:r>
    </w:p>
    <w:p>
      <w:pPr>
        <w:pStyle w:val="ListParagraph"/>
      </w:pPr>
      <w:r>
        <w:rPr>
          <w:sz w:val="22"/>
        </w:rPr>
        <w:t>A. Phân bố theo những điểm cụ thể.</w:t>
      </w:r>
    </w:p>
    <w:p>
      <w:pPr>
        <w:pStyle w:val="ListParagraph"/>
      </w:pPr>
      <w:r>
        <w:rPr>
          <w:sz w:val="22"/>
        </w:rPr>
        <w:t>B. Phân bố theo tuyến.</w:t>
      </w:r>
    </w:p>
    <w:p>
      <w:pPr>
        <w:pStyle w:val="ListParagraph"/>
      </w:pPr>
      <w:r>
        <w:rPr>
          <w:sz w:val="22"/>
        </w:rPr>
        <w:t>C. Phân bố theo vùng.</w:t>
      </w:r>
    </w:p>
    <w:p>
      <w:pPr>
        <w:pStyle w:val="ListParagraph"/>
      </w:pPr>
      <w:r>
        <w:rPr>
          <w:sz w:val="22"/>
        </w:rPr>
        <w:t>D. Phân bố rộng khắp.</w:t>
      </w:r>
    </w:p>
    <w:p/>
    <w:p>
      <w:r>
        <w:rPr>
          <w:b/>
          <w:sz w:val="24"/>
        </w:rPr>
        <w:t>Câu 3: Phương pháp kí hiệu đường chuyển động thường được dùng để biểu hiện đối tượng nào sau đây?</w:t>
      </w:r>
    </w:p>
    <w:p>
      <w:pPr>
        <w:pStyle w:val="ListParagraph"/>
      </w:pPr>
      <w:r>
        <w:rPr>
          <w:sz w:val="22"/>
        </w:rPr>
        <w:t>A. Các dãy núi.</w:t>
      </w:r>
    </w:p>
    <w:p>
      <w:pPr>
        <w:pStyle w:val="ListParagraph"/>
      </w:pPr>
      <w:r>
        <w:rPr>
          <w:sz w:val="22"/>
        </w:rPr>
        <w:t>B. Các dòng biển, hướng gió.</w:t>
      </w:r>
    </w:p>
    <w:p>
      <w:pPr>
        <w:pStyle w:val="ListParagraph"/>
      </w:pPr>
      <w:r>
        <w:rPr>
          <w:sz w:val="22"/>
        </w:rPr>
        <w:t>C. Các điểm dân cư.</w:t>
      </w:r>
    </w:p>
    <w:p>
      <w:pPr>
        <w:pStyle w:val="ListParagraph"/>
      </w:pPr>
      <w:r>
        <w:rPr>
          <w:sz w:val="22"/>
        </w:rPr>
        <w:t>D. Các vùng trồng trọt.</w:t>
      </w:r>
    </w:p>
    <w:p/>
    <w:p>
      <w:r>
        <w:rPr>
          <w:b/>
          <w:sz w:val="24"/>
        </w:rPr>
        <w:t>Câu 4: Phương pháp chấm điểm dùng để thể hiện các đối tượng địa lí có đặc điểm nào?</w:t>
      </w:r>
    </w:p>
    <w:p>
      <w:pPr>
        <w:pStyle w:val="ListParagraph"/>
      </w:pPr>
      <w:r>
        <w:rPr>
          <w:sz w:val="22"/>
        </w:rPr>
        <w:t>A. Phân bố theo tuyến.</w:t>
      </w:r>
    </w:p>
    <w:p>
      <w:pPr>
        <w:pStyle w:val="ListParagraph"/>
      </w:pPr>
      <w:r>
        <w:rPr>
          <w:sz w:val="22"/>
        </w:rPr>
        <w:t>B. Phân bố theo vùng.</w:t>
      </w:r>
    </w:p>
    <w:p>
      <w:pPr>
        <w:pStyle w:val="ListParagraph"/>
      </w:pPr>
      <w:r>
        <w:rPr>
          <w:sz w:val="22"/>
        </w:rPr>
        <w:t>C. Phân bố phân tán, lẻ tẻ.</w:t>
      </w:r>
    </w:p>
    <w:p>
      <w:pPr>
        <w:pStyle w:val="ListParagraph"/>
      </w:pPr>
      <w:r>
        <w:rPr>
          <w:sz w:val="22"/>
        </w:rPr>
        <w:t>D. Phân bố tập trung.</w:t>
      </w:r>
    </w:p>
    <w:p/>
    <w:p>
      <w:r>
        <w:rPr>
          <w:b/>
          <w:sz w:val="24"/>
        </w:rPr>
        <w:t>Câu 5: Phương pháp bản đồ - biểu đồ thường được dùng để thể hiện đối tượng địa lí nào?</w:t>
      </w:r>
    </w:p>
    <w:p>
      <w:pPr>
        <w:pStyle w:val="ListParagraph"/>
      </w:pPr>
      <w:r>
        <w:rPr>
          <w:sz w:val="22"/>
        </w:rPr>
        <w:t>A. Các đối tượng phân bố theo điểm.</w:t>
      </w:r>
    </w:p>
    <w:p>
      <w:pPr>
        <w:pStyle w:val="ListParagraph"/>
      </w:pPr>
      <w:r>
        <w:rPr>
          <w:sz w:val="22"/>
        </w:rPr>
        <w:t>B. Các đối tượng phân bố theo tuyến.</w:t>
      </w:r>
    </w:p>
    <w:p>
      <w:pPr>
        <w:pStyle w:val="ListParagraph"/>
      </w:pPr>
      <w:r>
        <w:rPr>
          <w:sz w:val="22"/>
        </w:rPr>
        <w:t>C. Các đối tượng phân bố theo vùng.</w:t>
      </w:r>
    </w:p>
    <w:p>
      <w:pPr>
        <w:pStyle w:val="ListParagraph"/>
      </w:pPr>
      <w:r>
        <w:rPr>
          <w:sz w:val="22"/>
        </w:rPr>
        <w:t>D. Giá trị tổng cộng của một hiện tượng địa lí trên một lãnh thổ.</w:t>
      </w:r>
    </w:p>
    <w:p/>
    <w:p>
      <w:r>
        <w:rPr>
          <w:b/>
          <w:sz w:val="24"/>
        </w:rPr>
        <w:t>Câu 6: Để thể hiện vị trí các mỏ khoáng sản, người ta thường dùng phương pháp nào?</w:t>
      </w:r>
    </w:p>
    <w:p>
      <w:pPr>
        <w:pStyle w:val="ListParagraph"/>
      </w:pPr>
      <w:r>
        <w:rPr>
          <w:sz w:val="22"/>
        </w:rPr>
        <w:t>A. Kí hiệu.</w:t>
      </w:r>
    </w:p>
    <w:p>
      <w:pPr>
        <w:pStyle w:val="ListParagraph"/>
      </w:pPr>
      <w:r>
        <w:rPr>
          <w:sz w:val="22"/>
        </w:rPr>
        <w:t>B. Kí hiệu đường chuyển động.</w:t>
      </w:r>
    </w:p>
    <w:p>
      <w:pPr>
        <w:pStyle w:val="ListParagraph"/>
      </w:pPr>
      <w:r>
        <w:rPr>
          <w:sz w:val="22"/>
        </w:rPr>
        <w:t>C. Chấm điểm.</w:t>
      </w:r>
    </w:p>
    <w:p>
      <w:pPr>
        <w:pStyle w:val="ListParagraph"/>
      </w:pPr>
      <w:r>
        <w:rPr>
          <w:sz w:val="22"/>
        </w:rPr>
        <w:t>D. Bản đồ - biểu đồ.</w:t>
      </w:r>
    </w:p>
    <w:p/>
    <w:p>
      <w:r>
        <w:rPr>
          <w:b/>
          <w:sz w:val="24"/>
        </w:rPr>
        <w:t>Câu 7: Phương pháp nào sau đây thường được sử dụng để biểu hiện sự phân bố dân cư?</w:t>
      </w:r>
    </w:p>
    <w:p>
      <w:pPr>
        <w:pStyle w:val="ListParagraph"/>
      </w:pPr>
      <w:r>
        <w:rPr>
          <w:sz w:val="22"/>
        </w:rPr>
        <w:t>A. Kí hiệu.</w:t>
      </w:r>
    </w:p>
    <w:p>
      <w:pPr>
        <w:pStyle w:val="ListParagraph"/>
      </w:pPr>
      <w:r>
        <w:rPr>
          <w:sz w:val="22"/>
        </w:rPr>
        <w:t>B. Chấm điểm.</w:t>
      </w:r>
    </w:p>
    <w:p>
      <w:pPr>
        <w:pStyle w:val="ListParagraph"/>
      </w:pPr>
      <w:r>
        <w:rPr>
          <w:sz w:val="22"/>
        </w:rPr>
        <w:t>C. Kí hiệu đường chuyển động.</w:t>
      </w:r>
    </w:p>
    <w:p>
      <w:pPr>
        <w:pStyle w:val="ListParagraph"/>
      </w:pPr>
      <w:r>
        <w:rPr>
          <w:sz w:val="22"/>
        </w:rPr>
        <w:t>D. Bản đồ - biểu đồ.</w:t>
      </w:r>
    </w:p>
    <w:p/>
    <w:p>
      <w:r>
        <w:rPr>
          <w:b/>
          <w:sz w:val="24"/>
        </w:rPr>
        <w:t>Câu 8: Để thể hiện hướng gió, người ta thường dùng phương pháp nào?</w:t>
      </w:r>
    </w:p>
    <w:p>
      <w:pPr>
        <w:pStyle w:val="ListParagraph"/>
      </w:pPr>
      <w:r>
        <w:rPr>
          <w:sz w:val="22"/>
        </w:rPr>
        <w:t>A. Kí hiệu.</w:t>
      </w:r>
    </w:p>
    <w:p>
      <w:pPr>
        <w:pStyle w:val="ListParagraph"/>
      </w:pPr>
      <w:r>
        <w:rPr>
          <w:sz w:val="22"/>
        </w:rPr>
        <w:t>B. Chấm điểm.</w:t>
      </w:r>
    </w:p>
    <w:p>
      <w:pPr>
        <w:pStyle w:val="ListParagraph"/>
      </w:pPr>
      <w:r>
        <w:rPr>
          <w:sz w:val="22"/>
        </w:rPr>
        <w:t>C. Kí hiệu đường chuyển động.</w:t>
      </w:r>
    </w:p>
    <w:p>
      <w:pPr>
        <w:pStyle w:val="ListParagraph"/>
      </w:pPr>
      <w:r>
        <w:rPr>
          <w:sz w:val="22"/>
        </w:rPr>
        <w:t>D. Bản đồ - biểu đồ.</w:t>
      </w:r>
    </w:p>
    <w:p/>
    <w:p>
      <w:r>
        <w:rPr>
          <w:b/>
          <w:sz w:val="24"/>
        </w:rPr>
        <w:t>Câu 9: Phương pháp bản đồ - biểu đồ thường được dùng để thể hiện giá trị tổng cộng của một hiện tượng địa lí trên một lãnh thổ. Đúng hay sai?</w:t>
      </w:r>
    </w:p>
    <w:p>
      <w:pPr>
        <w:pStyle w:val="ListParagraph"/>
      </w:pPr>
      <w:r>
        <w:rPr>
          <w:sz w:val="22"/>
        </w:rPr>
        <w:t>A. Đúng.</w:t>
      </w:r>
    </w:p>
    <w:p>
      <w:pPr>
        <w:pStyle w:val="ListParagraph"/>
      </w:pPr>
      <w:r>
        <w:rPr>
          <w:sz w:val="22"/>
        </w:rPr>
        <w:t>B. Sai.</w:t>
      </w:r>
    </w:p>
    <w:p/>
    <w:p>
      <w:r>
        <w:rPr>
          <w:b/>
          <w:sz w:val="24"/>
        </w:rPr>
        <w:t>Câu 10: Phương pháp kí hiệu đường chuyển động dùng để biểu hiện các đối tượng địa lí phân bố theo điểm. Đúng hay sai?</w:t>
      </w:r>
    </w:p>
    <w:p>
      <w:pPr>
        <w:pStyle w:val="ListParagraph"/>
      </w:pPr>
      <w:r>
        <w:rPr>
          <w:sz w:val="22"/>
        </w:rPr>
        <w:t>A. Đúng.</w:t>
      </w:r>
    </w:p>
    <w:p>
      <w:pPr>
        <w:pStyle w:val="ListParagraph"/>
      </w:pPr>
      <w:r>
        <w:rPr>
          <w:sz w:val="22"/>
        </w:rPr>
        <w:t>B. Sai.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