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EXERCISE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My brother studies ___ than I do.</w:t>
      </w:r>
    </w:p>
    <w:p>
      <w:pPr>
        <w:pStyle w:val="ListParagraph"/>
      </w:pPr>
      <w:r>
        <w:rPr>
          <w:sz w:val="22"/>
        </w:rPr>
        <w:t>A. more hard</w:t>
      </w:r>
    </w:p>
    <w:p>
      <w:pPr>
        <w:pStyle w:val="ListParagraph"/>
      </w:pPr>
      <w:r>
        <w:rPr>
          <w:sz w:val="22"/>
        </w:rPr>
        <w:t>B. harder</w:t>
      </w:r>
    </w:p>
    <w:p>
      <w:pPr>
        <w:pStyle w:val="ListParagraph"/>
      </w:pPr>
      <w:r>
        <w:rPr>
          <w:sz w:val="22"/>
        </w:rPr>
        <w:t>C. hardlier</w:t>
      </w:r>
    </w:p>
    <w:p>
      <w:pPr>
        <w:pStyle w:val="ListParagraph"/>
      </w:pPr>
      <w:r>
        <w:rPr>
          <w:sz w:val="22"/>
        </w:rPr>
        <w:t>D. more hardly</w:t>
      </w:r>
    </w:p>
    <w:p/>
    <w:p>
      <w:r>
        <w:rPr>
          <w:b/>
          <w:sz w:val="24"/>
        </w:rPr>
        <w:t>Câu 2: She runs ___ than her sister.</w:t>
      </w:r>
    </w:p>
    <w:p>
      <w:pPr>
        <w:pStyle w:val="ListParagraph"/>
      </w:pPr>
      <w:r>
        <w:rPr>
          <w:sz w:val="22"/>
        </w:rPr>
        <w:t>A. more fast</w:t>
      </w:r>
    </w:p>
    <w:p>
      <w:pPr>
        <w:pStyle w:val="ListParagraph"/>
      </w:pPr>
      <w:r>
        <w:rPr>
          <w:sz w:val="22"/>
        </w:rPr>
        <w:t>B. fastlier</w:t>
      </w:r>
    </w:p>
    <w:p>
      <w:pPr>
        <w:pStyle w:val="ListParagraph"/>
      </w:pPr>
      <w:r>
        <w:rPr>
          <w:sz w:val="22"/>
        </w:rPr>
        <w:t>C. faster</w:t>
      </w:r>
    </w:p>
    <w:p>
      <w:pPr>
        <w:pStyle w:val="ListParagraph"/>
      </w:pPr>
      <w:r>
        <w:rPr>
          <w:sz w:val="22"/>
        </w:rPr>
        <w:t>D. more faster</w:t>
      </w:r>
    </w:p>
    <w:p/>
    <w:p>
      <w:r>
        <w:rPr>
          <w:b/>
          <w:sz w:val="24"/>
        </w:rPr>
        <w:t>Câu 3: He drives ___ than his friend.</w:t>
      </w:r>
    </w:p>
    <w:p>
      <w:pPr>
        <w:pStyle w:val="ListParagraph"/>
      </w:pPr>
      <w:r>
        <w:rPr>
          <w:sz w:val="22"/>
        </w:rPr>
        <w:t>A. carefullier</w:t>
      </w:r>
    </w:p>
    <w:p>
      <w:pPr>
        <w:pStyle w:val="ListParagraph"/>
      </w:pPr>
      <w:r>
        <w:rPr>
          <w:sz w:val="22"/>
        </w:rPr>
        <w:t>B. more careful</w:t>
      </w:r>
    </w:p>
    <w:p>
      <w:pPr>
        <w:pStyle w:val="ListParagraph"/>
      </w:pPr>
      <w:r>
        <w:rPr>
          <w:sz w:val="22"/>
        </w:rPr>
        <w:t>C. carefully more</w:t>
      </w:r>
    </w:p>
    <w:p>
      <w:pPr>
        <w:pStyle w:val="ListParagraph"/>
      </w:pPr>
      <w:r>
        <w:rPr>
          <w:sz w:val="22"/>
        </w:rPr>
        <w:t>D. more carefully</w:t>
      </w:r>
    </w:p>
    <w:p/>
    <w:p>
      <w:r>
        <w:rPr>
          <w:b/>
          <w:sz w:val="24"/>
        </w:rPr>
        <w:t>Câu 4: They speak English ___ than we do.</w:t>
      </w:r>
    </w:p>
    <w:p>
      <w:pPr>
        <w:pStyle w:val="ListParagraph"/>
      </w:pPr>
      <w:r>
        <w:rPr>
          <w:sz w:val="22"/>
        </w:rPr>
        <w:t>A. more fluently</w:t>
      </w:r>
    </w:p>
    <w:p>
      <w:pPr>
        <w:pStyle w:val="ListParagraph"/>
      </w:pPr>
      <w:r>
        <w:rPr>
          <w:sz w:val="22"/>
        </w:rPr>
        <w:t>B. fluentlier</w:t>
      </w:r>
    </w:p>
    <w:p>
      <w:pPr>
        <w:pStyle w:val="ListParagraph"/>
      </w:pPr>
      <w:r>
        <w:rPr>
          <w:sz w:val="22"/>
        </w:rPr>
        <w:t>C. more fluent</w:t>
      </w:r>
    </w:p>
    <w:p>
      <w:pPr>
        <w:pStyle w:val="ListParagraph"/>
      </w:pPr>
      <w:r>
        <w:rPr>
          <w:sz w:val="22"/>
        </w:rPr>
        <w:t>D. fluently more</w:t>
      </w:r>
    </w:p>
    <w:p/>
    <w:p>
      <w:r>
        <w:rPr>
          <w:b/>
          <w:sz w:val="24"/>
        </w:rPr>
        <w:t>Câu 5: Farmers are busy during the rice ___.</w:t>
      </w:r>
    </w:p>
    <w:p>
      <w:pPr>
        <w:pStyle w:val="ListParagraph"/>
      </w:pPr>
      <w:r>
        <w:rPr>
          <w:sz w:val="22"/>
        </w:rPr>
        <w:t>A. harvesting</w:t>
      </w:r>
    </w:p>
    <w:p>
      <w:pPr>
        <w:pStyle w:val="ListParagraph"/>
      </w:pPr>
      <w:r>
        <w:rPr>
          <w:sz w:val="22"/>
        </w:rPr>
        <w:t>B. harvested</w:t>
      </w:r>
    </w:p>
    <w:p>
      <w:pPr>
        <w:pStyle w:val="ListParagraph"/>
      </w:pPr>
      <w:r>
        <w:rPr>
          <w:sz w:val="22"/>
        </w:rPr>
        <w:t>C. harvest</w:t>
      </w:r>
    </w:p>
    <w:p>
      <w:pPr>
        <w:pStyle w:val="ListParagraph"/>
      </w:pPr>
      <w:r>
        <w:rPr>
          <w:sz w:val="22"/>
        </w:rPr>
        <w:t>D. harvests</w:t>
      </w:r>
    </w:p>
    <w:p/>
    <w:p>
      <w:r>
        <w:rPr>
          <w:b/>
          <w:sz w:val="24"/>
        </w:rPr>
        <w:t>Câu 6: He enjoys ___ in the river.</w:t>
      </w:r>
    </w:p>
    <w:p>
      <w:pPr>
        <w:pStyle w:val="ListParagraph"/>
      </w:pPr>
      <w:r>
        <w:rPr>
          <w:sz w:val="22"/>
        </w:rPr>
        <w:t>A. catch fish</w:t>
      </w:r>
    </w:p>
    <w:p>
      <w:pPr>
        <w:pStyle w:val="ListParagraph"/>
      </w:pPr>
      <w:r>
        <w:rPr>
          <w:sz w:val="22"/>
        </w:rPr>
        <w:t>B. to catch fish</w:t>
      </w:r>
    </w:p>
    <w:p>
      <w:pPr>
        <w:pStyle w:val="ListParagraph"/>
      </w:pPr>
      <w:r>
        <w:rPr>
          <w:sz w:val="22"/>
        </w:rPr>
        <w:t>C. caught fish</w:t>
      </w:r>
    </w:p>
    <w:p>
      <w:pPr>
        <w:pStyle w:val="ListParagraph"/>
      </w:pPr>
      <w:r>
        <w:rPr>
          <w:sz w:val="22"/>
        </w:rPr>
        <w:t>D. catching fish</w:t>
      </w:r>
    </w:p>
    <w:p/>
    <w:p>
      <w:r>
        <w:rPr>
          <w:b/>
          <w:sz w:val="24"/>
        </w:rPr>
        <w:t>Câu 7: In my ___ time, I like reading books.</w:t>
      </w:r>
    </w:p>
    <w:p>
      <w:pPr>
        <w:pStyle w:val="ListParagraph"/>
      </w:pPr>
      <w:r>
        <w:rPr>
          <w:sz w:val="22"/>
        </w:rPr>
        <w:t>A. leisurely</w:t>
      </w:r>
    </w:p>
    <w:p>
      <w:pPr>
        <w:pStyle w:val="ListParagraph"/>
      </w:pPr>
      <w:r>
        <w:rPr>
          <w:sz w:val="22"/>
        </w:rPr>
        <w:t>B. leisure</w:t>
      </w:r>
    </w:p>
    <w:p>
      <w:pPr>
        <w:pStyle w:val="ListParagraph"/>
      </w:pPr>
      <w:r>
        <w:rPr>
          <w:sz w:val="22"/>
        </w:rPr>
        <w:t>C. leisureliness</w:t>
      </w:r>
    </w:p>
    <w:p>
      <w:pPr>
        <w:pStyle w:val="ListParagraph"/>
      </w:pPr>
      <w:r>
        <w:rPr>
          <w:sz w:val="22"/>
        </w:rPr>
        <w:t>D. leisureful</w:t>
      </w:r>
    </w:p>
    <w:p/>
    <w:p>
      <w:r>
        <w:rPr>
          <w:b/>
          <w:sz w:val="24"/>
        </w:rPr>
        <w:t>Câu 8: She ___ cooking but ___ washing dishes.</w:t>
      </w:r>
    </w:p>
    <w:p>
      <w:pPr>
        <w:pStyle w:val="ListParagraph"/>
      </w:pPr>
      <w:r>
        <w:rPr>
          <w:sz w:val="22"/>
        </w:rPr>
        <w:t>A. like / hate</w:t>
      </w:r>
    </w:p>
    <w:p>
      <w:pPr>
        <w:pStyle w:val="ListParagraph"/>
      </w:pPr>
      <w:r>
        <w:rPr>
          <w:sz w:val="22"/>
        </w:rPr>
        <w:t>B. likes / hate</w:t>
      </w:r>
    </w:p>
    <w:p>
      <w:pPr>
        <w:pStyle w:val="ListParagraph"/>
      </w:pPr>
      <w:r>
        <w:rPr>
          <w:sz w:val="22"/>
        </w:rPr>
        <w:t>C. like / hates</w:t>
      </w:r>
    </w:p>
    <w:p>
      <w:pPr>
        <w:pStyle w:val="ListParagraph"/>
      </w:pPr>
      <w:r>
        <w:rPr>
          <w:sz w:val="22"/>
        </w:rPr>
        <w:t>D. likes / hates</w:t>
      </w:r>
    </w:p>
    <w:p/>
    <w:p>
      <w:r>
        <w:rPr>
          <w:b/>
          <w:sz w:val="24"/>
        </w:rPr>
        <w:t>Câu 9: He ___ playing the guitar.</w:t>
      </w:r>
    </w:p>
    <w:p>
      <w:pPr>
        <w:pStyle w:val="ListParagraph"/>
      </w:pPr>
      <w:r>
        <w:rPr>
          <w:sz w:val="22"/>
        </w:rPr>
        <w:t>A. love</w:t>
      </w:r>
    </w:p>
    <w:p>
      <w:pPr>
        <w:pStyle w:val="ListParagraph"/>
      </w:pPr>
      <w:r>
        <w:rPr>
          <w:sz w:val="22"/>
        </w:rPr>
        <w:t>B. loving</w:t>
      </w:r>
    </w:p>
    <w:p>
      <w:pPr>
        <w:pStyle w:val="ListParagraph"/>
      </w:pPr>
      <w:r>
        <w:rPr>
          <w:sz w:val="22"/>
        </w:rPr>
        <w:t>C. loved</w:t>
      </w:r>
    </w:p>
    <w:p>
      <w:pPr>
        <w:pStyle w:val="ListParagraph"/>
      </w:pPr>
      <w:r>
        <w:rPr>
          <w:sz w:val="22"/>
        </w:rPr>
        <w:t>D. loves</w:t>
      </w:r>
    </w:p>
    <w:p/>
    <w:p>
      <w:r>
        <w:rPr>
          <w:b/>
          <w:sz w:val="24"/>
        </w:rPr>
        <w:t>Câu 10: They ___ doing housework.</w:t>
      </w:r>
    </w:p>
    <w:p>
      <w:pPr>
        <w:pStyle w:val="ListParagraph"/>
      </w:pPr>
      <w:r>
        <w:rPr>
          <w:sz w:val="22"/>
        </w:rPr>
        <w:t>A. detests</w:t>
      </w:r>
    </w:p>
    <w:p>
      <w:pPr>
        <w:pStyle w:val="ListParagraph"/>
      </w:pPr>
      <w:r>
        <w:rPr>
          <w:sz w:val="22"/>
        </w:rPr>
        <w:t>B. detesting</w:t>
      </w:r>
    </w:p>
    <w:p>
      <w:pPr>
        <w:pStyle w:val="ListParagraph"/>
      </w:pPr>
      <w:r>
        <w:rPr>
          <w:sz w:val="22"/>
        </w:rPr>
        <w:t>C. detested</w:t>
      </w:r>
    </w:p>
    <w:p>
      <w:pPr>
        <w:pStyle w:val="ListParagraph"/>
      </w:pPr>
      <w:r>
        <w:rPr>
          <w:sz w:val="22"/>
        </w:rPr>
        <w:t>D. detest</w:t>
      </w:r>
    </w:p>
    <w:p/>
    <w:p>
      <w:r>
        <w:rPr>
          <w:b/>
          <w:sz w:val="24"/>
        </w:rPr>
        <w:t>Câu 11: I ___ in learning English.</w:t>
      </w:r>
    </w:p>
    <w:p>
      <w:pPr>
        <w:pStyle w:val="ListParagraph"/>
      </w:pPr>
      <w:r>
        <w:rPr>
          <w:sz w:val="22"/>
        </w:rPr>
        <w:t>A. is interested</w:t>
      </w:r>
    </w:p>
    <w:p>
      <w:pPr>
        <w:pStyle w:val="ListParagraph"/>
      </w:pPr>
      <w:r>
        <w:rPr>
          <w:sz w:val="22"/>
        </w:rPr>
        <w:t>B. are interested</w:t>
      </w:r>
    </w:p>
    <w:p>
      <w:pPr>
        <w:pStyle w:val="ListParagraph"/>
      </w:pPr>
      <w:r>
        <w:rPr>
          <w:sz w:val="22"/>
        </w:rPr>
        <w:t>C. am interested</w:t>
      </w:r>
    </w:p>
    <w:p>
      <w:pPr>
        <w:pStyle w:val="ListParagraph"/>
      </w:pPr>
      <w:r>
        <w:rPr>
          <w:sz w:val="22"/>
        </w:rPr>
        <w:t>D. be interested</w:t>
      </w:r>
    </w:p>
    <w:p/>
    <w:p>
      <w:r>
        <w:rPr>
          <w:b/>
          <w:sz w:val="24"/>
        </w:rPr>
        <w:t>Câu 12: We ___ on going camping.</w:t>
      </w:r>
    </w:p>
    <w:p>
      <w:pPr>
        <w:pStyle w:val="ListParagraph"/>
      </w:pPr>
      <w:r>
        <w:rPr>
          <w:sz w:val="22"/>
        </w:rPr>
        <w:t>A. is keen</w:t>
      </w:r>
    </w:p>
    <w:p>
      <w:pPr>
        <w:pStyle w:val="ListParagraph"/>
      </w:pPr>
      <w:r>
        <w:rPr>
          <w:sz w:val="22"/>
        </w:rPr>
        <w:t>B. am keen</w:t>
      </w:r>
    </w:p>
    <w:p>
      <w:pPr>
        <w:pStyle w:val="ListParagraph"/>
      </w:pPr>
      <w:r>
        <w:rPr>
          <w:sz w:val="22"/>
        </w:rPr>
        <w:t>C. be keen</w:t>
      </w:r>
    </w:p>
    <w:p>
      <w:pPr>
        <w:pStyle w:val="ListParagraph"/>
      </w:pPr>
      <w:r>
        <w:rPr>
          <w:sz w:val="22"/>
        </w:rPr>
        <w:t>D. are keen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