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Quốc gia nào sau đây đã thành lập nhà nước chuyên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Quốc gia nào sau đây đã thành lập nhà nước chuyên chính vô sản đầu tiên trên thế giới?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Pháp.</w:t>
      </w:r>
    </w:p>
    <w:p>
      <w:pPr>
        <w:pStyle w:val="ListParagraph"/>
      </w:pPr>
      <w:r>
        <w:rPr>
          <w:sz w:val="22"/>
        </w:rPr>
        <w:t>C. Liên Xô.</w:t>
      </w:r>
    </w:p>
    <w:p>
      <w:pPr>
        <w:pStyle w:val="ListParagraph"/>
      </w:pPr>
      <w:r>
        <w:rPr>
          <w:sz w:val="22"/>
        </w:rPr>
        <w:t>D. Mỹ.</w:t>
      </w:r>
    </w:p>
    <w:p/>
    <w:p>
      <w:r>
        <w:rPr>
          <w:b/>
          <w:sz w:val="24"/>
        </w:rPr>
        <w:t>Câu 2: Cách mạng tháng Hai năm 1917 ở Nga đã lật đổ</w:t>
      </w:r>
    </w:p>
    <w:p>
      <w:pPr>
        <w:pStyle w:val="ListParagraph"/>
      </w:pPr>
      <w:r>
        <w:rPr>
          <w:sz w:val="22"/>
        </w:rPr>
        <w:t>A. chế độ quân chủ chuyên chế.</w:t>
      </w:r>
    </w:p>
    <w:p>
      <w:pPr>
        <w:pStyle w:val="ListParagraph"/>
      </w:pPr>
      <w:r>
        <w:rPr>
          <w:sz w:val="22"/>
        </w:rPr>
        <w:t>B. chế độ độc tài quân sự.</w:t>
      </w:r>
    </w:p>
    <w:p>
      <w:pPr>
        <w:pStyle w:val="ListParagraph"/>
      </w:pPr>
      <w:r>
        <w:rPr>
          <w:sz w:val="22"/>
        </w:rPr>
        <w:t>C. chính phủ tư sản lâm thời.</w:t>
      </w:r>
    </w:p>
    <w:p>
      <w:pPr>
        <w:pStyle w:val="ListParagraph"/>
      </w:pPr>
      <w:r>
        <w:rPr>
          <w:sz w:val="22"/>
        </w:rPr>
        <w:t>D. chính quyền Xô viết.</w:t>
      </w:r>
    </w:p>
    <w:p/>
    <w:p>
      <w:r>
        <w:rPr>
          <w:b/>
          <w:sz w:val="24"/>
        </w:rPr>
        <w:t>Câu 3: Sau Cách mạng tháng Hai năm 1917, chính quyền cách mạng của quần chúng nhân dân được thiết lập ở nước Nga được gọi là</w:t>
      </w:r>
    </w:p>
    <w:p>
      <w:pPr>
        <w:pStyle w:val="ListParagraph"/>
      </w:pPr>
      <w:r>
        <w:rPr>
          <w:sz w:val="22"/>
        </w:rPr>
        <w:t>A. chính phủ tư sản lâm thời.</w:t>
      </w:r>
    </w:p>
    <w:p>
      <w:pPr>
        <w:pStyle w:val="ListParagraph"/>
      </w:pPr>
      <w:r>
        <w:rPr>
          <w:sz w:val="22"/>
        </w:rPr>
        <w:t>B. chính phủ dân tộc dân chủ.</w:t>
      </w:r>
    </w:p>
    <w:p>
      <w:pPr>
        <w:pStyle w:val="ListParagraph"/>
      </w:pPr>
      <w:r>
        <w:rPr>
          <w:sz w:val="22"/>
        </w:rPr>
        <w:t>C. chính quyền Xô viết.</w:t>
      </w:r>
    </w:p>
    <w:p>
      <w:pPr>
        <w:pStyle w:val="ListParagraph"/>
      </w:pPr>
      <w:r>
        <w:rPr>
          <w:sz w:val="22"/>
        </w:rPr>
        <w:t>D. chính phủ dân chủ cộng hòa.</w:t>
      </w:r>
    </w:p>
    <w:p/>
    <w:p>
      <w:r>
        <w:rPr>
          <w:b/>
          <w:sz w:val="24"/>
        </w:rPr>
        <w:t>Câu 4: Đặc điểm nổi bật của tình hình nước Nga sau Cách mạng tháng Hai năm 1917 là</w:t>
      </w:r>
    </w:p>
    <w:p>
      <w:pPr>
        <w:pStyle w:val="ListParagraph"/>
      </w:pPr>
      <w:r>
        <w:rPr>
          <w:sz w:val="22"/>
        </w:rPr>
        <w:t>A. hai chính quyền song song tồn tại.</w:t>
      </w:r>
    </w:p>
    <w:p>
      <w:pPr>
        <w:pStyle w:val="ListParagraph"/>
      </w:pPr>
      <w:r>
        <w:rPr>
          <w:sz w:val="22"/>
        </w:rPr>
        <w:t>B. nhân dân lên nắm chính quyền.</w:t>
      </w:r>
    </w:p>
    <w:p>
      <w:pPr>
        <w:pStyle w:val="ListParagraph"/>
      </w:pPr>
      <w:r>
        <w:rPr>
          <w:sz w:val="22"/>
        </w:rPr>
        <w:t>C. ba chính quyền tồn tại đồng thời.</w:t>
      </w:r>
    </w:p>
    <w:p>
      <w:pPr>
        <w:pStyle w:val="ListParagraph"/>
      </w:pPr>
      <w:r>
        <w:rPr>
          <w:sz w:val="22"/>
        </w:rPr>
        <w:t>D. giai cấp tư sản nắm chính quyền.</w:t>
      </w:r>
    </w:p>
    <w:p/>
    <w:p>
      <w:r>
        <w:rPr>
          <w:b/>
          <w:sz w:val="24"/>
        </w:rPr>
        <w:t>Câu 5: Cuộc Cách mạng tháng Mười ở Nga năm 1917 thắng lợi đã</w:t>
      </w:r>
    </w:p>
    <w:p>
      <w:pPr>
        <w:pStyle w:val="ListParagraph"/>
      </w:pPr>
      <w:r>
        <w:rPr>
          <w:sz w:val="22"/>
        </w:rPr>
        <w:t>A. lật đổ chế độ quân chủ chuyên chế.</w:t>
      </w:r>
    </w:p>
    <w:p>
      <w:pPr>
        <w:pStyle w:val="ListParagraph"/>
      </w:pPr>
      <w:r>
        <w:rPr>
          <w:sz w:val="22"/>
        </w:rPr>
        <w:t>B. lật đổ được chế độ phong kiến Nga hoàng.</w:t>
      </w:r>
    </w:p>
    <w:p>
      <w:pPr>
        <w:pStyle w:val="ListParagraph"/>
      </w:pPr>
      <w:r>
        <w:rPr>
          <w:sz w:val="22"/>
        </w:rPr>
        <w:t>C. lật đổ chính phủ lâm thời của giai cấp tư sản.</w:t>
      </w:r>
    </w:p>
    <w:p>
      <w:pPr>
        <w:pStyle w:val="ListParagraph"/>
      </w:pPr>
      <w:r>
        <w:rPr>
          <w:sz w:val="22"/>
        </w:rPr>
        <w:t>D. giành được thắng lợi trong cuộc chiến tranh thế giới.</w:t>
      </w:r>
    </w:p>
    <w:p/>
    <w:p>
      <w:r>
        <w:rPr>
          <w:b/>
          <w:sz w:val="24"/>
        </w:rPr>
        <w:t>Câu 6: Cuộc Cách mạng tháng Mười ở Nga (1917) đã</w:t>
      </w:r>
    </w:p>
    <w:p>
      <w:pPr>
        <w:pStyle w:val="ListParagraph"/>
      </w:pPr>
      <w:r>
        <w:rPr>
          <w:sz w:val="22"/>
        </w:rPr>
        <w:t>A. dẫn đến sự thành lập chính quyền Xô viết.</w:t>
      </w:r>
    </w:p>
    <w:p>
      <w:pPr>
        <w:pStyle w:val="ListParagraph"/>
      </w:pPr>
      <w:r>
        <w:rPr>
          <w:sz w:val="22"/>
        </w:rPr>
        <w:t>B. thành lập chính quyền phong kiến của Nga hoàng.</w:t>
      </w:r>
    </w:p>
    <w:p>
      <w:pPr>
        <w:pStyle w:val="ListParagraph"/>
      </w:pPr>
      <w:r>
        <w:rPr>
          <w:sz w:val="22"/>
        </w:rPr>
        <w:t>C. dẫn đến việc tham gia chiến tranh thế giới của Nga.</w:t>
      </w:r>
    </w:p>
    <w:p>
      <w:pPr>
        <w:pStyle w:val="ListParagraph"/>
      </w:pPr>
      <w:r>
        <w:rPr>
          <w:sz w:val="22"/>
        </w:rPr>
        <w:t>D. thành lập được chính phủ lâm thời của giai cấp tư sản.</w:t>
      </w:r>
    </w:p>
    <w:p/>
    <w:p>
      <w:r>
        <w:rPr>
          <w:b/>
          <w:sz w:val="24"/>
        </w:rPr>
        <w:t>Câu 7: Năm 1917, nước Nga diễn ra hai cuộc cách mạng xã hội đều gắn với sự lãnh đạo của</w:t>
      </w:r>
    </w:p>
    <w:p>
      <w:pPr>
        <w:pStyle w:val="ListParagraph"/>
      </w:pPr>
      <w:r>
        <w:rPr>
          <w:sz w:val="22"/>
        </w:rPr>
        <w:t>A. giai cấp tư sản.</w:t>
      </w:r>
    </w:p>
    <w:p>
      <w:pPr>
        <w:pStyle w:val="ListParagraph"/>
      </w:pPr>
      <w:r>
        <w:rPr>
          <w:sz w:val="22"/>
        </w:rPr>
        <w:t>B. giai cấp vô sản.</w:t>
      </w:r>
    </w:p>
    <w:p>
      <w:pPr>
        <w:pStyle w:val="ListParagraph"/>
      </w:pPr>
      <w:r>
        <w:rPr>
          <w:sz w:val="22"/>
        </w:rPr>
        <w:t>C. tầng lớp tiểu tư sản trí thức.</w:t>
      </w:r>
    </w:p>
    <w:p>
      <w:pPr>
        <w:pStyle w:val="ListParagraph"/>
      </w:pPr>
      <w:r>
        <w:rPr>
          <w:sz w:val="22"/>
        </w:rPr>
        <w:t>D. giai cấp địa chủ phong kiến.</w:t>
      </w:r>
    </w:p>
    <w:p/>
    <w:p>
      <w:r>
        <w:rPr>
          <w:b/>
          <w:sz w:val="24"/>
        </w:rPr>
        <w:t>Câu 8: Năm 1922, Đại hội lần thứ nhất các Xô viết toàn Liên bang đã thông qua</w:t>
      </w:r>
    </w:p>
    <w:p>
      <w:pPr>
        <w:pStyle w:val="ListParagraph"/>
      </w:pPr>
      <w:r>
        <w:rPr>
          <w:sz w:val="22"/>
        </w:rPr>
        <w:t>A. Tuyên ngôn thành lập Liên bang Cộng hòa xã hội chủ nghĩa Xô viết.</w:t>
      </w:r>
    </w:p>
    <w:p>
      <w:pPr>
        <w:pStyle w:val="ListParagraph"/>
      </w:pPr>
      <w:r>
        <w:rPr>
          <w:sz w:val="22"/>
        </w:rPr>
        <w:t>B. Hiến pháp đầu tiến của Liên bang Cộng hòa xã hội chủ nghĩa Xô viết.</w:t>
      </w:r>
    </w:p>
    <w:p>
      <w:pPr>
        <w:pStyle w:val="ListParagraph"/>
      </w:pPr>
      <w:r>
        <w:rPr>
          <w:sz w:val="22"/>
        </w:rPr>
        <w:t>C. Cương lĩnh xây dựng đất nước tiến lên chủ nghĩa xã hội.</w:t>
      </w:r>
    </w:p>
    <w:p>
      <w:pPr>
        <w:pStyle w:val="ListParagraph"/>
      </w:pPr>
      <w:r>
        <w:rPr>
          <w:sz w:val="22"/>
        </w:rPr>
        <w:t>D. Báo cáo chính trị và báo cáo sửa đổi điều lệ Đảng Cộng sản.</w:t>
      </w:r>
    </w:p>
    <w:p/>
    <w:p>
      <w:r>
        <w:rPr>
          <w:b/>
          <w:sz w:val="24"/>
        </w:rPr>
        <w:t>Câu 9: Ngày 30/12/1922, nhà nước Liên Xô được thành lập - Liên Xô là tên gọi tắt của</w:t>
      </w:r>
    </w:p>
    <w:p>
      <w:pPr>
        <w:pStyle w:val="ListParagraph"/>
      </w:pPr>
      <w:r>
        <w:rPr>
          <w:sz w:val="22"/>
        </w:rPr>
        <w:t>A. Liên kết Cộng đồng các dân tộc ở Xô viết.</w:t>
      </w:r>
    </w:p>
    <w:p>
      <w:pPr>
        <w:pStyle w:val="ListParagraph"/>
      </w:pPr>
      <w:r>
        <w:rPr>
          <w:sz w:val="22"/>
        </w:rPr>
        <w:t>B. Liên minh các quốc gia Xô viết chống đế quốc.</w:t>
      </w:r>
    </w:p>
    <w:p>
      <w:pPr>
        <w:pStyle w:val="ListParagraph"/>
      </w:pPr>
      <w:r>
        <w:rPr>
          <w:sz w:val="22"/>
        </w:rPr>
        <w:t>C. Liên bang Cộng hòa xã hội chủ nghĩa Xô viết.</w:t>
      </w:r>
    </w:p>
    <w:p>
      <w:pPr>
        <w:pStyle w:val="ListParagraph"/>
      </w:pPr>
      <w:r>
        <w:rPr>
          <w:sz w:val="22"/>
        </w:rPr>
        <w:t>D. Liên lạc, hỗ trợ lẫn nhau giữa các dân tộc Xô viết.</w:t>
      </w:r>
    </w:p>
    <w:p/>
    <w:p>
      <w:r>
        <w:rPr>
          <w:b/>
          <w:sz w:val="24"/>
        </w:rPr>
        <w:t>Câu 10: Năm 1924, bản Hiến pháp đầu tiên của Liên Xô được thông qua, sự kiện này đã</w:t>
      </w:r>
    </w:p>
    <w:p>
      <w:pPr>
        <w:pStyle w:val="ListParagraph"/>
      </w:pPr>
      <w:r>
        <w:rPr>
          <w:sz w:val="22"/>
        </w:rPr>
        <w:t>A. đánh dấu chế độ phong kiến ở Liên Xô sụp đổ.</w:t>
      </w:r>
    </w:p>
    <w:p>
      <w:pPr>
        <w:pStyle w:val="ListParagraph"/>
      </w:pPr>
      <w:r>
        <w:rPr>
          <w:sz w:val="22"/>
        </w:rPr>
        <w:t>B. hoàn thành quá trình thành lập nhà nước Liên Xô.</w:t>
      </w:r>
    </w:p>
    <w:p>
      <w:pPr>
        <w:pStyle w:val="ListParagraph"/>
      </w:pPr>
      <w:r>
        <w:rPr>
          <w:sz w:val="22"/>
        </w:rPr>
        <w:t>C. chấm dứt sự tồn tại chính phủ lâm thời của giai cấp tư sản.</w:t>
      </w:r>
    </w:p>
    <w:p>
      <w:pPr>
        <w:pStyle w:val="ListParagraph"/>
      </w:pPr>
      <w:r>
        <w:rPr>
          <w:sz w:val="22"/>
        </w:rPr>
        <w:t>D. đánh dấu chủ nghĩa xã hội trở thành một hệ thống.</w:t>
      </w:r>
    </w:p>
    <w:p/>
    <w:p>
      <w:r>
        <w:rPr>
          <w:b/>
          <w:sz w:val="24"/>
        </w:rPr>
        <w:t>Câu 11: Sự ra đời của Liên bang Cộng hòa xã hội chủ nghĩa Xô viết (1922) đã</w:t>
      </w:r>
    </w:p>
    <w:p>
      <w:pPr>
        <w:pStyle w:val="ListParagraph"/>
      </w:pPr>
      <w:r>
        <w:rPr>
          <w:sz w:val="22"/>
        </w:rPr>
        <w:t>A. giải phóng các dân tộc trên toàn thế giới.</w:t>
      </w:r>
    </w:p>
    <w:p>
      <w:pPr>
        <w:pStyle w:val="ListParagraph"/>
      </w:pPr>
      <w:r>
        <w:rPr>
          <w:sz w:val="22"/>
        </w:rPr>
        <w:t>B. liên kết phong trào công nhân các nước tư bản.</w:t>
      </w:r>
    </w:p>
    <w:p>
      <w:pPr>
        <w:pStyle w:val="ListParagraph"/>
      </w:pPr>
      <w:r>
        <w:rPr>
          <w:sz w:val="22"/>
        </w:rPr>
        <w:t>C. tạo sức mạnh tổng hợp để xây dựng đất nước.</w:t>
      </w:r>
    </w:p>
    <w:p>
      <w:pPr>
        <w:pStyle w:val="ListParagraph"/>
      </w:pPr>
      <w:r>
        <w:rPr>
          <w:sz w:val="22"/>
        </w:rPr>
        <w:t>D. đập tan âm mưu xâm lược của các nước đế quốc.</w:t>
      </w:r>
    </w:p>
    <w:p/>
    <w:p>
      <w:r>
        <w:rPr>
          <w:b/>
          <w:sz w:val="24"/>
        </w:rPr>
        <w:t>Câu 12: Lãnh đạo cách mạng tháng Mười Nga năm 1917 là</w:t>
      </w:r>
    </w:p>
    <w:p>
      <w:pPr>
        <w:pStyle w:val="ListParagraph"/>
      </w:pPr>
      <w:r>
        <w:rPr>
          <w:sz w:val="22"/>
        </w:rPr>
        <w:t>A. Karl Marx.</w:t>
      </w:r>
    </w:p>
    <w:p>
      <w:pPr>
        <w:pStyle w:val="ListParagraph"/>
      </w:pPr>
      <w:r>
        <w:rPr>
          <w:sz w:val="22"/>
        </w:rPr>
        <w:t>B. Friedrich Engels.</w:t>
      </w:r>
    </w:p>
    <w:p>
      <w:pPr>
        <w:pStyle w:val="ListParagraph"/>
      </w:pPr>
      <w:r>
        <w:rPr>
          <w:sz w:val="22"/>
        </w:rPr>
        <w:t>C. Joseph Stalin.</w:t>
      </w:r>
    </w:p>
    <w:p>
      <w:pPr>
        <w:pStyle w:val="ListParagraph"/>
      </w:pPr>
      <w:r>
        <w:rPr>
          <w:sz w:val="22"/>
        </w:rPr>
        <w:t>D. Vladimir Ilyich Lenin.</w:t>
      </w:r>
    </w:p>
    <w:p/>
    <w:p>
      <w:r>
        <w:rPr>
          <w:b/>
          <w:sz w:val="24"/>
        </w:rPr>
        <w:t>Câu 13: Liên bang Cộng hoà xã hội chủ nghĩa Xô viết được thành lập trong bối cảnh lịch sử nào sau đây?</w:t>
      </w:r>
    </w:p>
    <w:p>
      <w:pPr>
        <w:pStyle w:val="ListParagraph"/>
      </w:pPr>
      <w:r>
        <w:rPr>
          <w:sz w:val="22"/>
        </w:rPr>
        <w:t>A. Các nước cộng hòa Xô viết phát triển không đồng đều về kinh tế.</w:t>
      </w:r>
    </w:p>
    <w:p>
      <w:pPr>
        <w:pStyle w:val="ListParagraph"/>
      </w:pPr>
      <w:r>
        <w:rPr>
          <w:sz w:val="22"/>
        </w:rPr>
        <w:t>B. Mâu thuẫn giữa các dân tộc Nga với chế độ Nga hoàng gay gắt.</w:t>
      </w:r>
    </w:p>
    <w:p>
      <w:pPr>
        <w:pStyle w:val="ListParagraph"/>
      </w:pPr>
      <w:r>
        <w:rPr>
          <w:sz w:val="22"/>
        </w:rPr>
        <w:t>C. Các nước cộng hòa Xô viết có sự thống nhất về chính sách phát triển.</w:t>
      </w:r>
    </w:p>
    <w:p>
      <w:pPr>
        <w:pStyle w:val="ListParagraph"/>
      </w:pPr>
      <w:r>
        <w:rPr>
          <w:sz w:val="22"/>
        </w:rPr>
        <w:t>D. Mâu thuẫn giữa nước Nga với các nước cộng hòa Xô viết gay gắt.</w:t>
      </w:r>
    </w:p>
    <w:p/>
    <w:p>
      <w:r>
        <w:rPr>
          <w:b/>
          <w:sz w:val="24"/>
        </w:rPr>
        <w:t>Câu 14: Mục tiêu của việc thành lập Liên bang Cộng hòa xã hội chủ nghĩa Xô viết là</w:t>
      </w:r>
    </w:p>
    <w:p>
      <w:pPr>
        <w:pStyle w:val="ListParagraph"/>
      </w:pPr>
      <w:r>
        <w:rPr>
          <w:sz w:val="22"/>
        </w:rPr>
        <w:t>A. chống lại sự tấn công của 14 nước đế quốc.</w:t>
      </w:r>
    </w:p>
    <w:p>
      <w:pPr>
        <w:pStyle w:val="ListParagraph"/>
      </w:pPr>
      <w:r>
        <w:rPr>
          <w:sz w:val="22"/>
        </w:rPr>
        <w:t>B. thực hiện hiệu quả Chính sách kinh tế mới.</w:t>
      </w:r>
    </w:p>
    <w:p>
      <w:pPr>
        <w:pStyle w:val="ListParagraph"/>
      </w:pPr>
      <w:r>
        <w:rPr>
          <w:sz w:val="22"/>
        </w:rPr>
        <w:t>C. hợp tác, giúp đỡ lẫn nhau để cùng phát triển.</w:t>
      </w:r>
    </w:p>
    <w:p>
      <w:pPr>
        <w:pStyle w:val="ListParagraph"/>
      </w:pPr>
      <w:r>
        <w:rPr>
          <w:sz w:val="22"/>
        </w:rPr>
        <w:t>D. chống lại cuộc tấn công của phát xít Đức.</w:t>
      </w:r>
    </w:p>
    <w:p/>
    <w:p>
      <w:r>
        <w:rPr>
          <w:b/>
          <w:sz w:val="24"/>
        </w:rPr>
        <w:t>Câu 15: Một trong những tư tưởng chỉ đạo của Lê-nin trong việc thành lập Liên bang Cộng hòa xã hội chủ nghĩa Xô viết năm 1922 là</w:t>
      </w:r>
    </w:p>
    <w:p>
      <w:pPr>
        <w:pStyle w:val="ListParagraph"/>
      </w:pPr>
      <w:r>
        <w:rPr>
          <w:sz w:val="22"/>
        </w:rPr>
        <w:t>A. sự bình đẳng về mọi mặt.</w:t>
      </w:r>
    </w:p>
    <w:p>
      <w:pPr>
        <w:pStyle w:val="ListParagraph"/>
      </w:pPr>
      <w:r>
        <w:rPr>
          <w:sz w:val="22"/>
        </w:rPr>
        <w:t>B. phân biệt về tôn giáo.</w:t>
      </w:r>
    </w:p>
    <w:p>
      <w:pPr>
        <w:pStyle w:val="ListParagraph"/>
      </w:pPr>
      <w:r>
        <w:rPr>
          <w:sz w:val="22"/>
        </w:rPr>
        <w:t>C. đồng hóa về văn hóa.</w:t>
      </w:r>
    </w:p>
    <w:p>
      <w:pPr>
        <w:pStyle w:val="ListParagraph"/>
      </w:pPr>
      <w:r>
        <w:rPr>
          <w:sz w:val="22"/>
        </w:rPr>
        <w:t>D. phân biệt về chủng tộc.</w:t>
      </w:r>
    </w:p>
    <w:p/>
    <w:p>
      <w:r>
        <w:rPr>
          <w:b/>
          <w:sz w:val="24"/>
        </w:rPr>
        <w:t>Câu 16: Nội dung nào sau đây phản ánh đúng sự ra đời của Liên bang Cộng hòa xã hội chủ nghĩa Xô viết năm 1922?</w:t>
      </w:r>
    </w:p>
    <w:p>
      <w:pPr>
        <w:pStyle w:val="ListParagraph"/>
      </w:pPr>
      <w:r>
        <w:rPr>
          <w:sz w:val="22"/>
        </w:rPr>
        <w:t>A. Phù hợp với lợi ích chung của các dân tộc trên đất nước Xô viết.</w:t>
      </w:r>
    </w:p>
    <w:p>
      <w:pPr>
        <w:pStyle w:val="ListParagraph"/>
      </w:pPr>
      <w:r>
        <w:rPr>
          <w:sz w:val="22"/>
        </w:rPr>
        <w:t>B. Phù hợp với xu thế phát triển chung của thế giới lúc bấy giờ.</w:t>
      </w:r>
    </w:p>
    <w:p>
      <w:pPr>
        <w:pStyle w:val="ListParagraph"/>
      </w:pPr>
      <w:r>
        <w:rPr>
          <w:sz w:val="22"/>
        </w:rPr>
        <w:t>C. Đáp ứng được nhiệm vụ cấp bách trong đấu tranh chống ngoại xâm.</w:t>
      </w:r>
    </w:p>
    <w:p>
      <w:pPr>
        <w:pStyle w:val="ListParagraph"/>
      </w:pPr>
      <w:r>
        <w:rPr>
          <w:sz w:val="22"/>
        </w:rPr>
        <w:t>D. Chưa phù hợp với nguyện vọng các dân tộc trên đất nước Xô viết.</w:t>
      </w:r>
    </w:p>
    <w:p/>
    <w:p>
      <w:r>
        <w:rPr>
          <w:b/>
          <w:sz w:val="24"/>
        </w:rPr>
        <w:t>Câu 17: Đối với thế giới, sự ra đời của Liên bang Cộng hoà xã hội chủ nghĩa Xô viết không có ý nghĩa nào sau đây?</w:t>
      </w:r>
    </w:p>
    <w:p>
      <w:pPr>
        <w:pStyle w:val="ListParagraph"/>
      </w:pPr>
      <w:r>
        <w:rPr>
          <w:sz w:val="22"/>
        </w:rPr>
        <w:t>A. Tăng cường vị thế của nhà nước Liên Xô trên trường quốc tế.</w:t>
      </w:r>
    </w:p>
    <w:p>
      <w:pPr>
        <w:pStyle w:val="ListParagraph"/>
      </w:pPr>
      <w:r>
        <w:rPr>
          <w:sz w:val="22"/>
        </w:rPr>
        <w:t>B. Cổ vũ mạnh mẽ phong trào giải phóng dân tộc trên thế giới.</w:t>
      </w:r>
    </w:p>
    <w:p>
      <w:pPr>
        <w:pStyle w:val="ListParagraph"/>
      </w:pPr>
      <w:r>
        <w:rPr>
          <w:sz w:val="22"/>
        </w:rPr>
        <w:t>C. Để lại nhiều bài học kinh nghiệm quý báu về mô hình nhà nước.</w:t>
      </w:r>
    </w:p>
    <w:p>
      <w:pPr>
        <w:pStyle w:val="ListParagraph"/>
      </w:pPr>
      <w:r>
        <w:rPr>
          <w:sz w:val="22"/>
        </w:rPr>
        <w:t>D. Chứng minh học thuyết Mác – Lê-nin là đúng đắn, khoa học.</w:t>
      </w:r>
    </w:p>
    <w:p/>
    <w:p>
      <w:r>
        <w:rPr>
          <w:b/>
          <w:sz w:val="24"/>
        </w:rPr>
        <w:t>Câu 18: Một trong những quốc gia đầu tiên gia nhập Liên bang Cộng hoà xã hội chủ nghĩa Xô viết năm 1922 là</w:t>
      </w:r>
    </w:p>
    <w:p>
      <w:pPr>
        <w:pStyle w:val="ListParagraph"/>
      </w:pPr>
      <w:r>
        <w:rPr>
          <w:sz w:val="22"/>
        </w:rPr>
        <w:t>A. Nga.</w:t>
      </w:r>
    </w:p>
    <w:p>
      <w:pPr>
        <w:pStyle w:val="ListParagraph"/>
      </w:pPr>
      <w:r>
        <w:rPr>
          <w:sz w:val="22"/>
        </w:rPr>
        <w:t>B. Nhật Bản.</w:t>
      </w:r>
    </w:p>
    <w:p>
      <w:pPr>
        <w:pStyle w:val="ListParagraph"/>
      </w:pPr>
      <w:r>
        <w:rPr>
          <w:sz w:val="22"/>
        </w:rPr>
        <w:t>C. Campuchia.</w:t>
      </w:r>
    </w:p>
    <w:p>
      <w:pPr>
        <w:pStyle w:val="ListParagraph"/>
      </w:pPr>
      <w:r>
        <w:rPr>
          <w:sz w:val="22"/>
        </w:rPr>
        <w:t>D. Lào.</w:t>
      </w:r>
    </w:p>
    <w:p/>
    <w:p>
      <w:r>
        <w:rPr>
          <w:b/>
          <w:sz w:val="24"/>
        </w:rPr>
        <w:t>Câu 19: Khi mới thành lập, Liên bang Cộng hòa xã hội chủ nghĩa Xô viết gồm 4 nước Cộng hòa là</w:t>
      </w:r>
    </w:p>
    <w:p>
      <w:pPr>
        <w:pStyle w:val="ListParagraph"/>
      </w:pPr>
      <w:r>
        <w:rPr>
          <w:sz w:val="22"/>
        </w:rPr>
        <w:t>A. Nga, Ukraina, Belarus và Ngoại Caucasus.</w:t>
      </w:r>
    </w:p>
    <w:p>
      <w:pPr>
        <w:pStyle w:val="ListParagraph"/>
      </w:pPr>
      <w:r>
        <w:rPr>
          <w:sz w:val="22"/>
        </w:rPr>
        <w:t>B. Nga, Hungary, Belarus và Ngoại Caucasus.</w:t>
      </w:r>
    </w:p>
    <w:p>
      <w:pPr>
        <w:pStyle w:val="ListParagraph"/>
      </w:pPr>
      <w:r>
        <w:rPr>
          <w:sz w:val="22"/>
        </w:rPr>
        <w:t>C. Nga, Hungary, Bulgaria và Ngoại Caucasus.</w:t>
      </w:r>
    </w:p>
    <w:p>
      <w:pPr>
        <w:pStyle w:val="ListParagraph"/>
      </w:pPr>
      <w:r>
        <w:rPr>
          <w:sz w:val="22"/>
        </w:rPr>
        <w:t>D. Liên Xô, Hungary, Bulgaria và Ngoại Caucasus.</w:t>
      </w:r>
    </w:p>
    <w:p/>
    <w:p>
      <w:r>
        <w:rPr>
          <w:b/>
          <w:sz w:val="24"/>
        </w:rPr>
        <w:t>Câu 20: Liên bang Cộng hòa xã hội chủ nghĩa Xô viết ra đời năm 1922 đã</w:t>
      </w:r>
    </w:p>
    <w:p>
      <w:pPr>
        <w:pStyle w:val="ListParagraph"/>
      </w:pPr>
      <w:r>
        <w:rPr>
          <w:sz w:val="22"/>
        </w:rPr>
        <w:t>A. đánh dấu Liên Xô hoàn thành công cuộc đấu tranh chống thù trong, giặc ngoài.</w:t>
      </w:r>
    </w:p>
    <w:p>
      <w:pPr>
        <w:pStyle w:val="ListParagraph"/>
      </w:pPr>
      <w:r>
        <w:rPr>
          <w:sz w:val="22"/>
        </w:rPr>
        <w:t>B. chứng tỏ chế độ quân chủ chuyên chế do Nga hoàng đứng đầu hoàn toàn sụp đổ.</w:t>
      </w:r>
    </w:p>
    <w:p>
      <w:pPr>
        <w:pStyle w:val="ListParagraph"/>
      </w:pPr>
      <w:r>
        <w:rPr>
          <w:sz w:val="22"/>
        </w:rPr>
        <w:t>C. đánh dấu sự xác lập chế độ xã hội chủ nghĩa trên toàn lãnh thổ Liên Xô rộng lớn.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