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25câu bài tập tiếng anh về phrasal verbs, Wh-...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Can you ___ my cat while I'm away?</w:t>
      </w:r>
    </w:p>
    <w:p>
      <w:pPr>
        <w:pStyle w:val="ListParagraph"/>
      </w:pPr>
      <w:r>
        <w:rPr>
          <w:sz w:val="22"/>
        </w:rPr>
        <w:t>A. look after</w:t>
      </w:r>
    </w:p>
    <w:p>
      <w:pPr>
        <w:pStyle w:val="ListParagraph"/>
      </w:pPr>
      <w:r>
        <w:rPr>
          <w:sz w:val="22"/>
        </w:rPr>
        <w:t>B. look for</w:t>
      </w:r>
    </w:p>
    <w:p>
      <w:pPr>
        <w:pStyle w:val="ListParagraph"/>
      </w:pPr>
      <w:r>
        <w:rPr>
          <w:sz w:val="22"/>
        </w:rPr>
        <w:t>C. look up</w:t>
      </w:r>
    </w:p>
    <w:p>
      <w:pPr>
        <w:pStyle w:val="ListParagraph"/>
      </w:pPr>
      <w:r>
        <w:rPr>
          <w:sz w:val="22"/>
        </w:rPr>
        <w:t>D. look forward to</w:t>
      </w:r>
    </w:p>
    <w:p/>
    <w:p>
      <w:r>
        <w:rPr>
          <w:b/>
          <w:sz w:val="24"/>
        </w:rPr>
        <w:t>Câu 2: He tried to ___ his bad habits.</w:t>
      </w:r>
    </w:p>
    <w:p>
      <w:pPr>
        <w:pStyle w:val="ListParagraph"/>
      </w:pPr>
      <w:r>
        <w:rPr>
          <w:sz w:val="22"/>
        </w:rPr>
        <w:t>A. give up</w:t>
      </w:r>
    </w:p>
    <w:p>
      <w:pPr>
        <w:pStyle w:val="ListParagraph"/>
      </w:pPr>
      <w:r>
        <w:rPr>
          <w:sz w:val="22"/>
        </w:rPr>
        <w:t>B. give in</w:t>
      </w:r>
    </w:p>
    <w:p>
      <w:pPr>
        <w:pStyle w:val="ListParagraph"/>
      </w:pPr>
      <w:r>
        <w:rPr>
          <w:sz w:val="22"/>
        </w:rPr>
        <w:t>C. give away</w:t>
      </w:r>
    </w:p>
    <w:p>
      <w:pPr>
        <w:pStyle w:val="ListParagraph"/>
      </w:pPr>
      <w:r>
        <w:rPr>
          <w:sz w:val="22"/>
        </w:rPr>
        <w:t>D. give out</w:t>
      </w:r>
    </w:p>
    <w:p/>
    <w:p>
      <w:r>
        <w:rPr>
          <w:b/>
          <w:sz w:val="24"/>
        </w:rPr>
        <w:t>Câu 3: We need to buy more sugar because we have ___ it.</w:t>
      </w:r>
    </w:p>
    <w:p>
      <w:pPr>
        <w:pStyle w:val="ListParagraph"/>
      </w:pPr>
      <w:r>
        <w:rPr>
          <w:sz w:val="22"/>
        </w:rPr>
        <w:t>A. run out of</w:t>
      </w:r>
    </w:p>
    <w:p>
      <w:pPr>
        <w:pStyle w:val="ListParagraph"/>
      </w:pPr>
      <w:r>
        <w:rPr>
          <w:sz w:val="22"/>
        </w:rPr>
        <w:t>B. run into</w:t>
      </w:r>
    </w:p>
    <w:p>
      <w:pPr>
        <w:pStyle w:val="ListParagraph"/>
      </w:pPr>
      <w:r>
        <w:rPr>
          <w:sz w:val="22"/>
        </w:rPr>
        <w:t>C. run after</w:t>
      </w:r>
    </w:p>
    <w:p>
      <w:pPr>
        <w:pStyle w:val="ListParagraph"/>
      </w:pPr>
      <w:r>
        <w:rPr>
          <w:sz w:val="22"/>
        </w:rPr>
        <w:t>D. run over</w:t>
      </w:r>
    </w:p>
    <w:p/>
    <w:p>
      <w:r>
        <w:rPr>
          <w:b/>
          <w:sz w:val="24"/>
        </w:rPr>
        <w:t>Câu 4: The meeting was ___ until next week.</w:t>
      </w:r>
    </w:p>
    <w:p>
      <w:pPr>
        <w:pStyle w:val="ListParagraph"/>
      </w:pPr>
      <w:r>
        <w:rPr>
          <w:sz w:val="22"/>
        </w:rPr>
        <w:t>A. put off</w:t>
      </w:r>
    </w:p>
    <w:p>
      <w:pPr>
        <w:pStyle w:val="ListParagraph"/>
      </w:pPr>
      <w:r>
        <w:rPr>
          <w:sz w:val="22"/>
        </w:rPr>
        <w:t>B. put on</w:t>
      </w:r>
    </w:p>
    <w:p>
      <w:pPr>
        <w:pStyle w:val="ListParagraph"/>
      </w:pPr>
      <w:r>
        <w:rPr>
          <w:sz w:val="22"/>
        </w:rPr>
        <w:t>C. put away</w:t>
      </w:r>
    </w:p>
    <w:p>
      <w:pPr>
        <w:pStyle w:val="ListParagraph"/>
      </w:pPr>
      <w:r>
        <w:rPr>
          <w:sz w:val="22"/>
        </w:rPr>
        <w:t>D. put up</w:t>
      </w:r>
    </w:p>
    <w:p/>
    <w:p>
      <w:r>
        <w:rPr>
          <w:b/>
          <w:sz w:val="24"/>
        </w:rPr>
        <w:t>Câu 5: She taught me how ___ a bike.</w:t>
      </w:r>
    </w:p>
    <w:p>
      <w:pPr>
        <w:pStyle w:val="ListParagraph"/>
      </w:pPr>
      <w:r>
        <w:rPr>
          <w:sz w:val="22"/>
        </w:rPr>
        <w:t>A. ride</w:t>
      </w:r>
    </w:p>
    <w:p>
      <w:pPr>
        <w:pStyle w:val="ListParagraph"/>
      </w:pPr>
      <w:r>
        <w:rPr>
          <w:sz w:val="22"/>
        </w:rPr>
        <w:t>B. to ride</w:t>
      </w:r>
    </w:p>
    <w:p>
      <w:pPr>
        <w:pStyle w:val="ListParagraph"/>
      </w:pPr>
      <w:r>
        <w:rPr>
          <w:sz w:val="22"/>
        </w:rPr>
        <w:t>C. riding</w:t>
      </w:r>
    </w:p>
    <w:p>
      <w:pPr>
        <w:pStyle w:val="ListParagraph"/>
      </w:pPr>
      <w:r>
        <w:rPr>
          <w:sz w:val="22"/>
        </w:rPr>
        <w:t>D. rode</w:t>
      </w:r>
    </w:p>
    <w:p/>
    <w:p>
      <w:r>
        <w:rPr>
          <w:b/>
          <w:sz w:val="24"/>
        </w:rPr>
        <w:t>Câu 6: Do you know when ___?</w:t>
      </w:r>
    </w:p>
    <w:p>
      <w:pPr>
        <w:pStyle w:val="ListParagraph"/>
      </w:pPr>
      <w:r>
        <w:rPr>
          <w:sz w:val="22"/>
        </w:rPr>
        <w:t>A. to start</w:t>
      </w:r>
    </w:p>
    <w:p>
      <w:pPr>
        <w:pStyle w:val="ListParagraph"/>
      </w:pPr>
      <w:r>
        <w:rPr>
          <w:sz w:val="22"/>
        </w:rPr>
        <w:t>B. start</w:t>
      </w:r>
    </w:p>
    <w:p>
      <w:pPr>
        <w:pStyle w:val="ListParagraph"/>
      </w:pPr>
      <w:r>
        <w:rPr>
          <w:sz w:val="22"/>
        </w:rPr>
        <w:t>C. starting</w:t>
      </w:r>
    </w:p>
    <w:p>
      <w:pPr>
        <w:pStyle w:val="ListParagraph"/>
      </w:pPr>
      <w:r>
        <w:rPr>
          <w:sz w:val="22"/>
        </w:rPr>
        <w:t>D. started</w:t>
      </w:r>
    </w:p>
    <w:p/>
    <w:p>
      <w:r>
        <w:rPr>
          <w:b/>
          <w:sz w:val="24"/>
        </w:rPr>
        <w:t>Câu 7: If you study hard, you ___ the exam.</w:t>
      </w:r>
    </w:p>
    <w:p>
      <w:pPr>
        <w:pStyle w:val="ListParagraph"/>
      </w:pPr>
      <w:r>
        <w:rPr>
          <w:sz w:val="22"/>
        </w:rPr>
        <w:t>A. pass</w:t>
      </w:r>
    </w:p>
    <w:p>
      <w:pPr>
        <w:pStyle w:val="ListParagraph"/>
      </w:pPr>
      <w:r>
        <w:rPr>
          <w:sz w:val="22"/>
        </w:rPr>
        <w:t>B. will pass</w:t>
      </w:r>
    </w:p>
    <w:p>
      <w:pPr>
        <w:pStyle w:val="ListParagraph"/>
      </w:pPr>
      <w:r>
        <w:rPr>
          <w:sz w:val="22"/>
        </w:rPr>
        <w:t>C. passed</w:t>
      </w:r>
    </w:p>
    <w:p>
      <w:pPr>
        <w:pStyle w:val="ListParagraph"/>
      </w:pPr>
      <w:r>
        <w:rPr>
          <w:sz w:val="22"/>
        </w:rPr>
        <w:t>D. would pass</w:t>
      </w:r>
    </w:p>
    <w:p/>
    <w:p>
      <w:r>
        <w:rPr>
          <w:b/>
          <w:sz w:val="24"/>
        </w:rPr>
        <w:t>Câu 8: If I have time, I ___ you.</w:t>
      </w:r>
    </w:p>
    <w:p>
      <w:pPr>
        <w:pStyle w:val="ListParagraph"/>
      </w:pPr>
      <w:r>
        <w:rPr>
          <w:sz w:val="22"/>
        </w:rPr>
        <w:t>A. help</w:t>
      </w:r>
    </w:p>
    <w:p>
      <w:pPr>
        <w:pStyle w:val="ListParagraph"/>
      </w:pPr>
      <w:r>
        <w:rPr>
          <w:sz w:val="22"/>
        </w:rPr>
        <w:t>B. will help</w:t>
      </w:r>
    </w:p>
    <w:p>
      <w:pPr>
        <w:pStyle w:val="ListParagraph"/>
      </w:pPr>
      <w:r>
        <w:rPr>
          <w:sz w:val="22"/>
        </w:rPr>
        <w:t>C. helped</w:t>
      </w:r>
    </w:p>
    <w:p>
      <w:pPr>
        <w:pStyle w:val="ListParagraph"/>
      </w:pPr>
      <w:r>
        <w:rPr>
          <w:sz w:val="22"/>
        </w:rPr>
        <w:t>D. would help</w:t>
      </w:r>
    </w:p>
    <w:p/>
    <w:p>
      <w:r>
        <w:rPr>
          <w:b/>
          <w:sz w:val="24"/>
        </w:rPr>
        <w:t>Câu 9: Unless you ___ now, you'll be late.</w:t>
      </w:r>
    </w:p>
    <w:p>
      <w:pPr>
        <w:pStyle w:val="ListParagraph"/>
      </w:pPr>
      <w:r>
        <w:rPr>
          <w:sz w:val="22"/>
        </w:rPr>
        <w:t>A. leave</w:t>
      </w:r>
    </w:p>
    <w:p>
      <w:pPr>
        <w:pStyle w:val="ListParagraph"/>
      </w:pPr>
      <w:r>
        <w:rPr>
          <w:sz w:val="22"/>
        </w:rPr>
        <w:t>B. will leave</w:t>
      </w:r>
    </w:p>
    <w:p>
      <w:pPr>
        <w:pStyle w:val="ListParagraph"/>
      </w:pPr>
      <w:r>
        <w:rPr>
          <w:sz w:val="22"/>
        </w:rPr>
        <w:t>C. left</w:t>
      </w:r>
    </w:p>
    <w:p>
      <w:pPr>
        <w:pStyle w:val="ListParagraph"/>
      </w:pPr>
      <w:r>
        <w:rPr>
          <w:sz w:val="22"/>
        </w:rPr>
        <w:t>D. would leave</w:t>
      </w:r>
    </w:p>
    <w:p/>
    <w:p>
      <w:r>
        <w:rPr>
          <w:b/>
          <w:sz w:val="24"/>
        </w:rPr>
        <w:t>Câu 10: She is too tired ___.</w:t>
      </w:r>
    </w:p>
    <w:p>
      <w:pPr>
        <w:pStyle w:val="ListParagraph"/>
      </w:pPr>
      <w:r>
        <w:rPr>
          <w:sz w:val="22"/>
        </w:rPr>
        <w:t>A. to work</w:t>
      </w:r>
    </w:p>
    <w:p>
      <w:pPr>
        <w:pStyle w:val="ListParagraph"/>
      </w:pPr>
      <w:r>
        <w:rPr>
          <w:sz w:val="22"/>
        </w:rPr>
        <w:t>B. work</w:t>
      </w:r>
    </w:p>
    <w:p>
      <w:pPr>
        <w:pStyle w:val="ListParagraph"/>
      </w:pPr>
      <w:r>
        <w:rPr>
          <w:sz w:val="22"/>
        </w:rPr>
        <w:t>C. working</w:t>
      </w:r>
    </w:p>
    <w:p>
      <w:pPr>
        <w:pStyle w:val="ListParagraph"/>
      </w:pPr>
      <w:r>
        <w:rPr>
          <w:sz w:val="22"/>
        </w:rPr>
        <w:t>D. worked</w:t>
      </w:r>
    </w:p>
    <w:p/>
    <w:p>
      <w:r>
        <w:rPr>
          <w:b/>
          <w:sz w:val="24"/>
        </w:rPr>
        <w:t>Câu 11: The water is too cold ___.</w:t>
      </w:r>
    </w:p>
    <w:p>
      <w:pPr>
        <w:pStyle w:val="ListParagraph"/>
      </w:pPr>
      <w:r>
        <w:rPr>
          <w:sz w:val="22"/>
        </w:rPr>
        <w:t>A. to drink</w:t>
      </w:r>
    </w:p>
    <w:p>
      <w:pPr>
        <w:pStyle w:val="ListParagraph"/>
      </w:pPr>
      <w:r>
        <w:rPr>
          <w:sz w:val="22"/>
        </w:rPr>
        <w:t>B. drink</w:t>
      </w:r>
    </w:p>
    <w:p>
      <w:pPr>
        <w:pStyle w:val="ListParagraph"/>
      </w:pPr>
      <w:r>
        <w:rPr>
          <w:sz w:val="22"/>
        </w:rPr>
        <w:t>C. drinking</w:t>
      </w:r>
    </w:p>
    <w:p>
      <w:pPr>
        <w:pStyle w:val="ListParagraph"/>
      </w:pPr>
      <w:r>
        <w:rPr>
          <w:sz w:val="22"/>
        </w:rPr>
        <w:t>D. drank</w:t>
      </w:r>
    </w:p>
    <w:p/>
    <w:p>
      <w:r>
        <w:rPr>
          <w:b/>
          <w:sz w:val="24"/>
        </w:rPr>
        <w:t>Câu 12: It was such a difficult question ___ nobody could answer.</w:t>
      </w:r>
    </w:p>
    <w:p>
      <w:pPr>
        <w:pStyle w:val="ListParagraph"/>
      </w:pPr>
      <w:r>
        <w:rPr>
          <w:sz w:val="22"/>
        </w:rPr>
        <w:t>A. that</w:t>
      </w:r>
    </w:p>
    <w:p>
      <w:pPr>
        <w:pStyle w:val="ListParagraph"/>
      </w:pPr>
      <w:r>
        <w:rPr>
          <w:sz w:val="22"/>
        </w:rPr>
        <w:t>B. so</w:t>
      </w:r>
    </w:p>
    <w:p>
      <w:pPr>
        <w:pStyle w:val="ListParagraph"/>
      </w:pPr>
      <w:r>
        <w:rPr>
          <w:sz w:val="22"/>
        </w:rPr>
        <w:t>C. to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13: He is such a kind man ___ everyone likes him.</w:t>
      </w:r>
    </w:p>
    <w:p>
      <w:pPr>
        <w:pStyle w:val="ListParagraph"/>
      </w:pPr>
      <w:r>
        <w:rPr>
          <w:sz w:val="22"/>
        </w:rPr>
        <w:t>A. that</w:t>
      </w:r>
    </w:p>
    <w:p>
      <w:pPr>
        <w:pStyle w:val="ListParagraph"/>
      </w:pPr>
      <w:r>
        <w:rPr>
          <w:sz w:val="22"/>
        </w:rPr>
        <w:t>B. so</w:t>
      </w:r>
    </w:p>
    <w:p>
      <w:pPr>
        <w:pStyle w:val="ListParagraph"/>
      </w:pPr>
      <w:r>
        <w:rPr>
          <w:sz w:val="22"/>
        </w:rPr>
        <w:t>C. to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14: The weather was so cold ___ we stayed inside.</w:t>
      </w:r>
    </w:p>
    <w:p>
      <w:pPr>
        <w:pStyle w:val="ListParagraph"/>
      </w:pPr>
      <w:r>
        <w:rPr>
          <w:sz w:val="22"/>
        </w:rPr>
        <w:t>A. that</w:t>
      </w:r>
    </w:p>
    <w:p>
      <w:pPr>
        <w:pStyle w:val="ListParagraph"/>
      </w:pPr>
      <w:r>
        <w:rPr>
          <w:sz w:val="22"/>
        </w:rPr>
        <w:t>B. so</w:t>
      </w:r>
    </w:p>
    <w:p>
      <w:pPr>
        <w:pStyle w:val="ListParagraph"/>
      </w:pPr>
      <w:r>
        <w:rPr>
          <w:sz w:val="22"/>
        </w:rPr>
        <w:t>C. to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15: He ran so fast ___ he won the race.</w:t>
      </w:r>
    </w:p>
    <w:p>
      <w:pPr>
        <w:pStyle w:val="ListParagraph"/>
      </w:pPr>
      <w:r>
        <w:rPr>
          <w:sz w:val="22"/>
        </w:rPr>
        <w:t>A. that</w:t>
      </w:r>
    </w:p>
    <w:p>
      <w:pPr>
        <w:pStyle w:val="ListParagraph"/>
      </w:pPr>
      <w:r>
        <w:rPr>
          <w:sz w:val="22"/>
        </w:rPr>
        <w:t>B. so</w:t>
      </w:r>
    </w:p>
    <w:p>
      <w:pPr>
        <w:pStyle w:val="ListParagraph"/>
      </w:pPr>
      <w:r>
        <w:rPr>
          <w:sz w:val="22"/>
        </w:rPr>
        <w:t>C. to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16: How do you ___ your neighbors?</w:t>
      </w:r>
    </w:p>
    <w:p>
      <w:pPr>
        <w:pStyle w:val="ListParagraph"/>
      </w:pPr>
      <w:r>
        <w:rPr>
          <w:sz w:val="22"/>
        </w:rPr>
        <w:t>A. get on with</w:t>
      </w:r>
    </w:p>
    <w:p>
      <w:pPr>
        <w:pStyle w:val="ListParagraph"/>
      </w:pPr>
      <w:r>
        <w:rPr>
          <w:sz w:val="22"/>
        </w:rPr>
        <w:t>B. get over</w:t>
      </w:r>
    </w:p>
    <w:p>
      <w:pPr>
        <w:pStyle w:val="ListParagraph"/>
      </w:pPr>
      <w:r>
        <w:rPr>
          <w:sz w:val="22"/>
        </w:rPr>
        <w:t>C. get through</w:t>
      </w:r>
    </w:p>
    <w:p>
      <w:pPr>
        <w:pStyle w:val="ListParagraph"/>
      </w:pPr>
      <w:r>
        <w:rPr>
          <w:sz w:val="22"/>
        </w:rPr>
        <w:t>D. get off</w:t>
      </w:r>
    </w:p>
    <w:p/>
    <w:p>
      <w:r>
        <w:rPr>
          <w:b/>
          <w:sz w:val="24"/>
        </w:rPr>
        <w:t>Câu 17: Don't forget to ___ the computer before you leave.</w:t>
      </w:r>
    </w:p>
    <w:p>
      <w:pPr>
        <w:pStyle w:val="ListParagraph"/>
      </w:pPr>
      <w:r>
        <w:rPr>
          <w:sz w:val="22"/>
        </w:rPr>
        <w:t>A. turn off</w:t>
      </w:r>
    </w:p>
    <w:p>
      <w:pPr>
        <w:pStyle w:val="ListParagraph"/>
      </w:pPr>
      <w:r>
        <w:rPr>
          <w:sz w:val="22"/>
        </w:rPr>
        <w:t>B. turn on</w:t>
      </w:r>
    </w:p>
    <w:p>
      <w:pPr>
        <w:pStyle w:val="ListParagraph"/>
      </w:pPr>
      <w:r>
        <w:rPr>
          <w:sz w:val="22"/>
        </w:rPr>
        <w:t>C. turn up</w:t>
      </w:r>
    </w:p>
    <w:p>
      <w:pPr>
        <w:pStyle w:val="ListParagraph"/>
      </w:pPr>
      <w:r>
        <w:rPr>
          <w:sz w:val="22"/>
        </w:rPr>
        <w:t>D. turn down</w:t>
      </w:r>
    </w:p>
    <w:p/>
    <w:p>
      <w:r>
        <w:rPr>
          <w:b/>
          <w:sz w:val="24"/>
        </w:rPr>
        <w:t>Câu 18: We can't decide whether ___ to the party.</w:t>
      </w:r>
    </w:p>
    <w:p>
      <w:pPr>
        <w:pStyle w:val="ListParagraph"/>
      </w:pPr>
      <w:r>
        <w:rPr>
          <w:sz w:val="22"/>
        </w:rPr>
        <w:t>A. to go</w:t>
      </w:r>
    </w:p>
    <w:p>
      <w:pPr>
        <w:pStyle w:val="ListParagraph"/>
      </w:pPr>
      <w:r>
        <w:rPr>
          <w:sz w:val="22"/>
        </w:rPr>
        <w:t>B. go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19: If it doesn't rain, the flowers ___.</w:t>
      </w:r>
    </w:p>
    <w:p>
      <w:pPr>
        <w:pStyle w:val="ListParagraph"/>
      </w:pPr>
      <w:r>
        <w:rPr>
          <w:sz w:val="22"/>
        </w:rPr>
        <w:t>A. die</w:t>
      </w:r>
    </w:p>
    <w:p>
      <w:pPr>
        <w:pStyle w:val="ListParagraph"/>
      </w:pPr>
      <w:r>
        <w:rPr>
          <w:sz w:val="22"/>
        </w:rPr>
        <w:t>B. will die</w:t>
      </w:r>
    </w:p>
    <w:p>
      <w:pPr>
        <w:pStyle w:val="ListParagraph"/>
      </w:pPr>
      <w:r>
        <w:rPr>
          <w:sz w:val="22"/>
        </w:rPr>
        <w:t>C. died</w:t>
      </w:r>
    </w:p>
    <w:p>
      <w:pPr>
        <w:pStyle w:val="ListParagraph"/>
      </w:pPr>
      <w:r>
        <w:rPr>
          <w:sz w:val="22"/>
        </w:rPr>
        <w:t>D. would die</w:t>
      </w:r>
    </w:p>
    <w:p/>
    <w:p>
      <w:r>
        <w:rPr>
          <w:b/>
          <w:sz w:val="24"/>
        </w:rPr>
        <w:t>Câu 20: The plane will ___ at 6 PM.</w:t>
      </w:r>
    </w:p>
    <w:p>
      <w:pPr>
        <w:pStyle w:val="ListParagraph"/>
      </w:pPr>
      <w:r>
        <w:rPr>
          <w:sz w:val="22"/>
        </w:rPr>
        <w:t>A. take off</w:t>
      </w:r>
    </w:p>
    <w:p>
      <w:pPr>
        <w:pStyle w:val="ListParagraph"/>
      </w:pPr>
      <w:r>
        <w:rPr>
          <w:sz w:val="22"/>
        </w:rPr>
        <w:t>B. take on</w:t>
      </w:r>
    </w:p>
    <w:p>
      <w:pPr>
        <w:pStyle w:val="ListParagraph"/>
      </w:pPr>
      <w:r>
        <w:rPr>
          <w:sz w:val="22"/>
        </w:rPr>
        <w:t>C. take in</w:t>
      </w:r>
    </w:p>
    <w:p>
      <w:pPr>
        <w:pStyle w:val="ListParagraph"/>
      </w:pPr>
      <w:r>
        <w:rPr>
          <w:sz w:val="22"/>
        </w:rPr>
        <w:t>D. take up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