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GDCD / KTPL - ĐỀ KIỂM TRA – MÃ ĐỀ 114</w:t>
      </w:r>
    </w:p>
    <w:p>
      <w:pPr>
        <w:jc w:val="center"/>
      </w:pPr>
      <w:r>
        <w:rPr>
          <w:sz w:val="22"/>
        </w:rPr>
        <w:t>Số câu: 28    Thời gian: _____ phút    Họ và tên: _________________________</w:t>
      </w:r>
    </w:p>
    <w:p/>
    <w:p>
      <w:r>
        <w:rPr>
          <w:b/>
          <w:sz w:val="24"/>
        </w:rPr>
        <w:t>Câu 1: Vùng đặc quyền kinh tế của Việt Nam tính từ phía bên ngoài lãnh hải có chiều rộng bao nhiêu?</w:t>
      </w:r>
    </w:p>
    <w:p>
      <w:pPr>
        <w:pStyle w:val="ListParagraph"/>
      </w:pPr>
      <w:r>
        <w:rPr>
          <w:sz w:val="22"/>
        </w:rPr>
        <w:t>A. 188 hải lí.</w:t>
      </w:r>
    </w:p>
    <w:p>
      <w:pPr>
        <w:pStyle w:val="ListParagraph"/>
      </w:pPr>
      <w:r>
        <w:rPr>
          <w:sz w:val="22"/>
        </w:rPr>
        <w:t>B. 200 hải lí.</w:t>
      </w:r>
    </w:p>
    <w:p>
      <w:pPr>
        <w:pStyle w:val="ListParagraph"/>
      </w:pPr>
      <w:r>
        <w:rPr>
          <w:sz w:val="22"/>
        </w:rPr>
        <w:t>C. 120 hải lí.</w:t>
      </w:r>
    </w:p>
    <w:p>
      <w:pPr>
        <w:pStyle w:val="ListParagraph"/>
      </w:pPr>
      <w:r>
        <w:rPr>
          <w:sz w:val="22"/>
        </w:rPr>
        <w:t>D. 250 hải lí.</w:t>
      </w:r>
    </w:p>
    <w:p/>
    <w:p>
      <w:r>
        <w:rPr>
          <w:b/>
          <w:sz w:val="24"/>
        </w:rPr>
        <w:t>Câu 2: Hành vi nào sau đây thuộc về tệ nạn mê tín dị đoan?</w:t>
      </w:r>
    </w:p>
    <w:p>
      <w:pPr>
        <w:pStyle w:val="ListParagraph"/>
      </w:pPr>
      <w:r>
        <w:rPr>
          <w:sz w:val="22"/>
        </w:rPr>
        <w:t>A. Tổ chức sinh hoạt tôn giáo được Nhà nước cấp phép.</w:t>
      </w:r>
    </w:p>
    <w:p>
      <w:pPr>
        <w:pStyle w:val="ListParagraph"/>
      </w:pPr>
      <w:r>
        <w:rPr>
          <w:sz w:val="22"/>
        </w:rPr>
        <w:t>B. Bói toán, đồng bóng, yểm bùa, cúng giải hạn.</w:t>
      </w:r>
    </w:p>
    <w:p>
      <w:pPr>
        <w:pStyle w:val="ListParagraph"/>
      </w:pPr>
      <w:r>
        <w:rPr>
          <w:sz w:val="22"/>
        </w:rPr>
        <w:t>C. Tham gia các hoạt động từ thiện xã hội.</w:t>
      </w:r>
    </w:p>
    <w:p>
      <w:pPr>
        <w:pStyle w:val="ListParagraph"/>
      </w:pPr>
      <w:r>
        <w:rPr>
          <w:sz w:val="22"/>
        </w:rPr>
        <w:t>D. Nghiên cứu khoa học về thế giới tâm linh.</w:t>
      </w:r>
    </w:p>
    <w:p/>
    <w:p>
      <w:r>
        <w:rPr>
          <w:b/>
          <w:sz w:val="24"/>
        </w:rPr>
        <w:t>Câu 3: Công ước của Liên hợp quốc về Luật Biển năm 1982 chính thức có hiệu lực từ ngày tháng năm nào?</w:t>
      </w:r>
    </w:p>
    <w:p>
      <w:pPr>
        <w:pStyle w:val="ListParagraph"/>
      </w:pPr>
      <w:r>
        <w:rPr>
          <w:sz w:val="22"/>
        </w:rPr>
        <w:t>A. 10/12/1982.</w:t>
      </w:r>
    </w:p>
    <w:p>
      <w:pPr>
        <w:pStyle w:val="ListParagraph"/>
      </w:pPr>
      <w:r>
        <w:rPr>
          <w:sz w:val="22"/>
        </w:rPr>
        <w:t>B. 01/01/2013.</w:t>
      </w:r>
    </w:p>
    <w:p>
      <w:pPr>
        <w:pStyle w:val="ListParagraph"/>
      </w:pPr>
      <w:r>
        <w:rPr>
          <w:sz w:val="22"/>
        </w:rPr>
        <w:t>C. 23/6/1994.</w:t>
      </w:r>
    </w:p>
    <w:p>
      <w:pPr>
        <w:pStyle w:val="ListParagraph"/>
      </w:pPr>
      <w:r>
        <w:rPr>
          <w:sz w:val="22"/>
        </w:rPr>
        <w:t>D. 16/11/1994.</w:t>
      </w:r>
    </w:p>
    <w:p/>
    <w:p>
      <w:r>
        <w:rPr>
          <w:b/>
          <w:sz w:val="24"/>
        </w:rPr>
        <w:t>Câu 4: Lãnh hải của Việt Nam là vùng biển có chiều rộng bao nhiêu tính từ đường cơ sở?</w:t>
      </w:r>
    </w:p>
    <w:p>
      <w:pPr>
        <w:pStyle w:val="ListParagraph"/>
      </w:pPr>
      <w:r>
        <w:rPr>
          <w:sz w:val="22"/>
        </w:rPr>
        <w:t>A. 12 hải lí.</w:t>
      </w:r>
    </w:p>
    <w:p>
      <w:pPr>
        <w:pStyle w:val="ListParagraph"/>
      </w:pPr>
      <w:r>
        <w:rPr>
          <w:sz w:val="22"/>
        </w:rPr>
        <w:t>B. 24 hải lí.</w:t>
      </w:r>
    </w:p>
    <w:p>
      <w:pPr>
        <w:pStyle w:val="ListParagraph"/>
      </w:pPr>
      <w:r>
        <w:rPr>
          <w:sz w:val="22"/>
        </w:rPr>
        <w:t>C. 350 hải lí.</w:t>
      </w:r>
    </w:p>
    <w:p>
      <w:pPr>
        <w:pStyle w:val="ListParagraph"/>
      </w:pPr>
      <w:r>
        <w:rPr>
          <w:sz w:val="22"/>
        </w:rPr>
        <w:t>D. 200 hải lí.</w:t>
      </w:r>
    </w:p>
    <w:p/>
    <w:p>
      <w:r>
        <w:rPr>
          <w:b/>
          <w:sz w:val="24"/>
        </w:rPr>
        <w:t>Câu 5: Theo Bộ luật Hình sự, tội phạm là hành vi nguy hiểm cho xã hội do người có năng lực trách nhiệm hình sự hoặc pháp nhân thương mại thực hiện một cách:</w:t>
      </w:r>
    </w:p>
    <w:p>
      <w:pPr>
        <w:pStyle w:val="ListParagraph"/>
      </w:pPr>
      <w:r>
        <w:rPr>
          <w:sz w:val="22"/>
        </w:rPr>
        <w:t>A. Cố ý hoặc vô ý.</w:t>
      </w:r>
    </w:p>
    <w:p>
      <w:pPr>
        <w:pStyle w:val="ListParagraph"/>
      </w:pPr>
      <w:r>
        <w:rPr>
          <w:sz w:val="22"/>
        </w:rPr>
        <w:t>B. Chỉ do cố ý trực tiếp.</w:t>
      </w:r>
    </w:p>
    <w:p>
      <w:pPr>
        <w:pStyle w:val="ListParagraph"/>
      </w:pPr>
      <w:r>
        <w:rPr>
          <w:sz w:val="22"/>
        </w:rPr>
        <w:t>C. Chỉ do vô ý.</w:t>
      </w:r>
    </w:p>
    <w:p>
      <w:pPr>
        <w:pStyle w:val="ListParagraph"/>
      </w:pPr>
      <w:r>
        <w:rPr>
          <w:sz w:val="22"/>
        </w:rPr>
        <w:t>D. Do bất cẩn nghề nghiệp.</w:t>
      </w:r>
    </w:p>
    <w:p/>
    <w:p>
      <w:r>
        <w:rPr>
          <w:b/>
          <w:sz w:val="24"/>
        </w:rPr>
        <w:t>Câu 6: Trách nhiệm của học sinh trong phòng chống tội phạm và tệ nạn xã hội là gì?</w:t>
      </w:r>
    </w:p>
    <w:p>
      <w:pPr>
        <w:pStyle w:val="ListParagraph"/>
      </w:pPr>
      <w:r>
        <w:rPr>
          <w:sz w:val="22"/>
        </w:rPr>
        <w:t>A. Tự mình điều tra, bắt giữ tội phạm công nghệ cao.</w:t>
      </w:r>
    </w:p>
    <w:p>
      <w:pPr>
        <w:pStyle w:val="ListParagraph"/>
      </w:pPr>
      <w:r>
        <w:rPr>
          <w:sz w:val="22"/>
        </w:rPr>
        <w:t>B. Không tham gia các tệ nạn xã hội và hoạt động phạm tội dưới bất kì hình thức nào.</w:t>
      </w:r>
    </w:p>
    <w:p>
      <w:pPr>
        <w:pStyle w:val="ListParagraph"/>
      </w:pPr>
      <w:r>
        <w:rPr>
          <w:sz w:val="22"/>
        </w:rPr>
        <w:t>C. Chia sẻ mọi thông tin trên mạng xã hội chưa kiểm chứng.</w:t>
      </w:r>
    </w:p>
    <w:p>
      <w:pPr>
        <w:pStyle w:val="ListParagraph"/>
      </w:pPr>
      <w:r>
        <w:rPr>
          <w:sz w:val="22"/>
        </w:rPr>
        <w:t>D. Tham gia vào các nhóm kín có dấu hiệu tuyên truyền văn hóa phẩm đồi trụy.</w:t>
      </w:r>
    </w:p>
    <w:p/>
    <w:p>
      <w:r>
        <w:rPr>
          <w:b/>
          <w:sz w:val="24"/>
        </w:rPr>
        <w:t>Câu 7: Đối với công dân được đào tạo trình độ đại học, cao đẳng đã được tạm hoãn gọi nhập ngũ thì độ tuổi gọi nhập ngũ kéo dài đến hết bao nhiêu tuổi?</w:t>
      </w:r>
    </w:p>
    <w:p>
      <w:pPr>
        <w:pStyle w:val="ListParagraph"/>
      </w:pPr>
      <w:r>
        <w:rPr>
          <w:sz w:val="22"/>
        </w:rPr>
        <w:t>A. 25 tuổi.</w:t>
      </w:r>
    </w:p>
    <w:p>
      <w:pPr>
        <w:pStyle w:val="ListParagraph"/>
      </w:pPr>
      <w:r>
        <w:rPr>
          <w:sz w:val="22"/>
        </w:rPr>
        <w:t>B. 26 tuổi.</w:t>
      </w:r>
    </w:p>
    <w:p>
      <w:pPr>
        <w:pStyle w:val="ListParagraph"/>
      </w:pPr>
      <w:r>
        <w:rPr>
          <w:sz w:val="22"/>
        </w:rPr>
        <w:t>C. 27 tuổi.</w:t>
      </w:r>
    </w:p>
    <w:p>
      <w:pPr>
        <w:pStyle w:val="ListParagraph"/>
      </w:pPr>
      <w:r>
        <w:rPr>
          <w:sz w:val="22"/>
        </w:rPr>
        <w:t>D. 28 tuổi.</w:t>
      </w:r>
    </w:p>
    <w:p/>
    <w:p>
      <w:r>
        <w:rPr>
          <w:b/>
          <w:sz w:val="24"/>
        </w:rPr>
        <w:t>Câu 8: Nội dung nào dưới đây không thuộc trách nhiệm của học sinh trong việc bảo vệ chủ quyền lãnh thổ, biên giới quốc gia?</w:t>
      </w:r>
    </w:p>
    <w:p>
      <w:pPr>
        <w:pStyle w:val="ListParagraph"/>
      </w:pPr>
      <w:r>
        <w:rPr>
          <w:sz w:val="22"/>
        </w:rPr>
        <w:t>A. Tích cực học tập, nâng cao nhận thức pháp luật.</w:t>
      </w:r>
    </w:p>
    <w:p>
      <w:pPr>
        <w:pStyle w:val="ListParagraph"/>
      </w:pPr>
      <w:r>
        <w:rPr>
          <w:sz w:val="22"/>
        </w:rPr>
        <w:t>B. Tự ý vượt biên giới để hái hoa rừng hoặc tham quan.</w:t>
      </w:r>
    </w:p>
    <w:p>
      <w:pPr>
        <w:pStyle w:val="ListParagraph"/>
      </w:pPr>
      <w:r>
        <w:rPr>
          <w:sz w:val="22"/>
        </w:rPr>
        <w:t>C. Kịp thời báo cáo cơ quan chức năng khi phát hiện vi phạm.</w:t>
      </w:r>
    </w:p>
    <w:p>
      <w:pPr>
        <w:pStyle w:val="ListParagraph"/>
      </w:pPr>
      <w:r>
        <w:rPr>
          <w:sz w:val="22"/>
        </w:rPr>
        <w:t>D. Tuyên truyền, vận động bạn bè, người thân chấp hành nghiêm pháp luật.</w:t>
      </w:r>
    </w:p>
    <w:p/>
    <w:p>
      <w:r>
        <w:rPr>
          <w:b/>
          <w:sz w:val="24"/>
        </w:rPr>
        <w:t>Câu 9: Vùng nước tiếp giáp với bờ biển, ở phía trong đường cơ sở và là bộ phận lãnh thổ của Việt Nam là:</w:t>
      </w:r>
    </w:p>
    <w:p>
      <w:pPr>
        <w:pStyle w:val="ListParagraph"/>
      </w:pPr>
      <w:r>
        <w:rPr>
          <w:sz w:val="22"/>
        </w:rPr>
        <w:t>A. Lãnh hải.</w:t>
      </w:r>
    </w:p>
    <w:p>
      <w:pPr>
        <w:pStyle w:val="ListParagraph"/>
      </w:pPr>
      <w:r>
        <w:rPr>
          <w:sz w:val="22"/>
        </w:rPr>
        <w:t>B. Vùng tiếp giáp lãnh hải.</w:t>
      </w:r>
    </w:p>
    <w:p>
      <w:pPr>
        <w:pStyle w:val="ListParagraph"/>
      </w:pPr>
      <w:r>
        <w:rPr>
          <w:sz w:val="22"/>
        </w:rPr>
        <w:t>C. Vùng đặc quyền kinh tế.</w:t>
      </w:r>
    </w:p>
    <w:p>
      <w:pPr>
        <w:pStyle w:val="ListParagraph"/>
      </w:pPr>
      <w:r>
        <w:rPr>
          <w:sz w:val="22"/>
        </w:rPr>
        <w:t>D. Nội thủy.</w:t>
      </w:r>
    </w:p>
    <w:p/>
    <w:p>
      <w:r>
        <w:rPr>
          <w:b/>
          <w:sz w:val="24"/>
        </w:rPr>
        <w:t>Câu 10: Khái niệm nào chỉ hành vi nguy hiểm sử dụng tri thức, kĩ năng, công cụ, phương tiện công nghệ thông tin ở trình độ cao tác động trái pháp luật đến thông tin số?</w:t>
      </w:r>
    </w:p>
    <w:p>
      <w:pPr>
        <w:pStyle w:val="ListParagraph"/>
      </w:pPr>
      <w:r>
        <w:rPr>
          <w:sz w:val="22"/>
        </w:rPr>
        <w:t>A. Tệ nạn xã hội.</w:t>
      </w:r>
    </w:p>
    <w:p>
      <w:pPr>
        <w:pStyle w:val="ListParagraph"/>
      </w:pPr>
      <w:r>
        <w:rPr>
          <w:sz w:val="22"/>
        </w:rPr>
        <w:t>B. Vi phạm hành chính thông thường.</w:t>
      </w:r>
    </w:p>
    <w:p>
      <w:pPr>
        <w:pStyle w:val="ListParagraph"/>
      </w:pPr>
      <w:r>
        <w:rPr>
          <w:sz w:val="22"/>
        </w:rPr>
        <w:t>C. Tội phạm kinh tế.</w:t>
      </w:r>
    </w:p>
    <w:p>
      <w:pPr>
        <w:pStyle w:val="ListParagraph"/>
      </w:pPr>
      <w:r>
        <w:rPr>
          <w:sz w:val="22"/>
        </w:rPr>
        <w:t>D. Tội phạm sử dụng công nghệ cao.</w:t>
      </w:r>
    </w:p>
    <w:p/>
    <w:p>
      <w:r>
        <w:rPr>
          <w:b/>
          <w:sz w:val="24"/>
        </w:rPr>
        <w:t>Câu 11: Theo quan điểm của Đảng về đối tác và đối tượng, những thế lực nào là đối tượng của chúng ta?</w:t>
      </w:r>
    </w:p>
    <w:p>
      <w:pPr>
        <w:pStyle w:val="ListParagraph"/>
      </w:pPr>
      <w:r>
        <w:rPr>
          <w:sz w:val="22"/>
        </w:rPr>
        <w:t>A. Các tổ chức quốc tế hợp tác bình đẳng, cùng có lợi.</w:t>
      </w:r>
    </w:p>
    <w:p>
      <w:pPr>
        <w:pStyle w:val="ListParagraph"/>
      </w:pPr>
      <w:r>
        <w:rPr>
          <w:sz w:val="22"/>
        </w:rPr>
        <w:t>B. Các quốc gia tôn trọng độc lập, chủ quyền của Việt Nam.</w:t>
      </w:r>
    </w:p>
    <w:p>
      <w:pPr>
        <w:pStyle w:val="ListParagraph"/>
      </w:pPr>
      <w:r>
        <w:rPr>
          <w:sz w:val="22"/>
        </w:rPr>
        <w:t>C. Bất kì thế lực nào có âm mưu và hành động chống phá mục tiêu của Nhà nước ta.</w:t>
      </w:r>
    </w:p>
    <w:p>
      <w:pPr>
        <w:pStyle w:val="ListParagraph"/>
      </w:pPr>
      <w:r>
        <w:rPr>
          <w:sz w:val="22"/>
        </w:rPr>
        <w:t>D. Các nước tham gia đa phương hóa, đa dạng hóa quan hệ.</w:t>
      </w:r>
    </w:p>
    <w:p/>
    <w:p>
      <w:r>
        <w:rPr>
          <w:b/>
          <w:sz w:val="24"/>
        </w:rPr>
        <w:t>Câu 12: Đối tượng nào sau đây được tạm hoãn đăng kí nghĩa vụ quân sự?</w:t>
      </w:r>
    </w:p>
    <w:p>
      <w:pPr>
        <w:pStyle w:val="ListParagraph"/>
      </w:pPr>
      <w:r>
        <w:rPr>
          <w:sz w:val="22"/>
        </w:rPr>
        <w:t>A. Đang có anh chị em ruột là hạ sĩ quan, binh sĩ tại ngũ.</w:t>
      </w:r>
    </w:p>
    <w:p>
      <w:pPr>
        <w:pStyle w:val="ListParagraph"/>
      </w:pPr>
      <w:r>
        <w:rPr>
          <w:sz w:val="22"/>
        </w:rPr>
        <w:t>B. Người khuyết tật, mắc bệnh hiểm nghèo, bệnh tâm thần.</w:t>
      </w:r>
    </w:p>
    <w:p>
      <w:pPr>
        <w:pStyle w:val="ListParagraph"/>
      </w:pPr>
      <w:r>
        <w:rPr>
          <w:sz w:val="22"/>
        </w:rPr>
        <w:t>C. Đang bị truy cứu trách nhiệm hình sự.</w:t>
      </w:r>
    </w:p>
    <w:p>
      <w:pPr>
        <w:pStyle w:val="ListParagraph"/>
      </w:pPr>
      <w:r>
        <w:rPr>
          <w:sz w:val="22"/>
        </w:rPr>
        <w:t>D. Bị tước quyền phục vụ trong lực lượng vũ trang.</w:t>
      </w:r>
    </w:p>
    <w:p/>
    <w:p>
      <w:r>
        <w:rPr>
          <w:b/>
          <w:sz w:val="24"/>
        </w:rPr>
        <w:t>Câu 13: Đâu không phải là hành vi phạm tội sử dụng công nghệ cao?</w:t>
      </w:r>
    </w:p>
    <w:p>
      <w:pPr>
        <w:pStyle w:val="ListParagraph"/>
      </w:pPr>
      <w:r>
        <w:rPr>
          <w:sz w:val="22"/>
        </w:rPr>
        <w:t>A. Trộm cắp tài sản bằng cách phá khóa nhà dân trực tiếp.</w:t>
      </w:r>
    </w:p>
    <w:p>
      <w:pPr>
        <w:pStyle w:val="ListParagraph"/>
      </w:pPr>
      <w:r>
        <w:rPr>
          <w:sz w:val="22"/>
        </w:rPr>
        <w:t>B. Truy cập bất hợp pháp vào website để phá hoại.</w:t>
      </w:r>
    </w:p>
    <w:p>
      <w:pPr>
        <w:pStyle w:val="ListParagraph"/>
      </w:pPr>
      <w:r>
        <w:rPr>
          <w:sz w:val="22"/>
        </w:rPr>
        <w:t>C. Đánh bạc, tổ chức đánh bạc trên không gian mạng.</w:t>
      </w:r>
    </w:p>
    <w:p>
      <w:pPr>
        <w:pStyle w:val="ListParagraph"/>
      </w:pPr>
      <w:r>
        <w:rPr>
          <w:sz w:val="22"/>
        </w:rPr>
        <w:t>D. Lừa đảo chiếm đoạt tài sản trên không gian mạng.</w:t>
      </w:r>
    </w:p>
    <w:p/>
    <w:p>
      <w:r>
        <w:rPr>
          <w:b/>
          <w:sz w:val="24"/>
        </w:rPr>
        <w:t>Câu 14: Biên giới quốc gia trên đất liền của nước ta được hoạch định và đánh dấu trên thực địa bằng hệ thống gì?</w:t>
      </w:r>
    </w:p>
    <w:p>
      <w:pPr>
        <w:pStyle w:val="ListParagraph"/>
      </w:pPr>
      <w:r>
        <w:rPr>
          <w:sz w:val="22"/>
        </w:rPr>
        <w:t>A. Phao tiêu hàng hải.</w:t>
      </w:r>
    </w:p>
    <w:p>
      <w:pPr>
        <w:pStyle w:val="ListParagraph"/>
      </w:pPr>
      <w:r>
        <w:rPr>
          <w:sz w:val="22"/>
        </w:rPr>
        <w:t>B. Mốc quốc giới.</w:t>
      </w:r>
    </w:p>
    <w:p>
      <w:pPr>
        <w:pStyle w:val="ListParagraph"/>
      </w:pPr>
      <w:r>
        <w:rPr>
          <w:sz w:val="22"/>
        </w:rPr>
        <w:t>C. Đường biên giới cứng.</w:t>
      </w:r>
    </w:p>
    <w:p>
      <w:pPr>
        <w:pStyle w:val="ListParagraph"/>
      </w:pPr>
      <w:r>
        <w:rPr>
          <w:sz w:val="22"/>
        </w:rPr>
        <w:t>D. Tọa độ trên hải đồ.</w:t>
      </w:r>
    </w:p>
    <w:p/>
    <w:p>
      <w:r>
        <w:rPr>
          <w:b/>
          <w:sz w:val="24"/>
        </w:rPr>
        <w:t>Câu 15: Hành vi nào liên quan đến tệ nạn mại dâm bị pháp luật nghiêm cấm?</w:t>
      </w:r>
    </w:p>
    <w:p>
      <w:pPr>
        <w:pStyle w:val="ListParagraph"/>
      </w:pPr>
      <w:r>
        <w:rPr>
          <w:sz w:val="22"/>
        </w:rPr>
        <w:t>A. Kinh doanh nhà nghỉ đạt chuẩn du lịch.</w:t>
      </w:r>
    </w:p>
    <w:p>
      <w:pPr>
        <w:pStyle w:val="ListParagraph"/>
      </w:pPr>
      <w:r>
        <w:rPr>
          <w:sz w:val="22"/>
        </w:rPr>
        <w:t>B. Tổ chức các câu lạc bộ thể dục thể thao.</w:t>
      </w:r>
    </w:p>
    <w:p>
      <w:pPr>
        <w:pStyle w:val="ListParagraph"/>
      </w:pPr>
      <w:r>
        <w:rPr>
          <w:sz w:val="22"/>
        </w:rPr>
        <w:t>C. Mua dâm, bán dâm, chứa mại dâm, môi giới mại dâm.</w:t>
      </w:r>
    </w:p>
    <w:p>
      <w:pPr>
        <w:pStyle w:val="ListParagraph"/>
      </w:pPr>
      <w:r>
        <w:rPr>
          <w:sz w:val="22"/>
        </w:rPr>
        <w:t>D. Tư vấn chăm sóc sức khỏe sinh sản hợp pháp.</w:t>
      </w:r>
    </w:p>
    <w:p/>
    <w:p>
      <w:r>
        <w:rPr>
          <w:b/>
          <w:sz w:val="24"/>
        </w:rPr>
        <w:t>Câu 16: Đối tượng nào sau đây được miễn đăng kí nghĩa vụ quân sự?</w:t>
      </w:r>
    </w:p>
    <w:p>
      <w:pPr>
        <w:pStyle w:val="ListParagraph"/>
      </w:pPr>
      <w:r>
        <w:rPr>
          <w:sz w:val="22"/>
        </w:rPr>
        <w:t>A. Người khuyết tật, mắc bệnh hiểm nghèo, bệnh tâm thần.</w:t>
      </w:r>
    </w:p>
    <w:p>
      <w:pPr>
        <w:pStyle w:val="ListParagraph"/>
      </w:pPr>
      <w:r>
        <w:rPr>
          <w:sz w:val="22"/>
        </w:rPr>
        <w:t>B. Đang chấp hành hình phạt tù.</w:t>
      </w:r>
    </w:p>
    <w:p>
      <w:pPr>
        <w:pStyle w:val="ListParagraph"/>
      </w:pPr>
      <w:r>
        <w:rPr>
          <w:sz w:val="22"/>
        </w:rPr>
        <w:t>C. Bị tước quyền phục vụ trong lực lượng vũ trang.</w:t>
      </w:r>
    </w:p>
    <w:p/>
    <w:p>
      <w:r>
        <w:rPr>
          <w:b/>
          <w:sz w:val="24"/>
        </w:rPr>
        <w:t>Câu 17: Đối tượng nào sau đây phải thực hiện đăng kí nghĩa vụ quân sự lần đầu?</w:t>
      </w:r>
    </w:p>
    <w:p>
      <w:pPr>
        <w:pStyle w:val="ListParagraph"/>
      </w:pPr>
      <w:r>
        <w:rPr>
          <w:sz w:val="22"/>
        </w:rPr>
        <w:t>A. Tất cả công dân đủ 18 tuổi.</w:t>
      </w:r>
    </w:p>
    <w:p>
      <w:pPr>
        <w:pStyle w:val="ListParagraph"/>
      </w:pPr>
      <w:r>
        <w:rPr>
          <w:sz w:val="22"/>
        </w:rPr>
        <w:t>B. Công dân nam đủ 16 tuổi trở lên.</w:t>
      </w:r>
    </w:p>
    <w:p>
      <w:pPr>
        <w:pStyle w:val="ListParagraph"/>
      </w:pPr>
      <w:r>
        <w:rPr>
          <w:sz w:val="22"/>
        </w:rPr>
        <w:t>C. Công dân nữ đủ 17 tuổi trở lên.</w:t>
      </w:r>
    </w:p>
    <w:p>
      <w:pPr>
        <w:pStyle w:val="ListParagraph"/>
      </w:pPr>
      <w:r>
        <w:rPr>
          <w:sz w:val="22"/>
        </w:rPr>
        <w:t>D. Công dân nam đủ 17 tuổi trở lên.</w:t>
      </w:r>
    </w:p>
    <w:p/>
    <w:p>
      <w:r>
        <w:rPr>
          <w:b/>
          <w:sz w:val="24"/>
        </w:rPr>
        <w:t>Câu 18: Tiêu chuẩn trình độ văn hóa tối thiểu để tuyển chọn thực hiện nghĩa vụ tham gia Công an nhân dân nói chung là:</w:t>
      </w:r>
    </w:p>
    <w:p>
      <w:pPr>
        <w:pStyle w:val="ListParagraph"/>
      </w:pPr>
      <w:r>
        <w:rPr>
          <w:sz w:val="22"/>
        </w:rPr>
        <w:t>A. Có trình độ sơ cấp nghề.</w:t>
      </w:r>
    </w:p>
    <w:p>
      <w:pPr>
        <w:pStyle w:val="ListParagraph"/>
      </w:pPr>
      <w:r>
        <w:rPr>
          <w:sz w:val="22"/>
        </w:rPr>
        <w:t>B. Tốt nghiệp Trung học phổ thông trở lên.</w:t>
      </w:r>
    </w:p>
    <w:p>
      <w:pPr>
        <w:pStyle w:val="ListParagraph"/>
      </w:pPr>
      <w:r>
        <w:rPr>
          <w:sz w:val="22"/>
        </w:rPr>
        <w:t>C. Tốt nghiệp Trung học cơ sở.</w:t>
      </w:r>
    </w:p>
    <w:p>
      <w:pPr>
        <w:pStyle w:val="ListParagraph"/>
      </w:pPr>
      <w:r>
        <w:rPr>
          <w:sz w:val="22"/>
        </w:rPr>
        <w:t>D. Đang học đại học hệ chính quy.</w:t>
      </w:r>
    </w:p>
    <w:p/>
    <w:p>
      <w:r>
        <w:rPr>
          <w:b/>
          <w:sz w:val="24"/>
        </w:rPr>
        <w:t>Câu 19: Cơ quan nào thực hiện đăng kí nghĩa vụ quân sự cho công dân cư trú tại địa phương?</w:t>
      </w:r>
    </w:p>
    <w:p>
      <w:pPr>
        <w:pStyle w:val="ListParagraph"/>
      </w:pPr>
      <w:r>
        <w:rPr>
          <w:sz w:val="22"/>
        </w:rPr>
        <w:t>A. Ban chỉ huy quân sự cấp xã.</w:t>
      </w:r>
    </w:p>
    <w:p>
      <w:pPr>
        <w:pStyle w:val="ListParagraph"/>
      </w:pPr>
      <w:r>
        <w:rPr>
          <w:sz w:val="22"/>
        </w:rPr>
        <w:t>B. Công an cấp xã.</w:t>
      </w:r>
    </w:p>
    <w:p>
      <w:pPr>
        <w:pStyle w:val="ListParagraph"/>
      </w:pPr>
      <w:r>
        <w:rPr>
          <w:sz w:val="22"/>
        </w:rPr>
        <w:t>C. Ban chỉ huy quân sự cấp tỉnh.</w:t>
      </w:r>
    </w:p>
    <w:p>
      <w:pPr>
        <w:pStyle w:val="ListParagraph"/>
      </w:pPr>
      <w:r>
        <w:rPr>
          <w:sz w:val="22"/>
        </w:rPr>
        <w:t>D. Ủy ban nhân dân cấp tỉnh.</w:t>
      </w:r>
    </w:p>
    <w:p/>
    <w:p>
      <w:r>
        <w:rPr>
          <w:b/>
          <w:sz w:val="24"/>
        </w:rPr>
        <w:t>Câu 20: Ý nghĩa của việc phòng, chống tệ nạn xã hội là gì?</w:t>
      </w:r>
    </w:p>
    <w:p>
      <w:pPr>
        <w:pStyle w:val="ListParagraph"/>
      </w:pPr>
      <w:r>
        <w:rPr>
          <w:sz w:val="22"/>
        </w:rPr>
        <w:t>A. Khuyến khích người dân tham gia các trò chơi có thưởng.</w:t>
      </w:r>
    </w:p>
    <w:p>
      <w:pPr>
        <w:pStyle w:val="ListParagraph"/>
      </w:pPr>
      <w:r>
        <w:rPr>
          <w:sz w:val="22"/>
        </w:rPr>
        <w:t>B. Giữ gìn trật tự, an toàn xã hội, bảo vệ sức khỏe và tương lai của thế hệ trẻ.</w:t>
      </w:r>
    </w:p>
    <w:p>
      <w:pPr>
        <w:pStyle w:val="ListParagraph"/>
      </w:pPr>
      <w:r>
        <w:rPr>
          <w:sz w:val="22"/>
        </w:rPr>
        <w:t>C. Giảm bớt nhu cầu giao lưu quốc tế.</w:t>
      </w:r>
    </w:p>
    <w:p>
      <w:pPr>
        <w:pStyle w:val="ListParagraph"/>
      </w:pPr>
      <w:r>
        <w:rPr>
          <w:sz w:val="22"/>
        </w:rPr>
        <w:t>D. Hạn chế sự phát triển của công nghệ thông tin.</w:t>
      </w:r>
    </w:p>
    <w:p/>
    <w:p>
      <w:r>
        <w:rPr>
          <w:b/>
          <w:sz w:val="24"/>
        </w:rPr>
        <w:t>Câu 21: Trường hợp nào sau đây được công nhận hoàn thành nghĩa vụ quân sự tại ngũ trong thời bình?</w:t>
      </w:r>
    </w:p>
    <w:p>
      <w:pPr>
        <w:pStyle w:val="ListParagraph"/>
      </w:pPr>
      <w:r>
        <w:rPr>
          <w:sz w:val="22"/>
        </w:rPr>
        <w:t>A. Công dân đang chấp hành hình phạt tù.</w:t>
      </w:r>
    </w:p>
    <w:p>
      <w:pPr>
        <w:pStyle w:val="ListParagraph"/>
      </w:pPr>
      <w:r>
        <w:rPr>
          <w:sz w:val="22"/>
        </w:rPr>
        <w:t>B. Người đang bị áp dụng biện pháp giáo dục tại xã.</w:t>
      </w:r>
    </w:p>
    <w:p>
      <w:pPr>
        <w:pStyle w:val="ListParagraph"/>
      </w:pPr>
      <w:r>
        <w:rPr>
          <w:sz w:val="22"/>
        </w:rPr>
        <w:t>C. Dân quân thường trực có ít nhất 24 tháng phục vụ.</w:t>
      </w:r>
    </w:p>
    <w:p>
      <w:pPr>
        <w:pStyle w:val="ListParagraph"/>
      </w:pPr>
      <w:r>
        <w:rPr>
          <w:sz w:val="22"/>
        </w:rPr>
        <w:t>D. Học sinh đang học phổ thông.</w:t>
      </w:r>
    </w:p>
    <w:p/>
    <w:p>
      <w:r>
        <w:rPr>
          <w:b/>
          <w:sz w:val="24"/>
        </w:rPr>
        <w:t>Câu 22: Khu vực biên giới trên không có chiều rộng bao nhiêu tính từ biên giới quốc gia trở vào?</w:t>
      </w:r>
    </w:p>
    <w:p>
      <w:pPr>
        <w:pStyle w:val="ListParagraph"/>
      </w:pPr>
      <w:r>
        <w:rPr>
          <w:sz w:val="22"/>
        </w:rPr>
        <w:t>A. 12 km.</w:t>
      </w:r>
    </w:p>
    <w:p>
      <w:pPr>
        <w:pStyle w:val="ListParagraph"/>
      </w:pPr>
      <w:r>
        <w:rPr>
          <w:sz w:val="22"/>
        </w:rPr>
        <w:t>B. 20 km.</w:t>
      </w:r>
    </w:p>
    <w:p>
      <w:pPr>
        <w:pStyle w:val="ListParagraph"/>
      </w:pPr>
      <w:r>
        <w:rPr>
          <w:sz w:val="22"/>
        </w:rPr>
        <w:t>C. 10 km.</w:t>
      </w:r>
    </w:p>
    <w:p>
      <w:pPr>
        <w:pStyle w:val="ListParagraph"/>
      </w:pPr>
      <w:r>
        <w:rPr>
          <w:sz w:val="22"/>
        </w:rPr>
        <w:t>D. 5 km.</w:t>
      </w:r>
    </w:p>
    <w:p/>
    <w:p>
      <w:r>
        <w:rPr>
          <w:b/>
          <w:sz w:val="24"/>
        </w:rPr>
        <w:t>Câu 23: Hành vi nào sau đây bị nghiêm cấm ở khu vực biên giới?</w:t>
      </w:r>
    </w:p>
    <w:p>
      <w:pPr>
        <w:pStyle w:val="ListParagraph"/>
      </w:pPr>
      <w:r>
        <w:rPr>
          <w:sz w:val="22"/>
        </w:rPr>
        <w:t>A. Xê dịch, phá hoại mốc quốc giới.</w:t>
      </w:r>
    </w:p>
    <w:p>
      <w:pPr>
        <w:pStyle w:val="ListParagraph"/>
      </w:pPr>
      <w:r>
        <w:rPr>
          <w:sz w:val="22"/>
        </w:rPr>
        <w:t>B. Tuyên truyền pháp luật biên giới.</w:t>
      </w:r>
    </w:p>
    <w:p>
      <w:pPr>
        <w:pStyle w:val="ListParagraph"/>
      </w:pPr>
      <w:r>
        <w:rPr>
          <w:sz w:val="22"/>
        </w:rPr>
        <w:t>C. Phát triển kinh tế biên hợp pháp.</w:t>
      </w:r>
    </w:p>
    <w:p>
      <w:pPr>
        <w:pStyle w:val="ListParagraph"/>
      </w:pPr>
      <w:r>
        <w:rPr>
          <w:sz w:val="22"/>
        </w:rPr>
        <w:t>D. Trồng cây bảo vệ môi trường.</w:t>
      </w:r>
    </w:p>
    <w:p/>
    <w:p>
      <w:r>
        <w:rPr>
          <w:b/>
          <w:sz w:val="24"/>
        </w:rPr>
        <w:t>Câu 24: Ý nào phản ánh đúng quan điểm của Đảng về bảo vệ Tổ quốc trong tình hình mới?</w:t>
      </w:r>
    </w:p>
    <w:p>
      <w:pPr>
        <w:pStyle w:val="ListParagraph"/>
      </w:pPr>
      <w:r>
        <w:rPr>
          <w:sz w:val="22"/>
        </w:rPr>
        <w:t>A. Chỉ dựa vào nội lực của đất nước, không hội nhập quốc tế.</w:t>
      </w:r>
    </w:p>
    <w:p>
      <w:pPr>
        <w:pStyle w:val="ListParagraph"/>
      </w:pPr>
      <w:r>
        <w:rPr>
          <w:sz w:val="22"/>
        </w:rPr>
        <w:t>B. Giải quyết tranh chấp trên biển bằng biện pháp vũ lực.</w:t>
      </w:r>
    </w:p>
    <w:p>
      <w:pPr>
        <w:pStyle w:val="ListParagraph"/>
      </w:pPr>
      <w:r>
        <w:rPr>
          <w:sz w:val="22"/>
        </w:rPr>
        <w:t>C. Coi trọng quốc phòng, xem nhẹ an ninh kinh tế.</w:t>
      </w:r>
    </w:p>
    <w:p>
      <w:pPr>
        <w:pStyle w:val="ListParagraph"/>
      </w:pPr>
      <w:r>
        <w:rPr>
          <w:sz w:val="22"/>
        </w:rPr>
        <w:t>D. Giữ vững sự lãnh đạo trực tiếp, tuyệt đối về mọi mặt của Đảng.</w:t>
      </w:r>
    </w:p>
    <w:p/>
    <w:p>
      <w:r>
        <w:rPr>
          <w:b/>
          <w:sz w:val="24"/>
        </w:rPr>
        <w:t>Câu 25: Cách thức hoạt động phổ biến của các loại tội phạm hiện nay là gì?</w:t>
      </w:r>
    </w:p>
    <w:p>
      <w:pPr>
        <w:pStyle w:val="ListParagraph"/>
      </w:pPr>
      <w:r>
        <w:rPr>
          <w:sz w:val="22"/>
        </w:rPr>
        <w:t>A. Hoạt động đơn lẻ, mang tính tự phát nhỏ lẻ.</w:t>
      </w:r>
    </w:p>
    <w:p>
      <w:pPr>
        <w:pStyle w:val="ListParagraph"/>
      </w:pPr>
      <w:r>
        <w:rPr>
          <w:sz w:val="22"/>
        </w:rPr>
        <w:t>B. Cấu kết thành các băng nhóm, tổ chức, sử dụng công nghệ cao.</w:t>
      </w:r>
    </w:p>
    <w:p>
      <w:pPr>
        <w:pStyle w:val="ListParagraph"/>
      </w:pPr>
      <w:r>
        <w:rPr>
          <w:sz w:val="22"/>
        </w:rPr>
        <w:t>C. Không bao giờ sử dụng vũ khí hay công nghệ.</w:t>
      </w:r>
    </w:p>
    <w:p>
      <w:pPr>
        <w:pStyle w:val="ListParagraph"/>
      </w:pPr>
      <w:r>
        <w:rPr>
          <w:sz w:val="22"/>
        </w:rPr>
        <w:t>D. Chỉ hoạt động trong phạm vi một xã, phường.</w:t>
      </w:r>
    </w:p>
    <w:p/>
    <w:p>
      <w:r>
        <w:rPr>
          <w:b/>
          <w:sz w:val="24"/>
        </w:rPr>
        <w:t>Câu 26: Hành vi nào sau đây bị nghiêm cấm theo Luật Nghĩa vụ quân sự?</w:t>
      </w:r>
    </w:p>
    <w:p>
      <w:pPr>
        <w:pStyle w:val="ListParagraph"/>
      </w:pPr>
      <w:r>
        <w:rPr>
          <w:sz w:val="22"/>
        </w:rPr>
        <w:t>A. Trốn tránh thực hiện nghĩa vụ quân sự.</w:t>
      </w:r>
    </w:p>
    <w:p>
      <w:pPr>
        <w:pStyle w:val="ListParagraph"/>
      </w:pPr>
      <w:r>
        <w:rPr>
          <w:sz w:val="22"/>
        </w:rPr>
        <w:t>B. Khám sức khỏe nghĩa vụ quân sự đúng lịch hẹn.</w:t>
      </w:r>
    </w:p>
    <w:p>
      <w:pPr>
        <w:pStyle w:val="ListParagraph"/>
      </w:pPr>
      <w:r>
        <w:rPr>
          <w:sz w:val="22"/>
        </w:rPr>
        <w:t>C. Tình nguyện viết đơn gia nhập quân đội.</w:t>
      </w:r>
    </w:p>
    <w:p>
      <w:pPr>
        <w:pStyle w:val="ListParagraph"/>
      </w:pPr>
      <w:r>
        <w:rPr>
          <w:sz w:val="22"/>
        </w:rPr>
        <w:t>D. Tham gia tuyên truyền về nghĩa vụ quân sự.</w:t>
      </w:r>
    </w:p>
    <w:p/>
    <w:p>
      <w:r>
        <w:rPr>
          <w:b/>
          <w:sz w:val="24"/>
        </w:rPr>
        <w:t>Câu 27: Luật Nghĩa vụ quân sự năm 2015 gồm bao nhiêu chương, bao nhiêu điều?</w:t>
      </w:r>
    </w:p>
    <w:p>
      <w:pPr>
        <w:pStyle w:val="ListParagraph"/>
      </w:pPr>
      <w:r>
        <w:rPr>
          <w:sz w:val="22"/>
        </w:rPr>
        <w:t>A. 9 chương, 62 điều.</w:t>
      </w:r>
    </w:p>
    <w:p>
      <w:pPr>
        <w:pStyle w:val="ListParagraph"/>
      </w:pPr>
      <w:r>
        <w:rPr>
          <w:sz w:val="22"/>
        </w:rPr>
        <w:t>B. 7 chương, 55 điều.</w:t>
      </w:r>
    </w:p>
    <w:p>
      <w:pPr>
        <w:pStyle w:val="ListParagraph"/>
      </w:pPr>
      <w:r>
        <w:rPr>
          <w:sz w:val="22"/>
        </w:rPr>
        <w:t>C. 8 chương, 60 điều.</w:t>
      </w:r>
    </w:p>
    <w:p>
      <w:pPr>
        <w:pStyle w:val="ListParagraph"/>
      </w:pPr>
      <w:r>
        <w:rPr>
          <w:sz w:val="22"/>
        </w:rPr>
        <w:t>D. 9 chương, 55 điều.</w:t>
      </w:r>
    </w:p>
    <w:p/>
    <w:p>
      <w:r>
        <w:rPr>
          <w:b/>
          <w:sz w:val="24"/>
        </w:rPr>
        <w:t>Câu 28: Khi phát hiện thông tin có dấu hiệu tuyên truyền văn hóa phẩm đồi trụy trên mạng xã hội, học sinh nên làm gì?</w:t>
      </w:r>
    </w:p>
    <w:p>
      <w:pPr>
        <w:pStyle w:val="ListParagraph"/>
      </w:pPr>
      <w:r>
        <w:rPr>
          <w:sz w:val="22"/>
        </w:rPr>
        <w:t>A. Bình luận cổ vũ nhóm tác giả.</w:t>
      </w:r>
    </w:p>
    <w:p>
      <w:pPr>
        <w:pStyle w:val="ListParagraph"/>
      </w:pPr>
      <w:r>
        <w:rPr>
          <w:sz w:val="22"/>
        </w:rPr>
        <w:t>B. Tham gia chia sẻ để nhiều người cùng biết.</w:t>
      </w:r>
    </w:p>
    <w:p>
      <w:pPr>
        <w:pStyle w:val="ListParagraph"/>
      </w:pPr>
      <w:r>
        <w:rPr>
          <w:sz w:val="22"/>
        </w:rPr>
        <w:t>C. Không tham gia chia sẻ, báo cáo quản trị viên hoặc cơ quan chức năng.</w:t>
      </w:r>
    </w:p>
    <w:p>
      <w:pPr>
        <w:pStyle w:val="ListParagraph"/>
      </w:pPr>
      <w:r>
        <w:rPr>
          <w:sz w:val="22"/>
        </w:rPr>
        <w:t>D. Nhắn tin xin mua lại văn hóa phẩm đó.</w:t>
      </w:r>
    </w:p>
    <w:p/>
    <w:p>
      <w:r>
        <w:t>──────────────────────────────────────────────────</w:t>
      </w:r>
    </w:p>
    <w:p>
      <w:r>
        <w:rPr>
          <w:b/>
        </w:rPr>
        <w:t>BẢNG ĐÁP ÁN &amp; LỜI GIẢI CHI TIẾT</w:t>
      </w:r>
    </w:p>
    <w:p>
      <w:r>
        <w:rPr>
          <w:b/>
        </w:rPr>
        <w:t>Câu 1: Đáp án đúng: B</w:t>
      </w:r>
    </w:p>
    <w:p>
      <w:r>
        <w:rPr>
          <w:b/>
        </w:rPr>
        <w:t>Câu 2: Đáp án đúng: B</w:t>
      </w:r>
    </w:p>
    <w:p>
      <w:r>
        <w:rPr>
          <w:b/>
        </w:rPr>
        <w:t>Câu 3: Đáp án đúng: D</w:t>
      </w:r>
    </w:p>
    <w:p>
      <w:r>
        <w:rPr>
          <w:b/>
        </w:rPr>
        <w:t>Câu 4: Đáp án đúng: A</w:t>
      </w:r>
    </w:p>
    <w:p>
      <w:r>
        <w:rPr>
          <w:b/>
        </w:rPr>
        <w:t>Câu 5: Đáp án đúng: A</w:t>
      </w:r>
    </w:p>
    <w:p>
      <w:r>
        <w:rPr>
          <w:b/>
        </w:rPr>
        <w:t>Câu 6: Đáp án đúng: B</w:t>
      </w:r>
    </w:p>
    <w:p>
      <w:r>
        <w:rPr>
          <w:b/>
        </w:rPr>
        <w:t>Câu 7: Đáp án đúng: C</w:t>
      </w:r>
    </w:p>
    <w:p>
      <w:r>
        <w:rPr>
          <w:b/>
        </w:rPr>
        <w:t>Câu 8: Đáp án đúng: B</w:t>
      </w:r>
    </w:p>
    <w:p>
      <w:r>
        <w:rPr>
          <w:b/>
        </w:rPr>
        <w:t>Câu 9: Đáp án đúng: D</w:t>
      </w:r>
    </w:p>
    <w:p>
      <w:r>
        <w:rPr>
          <w:b/>
        </w:rPr>
        <w:t>Câu 10: Đáp án đúng: D</w:t>
      </w:r>
    </w:p>
    <w:p>
      <w:r>
        <w:rPr>
          <w:b/>
        </w:rPr>
        <w:t>Câu 11: Đáp án đúng: C</w:t>
      </w:r>
    </w:p>
    <w:p>
      <w:r>
        <w:rPr>
          <w:b/>
        </w:rPr>
        <w:t>Câu 12: Đáp án đúng: A</w:t>
      </w:r>
    </w:p>
    <w:p>
      <w:r>
        <w:rPr>
          <w:b/>
        </w:rPr>
        <w:t>Câu 13: Đáp án đúng: A</w:t>
      </w:r>
    </w:p>
    <w:p>
      <w:r>
        <w:rPr>
          <w:b/>
        </w:rPr>
        <w:t>Câu 14: Đáp án đúng: B</w:t>
      </w:r>
    </w:p>
    <w:p>
      <w:r>
        <w:rPr>
          <w:b/>
        </w:rPr>
        <w:t>Câu 15: Đáp án đúng: C</w:t>
      </w:r>
    </w:p>
    <w:p>
      <w:r>
        <w:rPr>
          <w:b/>
        </w:rPr>
        <w:t>Câu 16: Đáp án đúng: A</w:t>
      </w:r>
    </w:p>
    <w:p>
      <w:r>
        <w:rPr>
          <w:b/>
        </w:rPr>
        <w:t>Câu 17: Đáp án đúng: D</w:t>
      </w:r>
    </w:p>
    <w:p>
      <w:r>
        <w:rPr>
          <w:b/>
        </w:rPr>
        <w:t>Câu 18: Đáp án đúng: B</w:t>
      </w:r>
    </w:p>
    <w:p>
      <w:r>
        <w:rPr>
          <w:b/>
        </w:rPr>
        <w:t>Câu 19: Đáp án đúng: A</w:t>
      </w:r>
    </w:p>
    <w:p>
      <w:r>
        <w:rPr>
          <w:b/>
        </w:rPr>
        <w:t>Câu 20: Đáp án đúng: B</w:t>
      </w:r>
    </w:p>
    <w:p>
      <w:r>
        <w:rPr>
          <w:b/>
        </w:rPr>
        <w:t>Câu 21: Đáp án đúng: C</w:t>
      </w:r>
    </w:p>
    <w:p>
      <w:r>
        <w:rPr>
          <w:b/>
        </w:rPr>
        <w:t>Câu 22: Đáp án đúng: C</w:t>
      </w:r>
    </w:p>
    <w:p>
      <w:r>
        <w:rPr>
          <w:b/>
        </w:rPr>
        <w:t>Câu 23: Đáp án đúng: A</w:t>
      </w:r>
    </w:p>
    <w:p>
      <w:r>
        <w:rPr>
          <w:b/>
        </w:rPr>
        <w:t>Câu 24: Đáp án đúng: D</w:t>
      </w:r>
    </w:p>
    <w:p>
      <w:r>
        <w:rPr>
          <w:b/>
        </w:rPr>
        <w:t>Câu 25: Đáp án đúng: B</w:t>
      </w:r>
    </w:p>
    <w:p>
      <w:r>
        <w:rPr>
          <w:b/>
        </w:rPr>
        <w:t>Câu 26: Đáp án đúng: A</w:t>
      </w:r>
    </w:p>
    <w:p>
      <w:r>
        <w:rPr>
          <w:b/>
        </w:rPr>
        <w:t>Câu 27: Đáp án đúng: A</w:t>
      </w:r>
    </w:p>
    <w:p>
      <w:r>
        <w:rPr>
          <w:b/>
        </w:rPr>
        <w:t>Câu 28: Đáp án đúng: C</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