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khoa học tự nhiên 9: cơ năng thế năng động năng khúc xạ ánh sáng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Một vật có khối lượng 2 kg đang chuyển động với vận tốc 3 m/s. Động năng của vật bằng bao nhiêu?</w:t>
      </w:r>
    </w:p>
    <w:p>
      <w:pPr>
        <w:pStyle w:val="ListParagraph"/>
      </w:pPr>
      <w:r>
        <w:rPr>
          <w:sz w:val="22"/>
        </w:rPr>
        <w:t>A. 3 J</w:t>
      </w:r>
    </w:p>
    <w:p>
      <w:pPr>
        <w:pStyle w:val="ListParagraph"/>
      </w:pPr>
      <w:r>
        <w:rPr>
          <w:sz w:val="22"/>
        </w:rPr>
        <w:t>B. 18 J</w:t>
      </w:r>
    </w:p>
    <w:p>
      <w:pPr>
        <w:pStyle w:val="ListParagraph"/>
      </w:pPr>
      <w:r>
        <w:rPr>
          <w:sz w:val="22"/>
        </w:rPr>
        <w:t>C. 9 J</w:t>
      </w:r>
    </w:p>
    <w:p>
      <w:pPr>
        <w:pStyle w:val="ListParagraph"/>
      </w:pPr>
      <w:r>
        <w:rPr>
          <w:sz w:val="22"/>
        </w:rPr>
        <w:t>D. 6 J</w:t>
      </w:r>
    </w:p>
    <w:p/>
    <w:p>
      <w:r>
        <w:rPr>
          <w:b/>
          <w:sz w:val="24"/>
        </w:rPr>
        <w:t>Câu 2: Thế năng trọng trường của một vật phụ thuộc vào những yếu tố nào sau đây?</w:t>
      </w:r>
    </w:p>
    <w:p>
      <w:pPr>
        <w:pStyle w:val="ListParagraph"/>
      </w:pPr>
      <w:r>
        <w:rPr>
          <w:sz w:val="22"/>
        </w:rPr>
        <w:t>A. Khối lượng, vận tốc và độ cao của vật</w:t>
      </w:r>
    </w:p>
    <w:p>
      <w:pPr>
        <w:pStyle w:val="ListParagraph"/>
      </w:pPr>
      <w:r>
        <w:rPr>
          <w:sz w:val="22"/>
        </w:rPr>
        <w:t>B. Khối lượng, độ cao và gia tốc trọng trường</w:t>
      </w:r>
    </w:p>
    <w:p>
      <w:pPr>
        <w:pStyle w:val="ListParagraph"/>
      </w:pPr>
      <w:r>
        <w:rPr>
          <w:sz w:val="22"/>
        </w:rPr>
        <w:t>C. Khối lượng và vận tốc của vật</w:t>
      </w:r>
    </w:p>
    <w:p>
      <w:pPr>
        <w:pStyle w:val="ListParagraph"/>
      </w:pPr>
      <w:r>
        <w:rPr>
          <w:sz w:val="22"/>
        </w:rPr>
        <w:t>D. Vận tốc và độ cao của vật</w:t>
      </w:r>
    </w:p>
    <w:p/>
    <w:p>
      <w:r>
        <w:rPr>
          <w:b/>
          <w:sz w:val="24"/>
        </w:rPr>
        <w:t>Câu 3: Trong quá trình vật rơi tự do (bỏ qua sức cản không khí), nhận xét nào sau đây là đúng?</w:t>
      </w:r>
    </w:p>
    <w:p>
      <w:pPr>
        <w:pStyle w:val="ListParagraph"/>
      </w:pPr>
      <w:r>
        <w:rPr>
          <w:sz w:val="22"/>
        </w:rPr>
        <w:t>A. Động năng và thế năng đều giảm</w:t>
      </w:r>
    </w:p>
    <w:p>
      <w:pPr>
        <w:pStyle w:val="ListParagraph"/>
      </w:pPr>
      <w:r>
        <w:rPr>
          <w:sz w:val="22"/>
        </w:rPr>
        <w:t>B. Động năng giảm, thế năng tăng, cơ năng không đổi</w:t>
      </w:r>
    </w:p>
    <w:p>
      <w:pPr>
        <w:pStyle w:val="ListParagraph"/>
      </w:pPr>
      <w:r>
        <w:rPr>
          <w:sz w:val="22"/>
        </w:rPr>
        <w:t>C. Động năng và thế năng đều tăng</w:t>
      </w:r>
    </w:p>
    <w:p>
      <w:pPr>
        <w:pStyle w:val="ListParagraph"/>
      </w:pPr>
      <w:r>
        <w:rPr>
          <w:sz w:val="22"/>
        </w:rPr>
        <w:t>D. Động năng tăng, thế năng giảm, cơ năng không đổi</w:t>
      </w:r>
    </w:p>
    <w:p/>
    <w:p>
      <w:r>
        <w:rPr>
          <w:b/>
          <w:sz w:val="24"/>
        </w:rPr>
        <w:t>Câu 4: Hiện tượng khúc xạ ánh sáng là hiện tượng tia sáng truyền từ môi trường trong suốt này sang môi trường trong suốt khác bị</w:t>
      </w:r>
    </w:p>
    <w:p>
      <w:pPr>
        <w:pStyle w:val="ListParagraph"/>
      </w:pPr>
      <w:r>
        <w:rPr>
          <w:sz w:val="22"/>
        </w:rPr>
        <w:t>A. hấp thụ hoàn toàn tại mặt phân cách</w:t>
      </w:r>
    </w:p>
    <w:p>
      <w:pPr>
        <w:pStyle w:val="ListParagraph"/>
      </w:pPr>
      <w:r>
        <w:rPr>
          <w:sz w:val="22"/>
        </w:rPr>
        <w:t>B. truyền thẳng không đổi hướng</w:t>
      </w:r>
    </w:p>
    <w:p>
      <w:pPr>
        <w:pStyle w:val="ListParagraph"/>
      </w:pPr>
      <w:r>
        <w:rPr>
          <w:sz w:val="22"/>
        </w:rPr>
        <w:t>C. phản xạ trở lại môi trường cũ</w:t>
      </w:r>
    </w:p>
    <w:p>
      <w:pPr>
        <w:pStyle w:val="ListParagraph"/>
      </w:pPr>
      <w:r>
        <w:rPr>
          <w:sz w:val="22"/>
        </w:rPr>
        <w:t>D. gãy khúc tại mặt phân cách giữa hai môi trường</w:t>
      </w:r>
    </w:p>
    <w:p/>
    <w:p>
      <w:r>
        <w:rPr>
          <w:b/>
          <w:sz w:val="24"/>
        </w:rPr>
        <w:t>Câu 5: Khi tia sáng truyền từ không khí vào nước thì</w:t>
      </w:r>
    </w:p>
    <w:p>
      <w:pPr>
        <w:pStyle w:val="ListParagraph"/>
      </w:pPr>
      <w:r>
        <w:rPr>
          <w:sz w:val="22"/>
        </w:rPr>
        <w:t>A. góc khúc xạ lớn hơn góc tới</w:t>
      </w:r>
    </w:p>
    <w:p>
      <w:pPr>
        <w:pStyle w:val="ListParagraph"/>
      </w:pPr>
      <w:r>
        <w:rPr>
          <w:sz w:val="22"/>
        </w:rPr>
        <w:t>B. tia khúc xạ trùng với tia tới</w:t>
      </w:r>
    </w:p>
    <w:p>
      <w:pPr>
        <w:pStyle w:val="ListParagraph"/>
      </w:pPr>
      <w:r>
        <w:rPr>
          <w:sz w:val="22"/>
        </w:rPr>
        <w:t>C. góc khúc xạ bằng góc tới</w:t>
      </w:r>
    </w:p>
    <w:p>
      <w:pPr>
        <w:pStyle w:val="ListParagraph"/>
      </w:pPr>
      <w:r>
        <w:rPr>
          <w:sz w:val="22"/>
        </w:rPr>
        <w:t>D. góc khúc xạ nhỏ hơn góc tới</w:t>
      </w:r>
    </w:p>
    <w:p/>
    <w:p>
      <w:r>
        <w:rPr>
          <w:b/>
          <w:sz w:val="24"/>
        </w:rPr>
        <w:t>Câu 6: Một vật có khối lượng 500 g được nâng lên độ cao 4 m so với mặt đất. Lấy g = 10 m/s². Thế năng trọng trường của vật bằng</w:t>
      </w:r>
    </w:p>
    <w:p>
      <w:pPr>
        <w:pStyle w:val="ListParagraph"/>
      </w:pPr>
      <w:r>
        <w:rPr>
          <w:sz w:val="22"/>
        </w:rPr>
        <w:t>A. 200 J</w:t>
      </w:r>
    </w:p>
    <w:p>
      <w:pPr>
        <w:pStyle w:val="ListParagraph"/>
      </w:pPr>
      <w:r>
        <w:rPr>
          <w:sz w:val="22"/>
        </w:rPr>
        <w:t>B. 2000 J</w:t>
      </w:r>
    </w:p>
    <w:p>
      <w:pPr>
        <w:pStyle w:val="ListParagraph"/>
      </w:pPr>
      <w:r>
        <w:rPr>
          <w:sz w:val="22"/>
        </w:rPr>
        <w:t>C. 20 J</w:t>
      </w:r>
    </w:p>
    <w:p>
      <w:pPr>
        <w:pStyle w:val="ListParagraph"/>
      </w:pPr>
      <w:r>
        <w:rPr>
          <w:sz w:val="22"/>
        </w:rPr>
        <w:t>D. 2 J</w:t>
      </w:r>
    </w:p>
    <w:p/>
    <w:p>
      <w:r>
        <w:rPr>
          <w:b/>
          <w:sz w:val="24"/>
        </w:rPr>
        <w:t>Câu 7: Cơ năng của một vật được xác định bằng</w:t>
      </w:r>
    </w:p>
    <w:p>
      <w:pPr>
        <w:pStyle w:val="ListParagraph"/>
      </w:pPr>
      <w:r>
        <w:rPr>
          <w:sz w:val="22"/>
        </w:rPr>
        <w:t>A. hiệu của động năng và thế năng</w:t>
      </w:r>
    </w:p>
    <w:p>
      <w:pPr>
        <w:pStyle w:val="ListParagraph"/>
      </w:pPr>
      <w:r>
        <w:rPr>
          <w:sz w:val="22"/>
        </w:rPr>
        <w:t>B. tổng của động năng và thế năng</w:t>
      </w:r>
    </w:p>
    <w:p>
      <w:pPr>
        <w:pStyle w:val="ListParagraph"/>
      </w:pPr>
      <w:r>
        <w:rPr>
          <w:sz w:val="22"/>
        </w:rPr>
        <w:t>C. tích của động năng và thế năng</w:t>
      </w:r>
    </w:p>
    <w:p>
      <w:pPr>
        <w:pStyle w:val="ListParagraph"/>
      </w:pPr>
      <w:r>
        <w:rPr>
          <w:sz w:val="22"/>
        </w:rPr>
        <w:t>D. thương của động năng và thế năng</w:t>
      </w:r>
    </w:p>
    <w:p/>
    <w:p>
      <w:r>
        <w:rPr>
          <w:b/>
          <w:sz w:val="24"/>
        </w:rPr>
        <w:t>Câu 8: Một vật được ném lên cao theo phương thẳng đứng (bỏ qua sức cản không khí). Trong quá trình vật đi lên, nhận xét nào sau đây là đúng?</w:t>
      </w:r>
    </w:p>
    <w:p>
      <w:pPr>
        <w:pStyle w:val="ListParagraph"/>
      </w:pPr>
      <w:r>
        <w:rPr>
          <w:sz w:val="22"/>
        </w:rPr>
        <w:t>A. Động năng tăng, thế năng giảm</w:t>
      </w:r>
    </w:p>
    <w:p>
      <w:pPr>
        <w:pStyle w:val="ListParagraph"/>
      </w:pPr>
      <w:r>
        <w:rPr>
          <w:sz w:val="22"/>
        </w:rPr>
        <w:t>B. Động năng giảm, thế năng tăng</w:t>
      </w:r>
    </w:p>
    <w:p>
      <w:pPr>
        <w:pStyle w:val="ListParagraph"/>
      </w:pPr>
      <w:r>
        <w:rPr>
          <w:sz w:val="22"/>
        </w:rPr>
        <w:t>C. Động năng và thế năng đều không đổi</w:t>
      </w:r>
    </w:p>
    <w:p>
      <w:pPr>
        <w:pStyle w:val="ListParagraph"/>
      </w:pPr>
      <w:r>
        <w:rPr>
          <w:sz w:val="22"/>
        </w:rPr>
        <w:t>D. Động năng và thế năng đều tăng</w:t>
      </w:r>
    </w:p>
    <w:p/>
    <w:p>
      <w:r>
        <w:rPr>
          <w:b/>
          <w:sz w:val="24"/>
        </w:rPr>
        <w:t>Câu 9: Chiếu một tia sáng từ nước ra không khí với góc tới nhỏ hơn góc giới hạn phản xạ toàn phần. Khi đó tia khúc xạ ở mặt phân cách</w:t>
      </w:r>
    </w:p>
    <w:p>
      <w:pPr>
        <w:pStyle w:val="ListParagraph"/>
      </w:pPr>
      <w:r>
        <w:rPr>
          <w:sz w:val="22"/>
        </w:rPr>
        <w:t>A. nằm ngoài mặt phẳng tới</w:t>
      </w:r>
    </w:p>
    <w:p>
      <w:pPr>
        <w:pStyle w:val="ListParagraph"/>
      </w:pPr>
      <w:r>
        <w:rPr>
          <w:sz w:val="22"/>
        </w:rPr>
        <w:t>B. nằm trong mặt phẳng tới và lệch gần pháp tuyến hơn so với tia tới</w:t>
      </w:r>
    </w:p>
    <w:p>
      <w:pPr>
        <w:pStyle w:val="ListParagraph"/>
      </w:pPr>
      <w:r>
        <w:rPr>
          <w:sz w:val="22"/>
        </w:rPr>
        <w:t>C. trùng với pháp tuyến tại điểm tới</w:t>
      </w:r>
    </w:p>
    <w:p>
      <w:pPr>
        <w:pStyle w:val="ListParagraph"/>
      </w:pPr>
      <w:r>
        <w:rPr>
          <w:sz w:val="22"/>
        </w:rPr>
        <w:t>D. nằm trong mặt phẳng tới và lệch xa pháp tuyến hơn so với tia tới</w:t>
      </w:r>
    </w:p>
    <w:p/>
    <w:p>
      <w:r>
        <w:rPr>
          <w:b/>
          <w:sz w:val="24"/>
        </w:rPr>
        <w:t>Câu 10: Một vật có khối lượng 1 kg đang chuyển động với vận tốc 4 m/s ở độ cao 5 m so với mặt đất. Lấy g = 10 m/s². Cơ năng của vật bằng</w:t>
      </w:r>
    </w:p>
    <w:p>
      <w:pPr>
        <w:pStyle w:val="ListParagraph"/>
      </w:pPr>
      <w:r>
        <w:rPr>
          <w:sz w:val="22"/>
        </w:rPr>
        <w:t>A. 42 J</w:t>
      </w:r>
    </w:p>
    <w:p>
      <w:pPr>
        <w:pStyle w:val="ListParagraph"/>
      </w:pPr>
      <w:r>
        <w:rPr>
          <w:sz w:val="22"/>
        </w:rPr>
        <w:t>B. 8 J</w:t>
      </w:r>
    </w:p>
    <w:p>
      <w:pPr>
        <w:pStyle w:val="ListParagraph"/>
      </w:pPr>
      <w:r>
        <w:rPr>
          <w:sz w:val="22"/>
        </w:rPr>
        <w:t>C. 58 J</w:t>
      </w:r>
    </w:p>
    <w:p>
      <w:pPr>
        <w:pStyle w:val="ListParagraph"/>
      </w:pPr>
      <w:r>
        <w:rPr>
          <w:sz w:val="22"/>
        </w:rPr>
        <w:t>D. 50 J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i/>
        </w:rPr>
        <w:t>Giải thích: Động năng được tính bằng công thức Wđ = 1/2.m.v² = 1/2.2.3² = 9 J.</w:t>
      </w:r>
    </w:p>
    <w:p>
      <w:r>
        <w:rPr>
          <w:b/>
        </w:rPr>
        <w:t>Câu 2: Đáp án đúng: B</w:t>
      </w:r>
    </w:p>
    <w:p>
      <w:r>
        <w:rPr>
          <w:i/>
        </w:rPr>
        <w:t>Giải thích: Thế năng trọng trường được tính bằng Wt = m.g.h, nên phụ thuộc khối lượng, độ cao và gia tốc trọng trường.</w:t>
      </w:r>
    </w:p>
    <w:p>
      <w:r>
        <w:rPr>
          <w:b/>
        </w:rPr>
        <w:t>Câu 3: Đáp án đúng: D</w:t>
      </w:r>
    </w:p>
    <w:p>
      <w:r>
        <w:rPr>
          <w:i/>
        </w:rPr>
        <w:t>Giải thích: Khi vật rơi tự do, độ cao giảm nên thế năng giảm, vận tốc tăng nên động năng tăng, còn cơ năng được bảo toàn.</w:t>
      </w:r>
    </w:p>
    <w:p>
      <w:r>
        <w:rPr>
          <w:b/>
        </w:rPr>
        <w:t>Câu 4: Đáp án đúng: D</w:t>
      </w:r>
    </w:p>
    <w:p>
      <w:r>
        <w:rPr>
          <w:i/>
        </w:rPr>
        <w:t>Giải thích: Khúc xạ ánh sáng là hiện tượng tia sáng bị gãy khúc tại mặt phân cách khi truyền từ môi trường trong suốt này sang môi trường trong suốt khác.</w:t>
      </w:r>
    </w:p>
    <w:p>
      <w:r>
        <w:rPr>
          <w:b/>
        </w:rPr>
        <w:t>Câu 5: Đáp án đúng: D</w:t>
      </w:r>
    </w:p>
    <w:p>
      <w:r>
        <w:rPr>
          <w:i/>
        </w:rPr>
        <w:t>Giải thích: Khi truyền từ không khí vào nước (môi trường chiết quang hơn), góc khúc xạ nhỏ hơn góc tới.</w:t>
      </w:r>
    </w:p>
    <w:p>
      <w:r>
        <w:rPr>
          <w:b/>
        </w:rPr>
        <w:t>Câu 6: Đáp án đúng: C</w:t>
      </w:r>
    </w:p>
    <w:p>
      <w:r>
        <w:rPr>
          <w:i/>
        </w:rPr>
        <w:t>Giải thích: Thế năng Wt = m.g.h = 0,5.10.4 = 20 J.</w:t>
      </w:r>
    </w:p>
    <w:p>
      <w:r>
        <w:rPr>
          <w:b/>
        </w:rPr>
        <w:t>Câu 7: Đáp án đúng: B</w:t>
      </w:r>
    </w:p>
    <w:p>
      <w:r>
        <w:rPr>
          <w:i/>
        </w:rPr>
        <w:t>Giải thích: Cơ năng của vật là tổng của động năng và thế năng của vật.</w:t>
      </w:r>
    </w:p>
    <w:p>
      <w:r>
        <w:rPr>
          <w:b/>
        </w:rPr>
        <w:t>Câu 8: Đáp án đúng: B</w:t>
      </w:r>
    </w:p>
    <w:p>
      <w:r>
        <w:rPr>
          <w:i/>
        </w:rPr>
        <w:t>Giải thích: Khi vật đi lên, vận tốc giảm nên động năng giảm, độ cao tăng nên thế năng tăng.</w:t>
      </w:r>
    </w:p>
    <w:p>
      <w:r>
        <w:rPr>
          <w:b/>
        </w:rPr>
        <w:t>Câu 9: Đáp án đúng: D</w:t>
      </w:r>
    </w:p>
    <w:p>
      <w:r>
        <w:rPr>
          <w:i/>
        </w:rPr>
        <w:t>Giải thích: Truyền từ nước ra không khí (sang môi trường chiết quang kém hơn), tia khúc xạ nằm trong mặt phẳng tới và lệch xa pháp tuyến hơn tia tới.</w:t>
      </w:r>
    </w:p>
    <w:p>
      <w:r>
        <w:rPr>
          <w:b/>
        </w:rPr>
        <w:t>Câu 10: Đáp án đúng: C</w:t>
      </w:r>
    </w:p>
    <w:p>
      <w:r>
        <w:rPr>
          <w:i/>
        </w:rPr>
        <w:t>Giải thích: Động năng là 1/2.1.4² = 8 J, thế năng là 1.10.5 = 50 J, cơ năng bằng tổng là 58 J.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