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Đề kiểm tra hsg lịch sử trong 150 phút gồm các bài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Nội dung nào sau đây là nguyên nhân dẫn đến sự bùng nổ của phong trào đấu tranh giải phóng dân tộc ở châu Á sau Chiến tranh thế giới thứ hai?</w:t>
      </w:r>
    </w:p>
    <w:p>
      <w:pPr>
        <w:pStyle w:val="ListParagraph"/>
      </w:pPr>
      <w:r>
        <w:rPr>
          <w:sz w:val="22"/>
        </w:rPr>
        <w:t>A. Sự suy yếu của chủ nghĩa thực dân châu Âu sau chiến tranh.</w:t>
      </w:r>
    </w:p>
    <w:p>
      <w:pPr>
        <w:pStyle w:val="ListParagraph"/>
      </w:pPr>
      <w:r>
        <w:rPr>
          <w:sz w:val="22"/>
        </w:rPr>
        <w:t>B. Thắng lợi của Cách mạng tháng Mười Nga năm 1917.</w:t>
      </w:r>
    </w:p>
    <w:p>
      <w:pPr>
        <w:pStyle w:val="ListParagraph"/>
      </w:pPr>
      <w:r>
        <w:rPr>
          <w:sz w:val="22"/>
        </w:rPr>
        <w:t>C. Sự ra đời của tổ chức ASEAN.</w:t>
      </w:r>
    </w:p>
    <w:p>
      <w:pPr>
        <w:pStyle w:val="ListParagraph"/>
      </w:pPr>
      <w:r>
        <w:rPr>
          <w:sz w:val="22"/>
        </w:rPr>
        <w:t>D. Sự phát triển của phong trào công nhân quốc tế.</w:t>
      </w:r>
    </w:p>
    <w:p/>
    <w:p>
      <w:r>
        <w:rPr>
          <w:b/>
          <w:sz w:val="24"/>
        </w:rPr>
        <w:t>Câu 2: Sự kiện nào đánh dấu bước ngoặt của phong trào giải phóng dân tộc ở châu Phi sau Chiến tranh thế giới thứ hai?</w:t>
      </w:r>
    </w:p>
    <w:p>
      <w:pPr>
        <w:pStyle w:val="ListParagraph"/>
      </w:pPr>
      <w:r>
        <w:rPr>
          <w:sz w:val="22"/>
        </w:rPr>
        <w:t>A. Cách mạng An-giê-ri thắng lợi (1962).</w:t>
      </w:r>
    </w:p>
    <w:p>
      <w:pPr>
        <w:pStyle w:val="ListParagraph"/>
      </w:pPr>
      <w:r>
        <w:rPr>
          <w:sz w:val="22"/>
        </w:rPr>
        <w:t>B. Năm 1960 được gọi là "Năm châu Phi" với 17 nước giành độc lập.</w:t>
      </w:r>
    </w:p>
    <w:p>
      <w:pPr>
        <w:pStyle w:val="ListParagraph"/>
      </w:pPr>
      <w:r>
        <w:rPr>
          <w:sz w:val="22"/>
        </w:rPr>
        <w:t>C. Sự thành lập Tổ chức thống nhất châu Phi (OAU) năm 1963.</w:t>
      </w:r>
    </w:p>
    <w:p>
      <w:pPr>
        <w:pStyle w:val="ListParagraph"/>
      </w:pPr>
      <w:r>
        <w:rPr>
          <w:sz w:val="22"/>
        </w:rPr>
        <w:t>D. Nen-xơn Man-đê-la trở thành Tổng thống Nam Phi (1994).</w:t>
      </w:r>
    </w:p>
    <w:p/>
    <w:p>
      <w:r>
        <w:rPr>
          <w:b/>
          <w:sz w:val="24"/>
        </w:rPr>
        <w:t>Câu 3: Nội dung nào sau đây không phải là biểu hiện của xu thế toàn cầu hóa từ những năm 80 của thế kỉ XX?</w:t>
      </w:r>
    </w:p>
    <w:p>
      <w:pPr>
        <w:pStyle w:val="ListParagraph"/>
      </w:pPr>
      <w:r>
        <w:rPr>
          <w:sz w:val="22"/>
        </w:rPr>
        <w:t>A. Sự phát triển nhanh chóng của quan hệ thương mại quốc tế.</w:t>
      </w:r>
    </w:p>
    <w:p>
      <w:pPr>
        <w:pStyle w:val="ListParagraph"/>
      </w:pPr>
      <w:r>
        <w:rPr>
          <w:sz w:val="22"/>
        </w:rPr>
        <w:t>B. Sự ra đời của các tổ chức liên kết kinh tế, thương mại, tài chính quốc tế và khu vực.</w:t>
      </w:r>
    </w:p>
    <w:p>
      <w:pPr>
        <w:pStyle w:val="ListParagraph"/>
      </w:pPr>
      <w:r>
        <w:rPr>
          <w:sz w:val="22"/>
        </w:rPr>
        <w:t>C. Sự phát triển và tác động to lớn của các công ty xuyên quốc gia.</w:t>
      </w:r>
    </w:p>
    <w:p>
      <w:pPr>
        <w:pStyle w:val="ListParagraph"/>
      </w:pPr>
      <w:r>
        <w:rPr>
          <w:sz w:val="22"/>
        </w:rPr>
        <w:t>D. Sự hình thành các liên minh quân sự đối đầu.</w:t>
      </w:r>
    </w:p>
    <w:p/>
    <w:p>
      <w:r>
        <w:rPr>
          <w:b/>
          <w:sz w:val="24"/>
        </w:rPr>
        <w:t>Câu 4: Tổ chức nào sau đây được thành lập nhằm duy trì hòa bình và an ninh thế giới sau Chiến tranh thế giới thứ hai?</w:t>
      </w:r>
    </w:p>
    <w:p>
      <w:pPr>
        <w:pStyle w:val="ListParagraph"/>
      </w:pPr>
      <w:r>
        <w:rPr>
          <w:sz w:val="22"/>
        </w:rPr>
        <w:t>A. Liên minh châu Âu (EU).</w:t>
      </w:r>
    </w:p>
    <w:p>
      <w:pPr>
        <w:pStyle w:val="ListParagraph"/>
      </w:pPr>
      <w:r>
        <w:rPr>
          <w:sz w:val="22"/>
        </w:rPr>
        <w:t>B. Tổ chức Hiệp ước Bắc Đại Tây Dương (NATO).</w:t>
      </w:r>
    </w:p>
    <w:p>
      <w:pPr>
        <w:pStyle w:val="ListParagraph"/>
      </w:pPr>
      <w:r>
        <w:rPr>
          <w:sz w:val="22"/>
        </w:rPr>
        <w:t>C. Liên hợp quốc (UN).</w:t>
      </w:r>
    </w:p>
    <w:p>
      <w:pPr>
        <w:pStyle w:val="ListParagraph"/>
      </w:pPr>
      <w:r>
        <w:rPr>
          <w:sz w:val="22"/>
        </w:rPr>
        <w:t>D. Tổ chức Thương mại Thế giới (WTO).</w:t>
      </w:r>
    </w:p>
    <w:p/>
    <w:p>
      <w:r>
        <w:rPr>
          <w:b/>
          <w:sz w:val="24"/>
        </w:rPr>
        <w:t>Câu 5: Nội dung nào sau đây phản ánh đúng về quan hệ quốc tế trong thời kì Chiến tranh lạnh?</w:t>
      </w:r>
    </w:p>
    <w:p>
      <w:pPr>
        <w:pStyle w:val="ListParagraph"/>
      </w:pPr>
      <w:r>
        <w:rPr>
          <w:sz w:val="22"/>
        </w:rPr>
        <w:t>A. Quan hệ hợp tác hữu nghị giữa các quốc gia được tăng cường.</w:t>
      </w:r>
    </w:p>
    <w:p>
      <w:pPr>
        <w:pStyle w:val="ListParagraph"/>
      </w:pPr>
      <w:r>
        <w:rPr>
          <w:sz w:val="22"/>
        </w:rPr>
        <w:t>B. Thế giới luôn trong tình trạng căng thẳng, đối đầu giữa hai phe TBCN và XHCN.</w:t>
      </w:r>
    </w:p>
    <w:p>
      <w:pPr>
        <w:pStyle w:val="ListParagraph"/>
      </w:pPr>
      <w:r>
        <w:rPr>
          <w:sz w:val="22"/>
        </w:rPr>
        <w:t>C. Các nước đều tập trung phát triển kinh tế, không có xung đột.</w:t>
      </w:r>
    </w:p>
    <w:p>
      <w:pPr>
        <w:pStyle w:val="ListParagraph"/>
      </w:pPr>
      <w:r>
        <w:rPr>
          <w:sz w:val="22"/>
        </w:rPr>
        <w:t>D. Chủ nghĩa thực dân được xóa bỏ hoàn toàn trên thế giới.</w:t>
      </w:r>
    </w:p>
    <w:p/>
    <w:p>
      <w:r>
        <w:rPr>
          <w:b/>
          <w:sz w:val="24"/>
        </w:rPr>
        <w:t>Câu 6: Sự kiện nào sau đây đánh dấu sự chấm dứt của Chiến tranh lạnh?</w:t>
      </w:r>
    </w:p>
    <w:p>
      <w:pPr>
        <w:pStyle w:val="ListParagraph"/>
      </w:pPr>
      <w:r>
        <w:rPr>
          <w:sz w:val="22"/>
        </w:rPr>
        <w:t>A. Hiệp định Giơ-ne-vơ được kí kết (1954).</w:t>
      </w:r>
    </w:p>
    <w:p>
      <w:pPr>
        <w:pStyle w:val="ListParagraph"/>
      </w:pPr>
      <w:r>
        <w:rPr>
          <w:sz w:val="22"/>
        </w:rPr>
        <w:t>B. Hiệp ước ABM được kí kết (1972).</w:t>
      </w:r>
    </w:p>
    <w:p>
      <w:pPr>
        <w:pStyle w:val="ListParagraph"/>
      </w:pPr>
      <w:r>
        <w:rPr>
          <w:sz w:val="22"/>
        </w:rPr>
        <w:t>C. Cuộc gặp gỡ giữa Goóc-ba-chốp và Bu-sơ tại Man-ta (1989).</w:t>
      </w:r>
    </w:p>
    <w:p>
      <w:pPr>
        <w:pStyle w:val="ListParagraph"/>
      </w:pPr>
      <w:r>
        <w:rPr>
          <w:sz w:val="22"/>
        </w:rPr>
        <w:t>D. Sự tan rã của Liên Xô (1991).</w:t>
      </w:r>
    </w:p>
    <w:p/>
    <w:p>
      <w:r>
        <w:rPr>
          <w:b/>
          <w:sz w:val="24"/>
        </w:rPr>
        <w:t>Câu 7: Nội dung nào sau đây là một trong những thành tựu của cuộc cách mạng khoa học - kĩ thuật hiện đại?</w:t>
      </w:r>
    </w:p>
    <w:p>
      <w:pPr>
        <w:pStyle w:val="ListParagraph"/>
      </w:pPr>
      <w:r>
        <w:rPr>
          <w:sz w:val="22"/>
        </w:rPr>
        <w:t>A. Phát minh ra máy hơi nước.</w:t>
      </w:r>
    </w:p>
    <w:p>
      <w:pPr>
        <w:pStyle w:val="ListParagraph"/>
      </w:pPr>
      <w:r>
        <w:rPr>
          <w:sz w:val="22"/>
        </w:rPr>
        <w:t>B. Chế tạo thành công máy bay.</w:t>
      </w:r>
    </w:p>
    <w:p>
      <w:pPr>
        <w:pStyle w:val="ListParagraph"/>
      </w:pPr>
      <w:r>
        <w:rPr>
          <w:sz w:val="22"/>
        </w:rPr>
        <w:t>C. Phát minh ra điện thoại di động.</w:t>
      </w:r>
    </w:p>
    <w:p>
      <w:pPr>
        <w:pStyle w:val="ListParagraph"/>
      </w:pPr>
      <w:r>
        <w:rPr>
          <w:sz w:val="22"/>
        </w:rPr>
        <w:t>D. Sự ra đời của máy tính điện tử và hệ thống mạng toàn cầu.</w:t>
      </w:r>
    </w:p>
    <w:p/>
    <w:p>
      <w:r>
        <w:rPr>
          <w:b/>
          <w:sz w:val="24"/>
        </w:rPr>
        <w:t>Câu 8: Tác động nào sau đây của cuộc cách mạng khoa học - kĩ thuật hiện đại đối với đời sống xã hội là tiêu cực?</w:t>
      </w:r>
    </w:p>
    <w:p>
      <w:pPr>
        <w:pStyle w:val="ListParagraph"/>
      </w:pPr>
      <w:r>
        <w:rPr>
          <w:sz w:val="22"/>
        </w:rPr>
        <w:t>A. Nâng cao năng suất lao động.</w:t>
      </w:r>
    </w:p>
    <w:p>
      <w:pPr>
        <w:pStyle w:val="ListParagraph"/>
      </w:pPr>
      <w:r>
        <w:rPr>
          <w:sz w:val="22"/>
        </w:rPr>
        <w:t>B. Cải thiện chất lượng cuộc sống.</w:t>
      </w:r>
    </w:p>
    <w:p>
      <w:pPr>
        <w:pStyle w:val="ListParagraph"/>
      </w:pPr>
      <w:r>
        <w:rPr>
          <w:sz w:val="22"/>
        </w:rPr>
        <w:t>C. Gây ô nhiễm môi trường, tai nạn giao thông, bệnh tật.</w:t>
      </w:r>
    </w:p>
    <w:p>
      <w:pPr>
        <w:pStyle w:val="ListParagraph"/>
      </w:pPr>
      <w:r>
        <w:rPr>
          <w:sz w:val="22"/>
        </w:rPr>
        <w:t>D. Thúc đẩy giao lưu văn hóa giữa các quốc gia.</w:t>
      </w:r>
    </w:p>
    <w:p/>
    <w:p>
      <w:r>
        <w:rPr>
          <w:b/>
          <w:sz w:val="24"/>
        </w:rPr>
        <w:t>Câu 9: Nội dung nào sau đây không phải là nguyên nhân dẫn đến sự phát triển kinh tế của Nhật Bản sau Chiến tranh thế giới thứ hai?</w:t>
      </w:r>
    </w:p>
    <w:p>
      <w:pPr>
        <w:pStyle w:val="ListParagraph"/>
      </w:pPr>
      <w:r>
        <w:rPr>
          <w:sz w:val="22"/>
        </w:rPr>
        <w:t>A. Áp dụng thành tựu khoa học - kĩ thuật vào sản xuất.</w:t>
      </w:r>
    </w:p>
    <w:p>
      <w:pPr>
        <w:pStyle w:val="ListParagraph"/>
      </w:pPr>
      <w:r>
        <w:rPr>
          <w:sz w:val="22"/>
        </w:rPr>
        <w:t>B. Nhận được viện trợ kinh tế của Mĩ.</w:t>
      </w:r>
    </w:p>
    <w:p>
      <w:pPr>
        <w:pStyle w:val="ListParagraph"/>
      </w:pPr>
      <w:r>
        <w:rPr>
          <w:sz w:val="22"/>
        </w:rPr>
        <w:t>C. Chi phí quốc phòng thấp.</w:t>
      </w:r>
    </w:p>
    <w:p>
      <w:pPr>
        <w:pStyle w:val="ListParagraph"/>
      </w:pPr>
      <w:r>
        <w:rPr>
          <w:sz w:val="22"/>
        </w:rPr>
        <w:t>D. Tài nguyên thiên nhiên phong phú.</w:t>
      </w:r>
    </w:p>
    <w:p/>
    <w:p>
      <w:r>
        <w:rPr>
          <w:b/>
          <w:sz w:val="24"/>
        </w:rPr>
        <w:t>Câu 10: Sự kiện nào sau đây đánh dấu sự khởi đầu của cuộc Chiến tranh lạnh?</w:t>
      </w:r>
    </w:p>
    <w:p>
      <w:pPr>
        <w:pStyle w:val="ListParagraph"/>
      </w:pPr>
      <w:r>
        <w:rPr>
          <w:sz w:val="22"/>
        </w:rPr>
        <w:t>A. Thông điệp của Tổng thống Truman (1947).</w:t>
      </w:r>
    </w:p>
    <w:p>
      <w:pPr>
        <w:pStyle w:val="ListParagraph"/>
      </w:pPr>
      <w:r>
        <w:rPr>
          <w:sz w:val="22"/>
        </w:rPr>
        <w:t>B. Kế hoạch Mác-san (1947).</w:t>
      </w:r>
    </w:p>
    <w:p>
      <w:pPr>
        <w:pStyle w:val="ListParagraph"/>
      </w:pPr>
      <w:r>
        <w:rPr>
          <w:sz w:val="22"/>
        </w:rPr>
        <w:t>C. Sự thành lập NATO (1949).</w:t>
      </w:r>
    </w:p>
    <w:p>
      <w:pPr>
        <w:pStyle w:val="ListParagraph"/>
      </w:pPr>
      <w:r>
        <w:rPr>
          <w:sz w:val="22"/>
        </w:rPr>
        <w:t>D. Sự thành lập Tổ chức Hiệp ước Vác-sa-va (1955).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