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Gdcd - Bài trắc nghiệm - ĐỀ CƯƠNG ÔN TẬP GIỮA HKI MÔN GDCDÂN 6</w:t>
      </w:r>
    </w:p>
    <w:p>
      <w:pPr>
        <w:jc w:val="center"/>
      </w:pPr>
      <w:r>
        <w:rPr>
          <w:sz w:val="22"/>
        </w:rPr>
        <w:t>Số câu: 33    Thời gian: _____ phút    Họ và tên: _________________________</w:t>
      </w:r>
    </w:p>
    <w:p/>
    <w:p>
      <w:r>
        <w:rPr>
          <w:b/>
          <w:sz w:val="24"/>
        </w:rPr>
        <w:t>Câu 1: Để đạt kết quả cao trong học tập, em chọn việc làm nào trong các việc sau?</w:t>
      </w:r>
    </w:p>
    <w:p>
      <w:pPr>
        <w:pStyle w:val="ListParagraph"/>
      </w:pPr>
      <w:r>
        <w:rPr>
          <w:sz w:val="22"/>
        </w:rPr>
        <w:t>A. Chép bài của bạn để đạt điểm cao.</w:t>
      </w:r>
    </w:p>
    <w:p>
      <w:pPr>
        <w:pStyle w:val="ListParagraph"/>
      </w:pPr>
      <w:r>
        <w:rPr>
          <w:sz w:val="22"/>
        </w:rPr>
        <w:t>B. Không chuẩn bị bài mới.</w:t>
      </w:r>
    </w:p>
    <w:p>
      <w:pPr>
        <w:pStyle w:val="ListParagraph"/>
      </w:pPr>
      <w:r>
        <w:rPr>
          <w:sz w:val="22"/>
        </w:rPr>
        <w:t>C. Chăm chỉ học tập và không chơi la cà.</w:t>
      </w:r>
    </w:p>
    <w:p>
      <w:pPr>
        <w:pStyle w:val="ListParagraph"/>
      </w:pPr>
      <w:r>
        <w:rPr>
          <w:sz w:val="22"/>
        </w:rPr>
        <w:t>D. Học thuộc lòng trong quyển sách học tốt.</w:t>
      </w:r>
    </w:p>
    <w:p/>
    <w:p>
      <w:r>
        <w:rPr>
          <w:b/>
          <w:sz w:val="24"/>
        </w:rPr>
        <w:t>Câu 2: "Những giá trị tốt đẹp mà gia đình dòng họ đã tạo ra, được lưu truyền và phát huy từ thế hệ này sang thế hệ khác" là nội dung của khái niệm:</w:t>
      </w:r>
    </w:p>
    <w:p>
      <w:pPr>
        <w:pStyle w:val="ListParagraph"/>
      </w:pPr>
      <w:r>
        <w:rPr>
          <w:sz w:val="22"/>
        </w:rPr>
        <w:t>A. Yêu thương con người.</w:t>
      </w:r>
    </w:p>
    <w:p>
      <w:pPr>
        <w:pStyle w:val="ListParagraph"/>
      </w:pPr>
      <w:r>
        <w:rPr>
          <w:sz w:val="22"/>
        </w:rPr>
        <w:t>B. Tự hào về truyền thống gia đình, dòng họ.</w:t>
      </w:r>
    </w:p>
    <w:p>
      <w:pPr>
        <w:pStyle w:val="ListParagraph"/>
      </w:pPr>
      <w:r>
        <w:rPr>
          <w:sz w:val="22"/>
        </w:rPr>
        <w:t>C. Tự hào về truyền thống quê hương.</w:t>
      </w:r>
    </w:p>
    <w:p>
      <w:pPr>
        <w:pStyle w:val="ListParagraph"/>
      </w:pPr>
      <w:r>
        <w:rPr>
          <w:sz w:val="22"/>
        </w:rPr>
        <w:t>D. Tự hào về truyền thống dân tộc Việt Nam.</w:t>
      </w:r>
    </w:p>
    <w:p/>
    <w:p>
      <w:r>
        <w:rPr>
          <w:b/>
          <w:sz w:val="24"/>
        </w:rPr>
        <w:t>Câu 3: Việc làm nào dưới đây nói về tự hào truyền thống gia đình dòng họ?</w:t>
      </w:r>
    </w:p>
    <w:p>
      <w:pPr>
        <w:pStyle w:val="ListParagraph"/>
      </w:pPr>
      <w:r>
        <w:rPr>
          <w:sz w:val="22"/>
        </w:rPr>
        <w:t>A. Ngại khi nói về truyền thống gia đình mình vì gia đình còn nghèo.</w:t>
      </w:r>
    </w:p>
    <w:p>
      <w:pPr>
        <w:pStyle w:val="ListParagraph"/>
      </w:pPr>
      <w:r>
        <w:rPr>
          <w:sz w:val="22"/>
        </w:rPr>
        <w:t>B. Nói xấu các làng nghề truyền thống vì nó không hiện đại.</w:t>
      </w:r>
    </w:p>
    <w:p>
      <w:pPr>
        <w:pStyle w:val="ListParagraph"/>
      </w:pPr>
      <w:r>
        <w:rPr>
          <w:sz w:val="22"/>
        </w:rPr>
        <w:t>C. Luôn tự hào giới thiệu về truyền thống làng nghề gia đình mình cho bạn bè.</w:t>
      </w:r>
    </w:p>
    <w:p>
      <w:pPr>
        <w:pStyle w:val="ListParagraph"/>
      </w:pPr>
      <w:r>
        <w:rPr>
          <w:sz w:val="22"/>
        </w:rPr>
        <w:t>D. Khinh thường những người làm lao động tay chân.</w:t>
      </w:r>
    </w:p>
    <w:p/>
    <w:p>
      <w:r>
        <w:rPr>
          <w:b/>
          <w:sz w:val="24"/>
        </w:rPr>
        <w:t>Câu 4: Trong giờ kiểm tra môn Toán em thấy bạn M đang chép tài liệu trong giờ. Trong trường hợp này em sẽ làm thế nào?</w:t>
      </w:r>
    </w:p>
    <w:p>
      <w:pPr>
        <w:pStyle w:val="ListParagraph"/>
      </w:pPr>
      <w:r>
        <w:rPr>
          <w:sz w:val="22"/>
        </w:rPr>
        <w:t>A. Đi nói xấu bạn với các bạn trong lớp.</w:t>
      </w:r>
    </w:p>
    <w:p>
      <w:pPr>
        <w:pStyle w:val="ListParagraph"/>
      </w:pPr>
      <w:r>
        <w:rPr>
          <w:sz w:val="22"/>
        </w:rPr>
        <w:t>B. Mặc kệ, coi như không biết.</w:t>
      </w:r>
    </w:p>
    <w:p>
      <w:pPr>
        <w:pStyle w:val="ListParagraph"/>
      </w:pPr>
      <w:r>
        <w:rPr>
          <w:sz w:val="22"/>
        </w:rPr>
        <w:t>C. Nhắc nhở bạn để bạn rút kinh nghiệm.</w:t>
      </w:r>
    </w:p>
    <w:p>
      <w:pPr>
        <w:pStyle w:val="ListParagraph"/>
      </w:pPr>
      <w:r>
        <w:rPr>
          <w:sz w:val="22"/>
        </w:rPr>
        <w:t>D. Báo với cô giáo bộ môn để bạn bị đánh dấu bài.</w:t>
      </w:r>
    </w:p>
    <w:p/>
    <w:p>
      <w:r>
        <w:rPr>
          <w:b/>
          <w:sz w:val="24"/>
        </w:rPr>
        <w:t>Câu 5: Đâu là biểu hiện của siêng năng, kiên trì trong học tập?</w:t>
      </w:r>
    </w:p>
    <w:p>
      <w:pPr>
        <w:pStyle w:val="ListParagraph"/>
      </w:pPr>
      <w:r>
        <w:rPr>
          <w:sz w:val="22"/>
        </w:rPr>
        <w:t>A. Gặp bài khó bỏ qua.</w:t>
      </w:r>
    </w:p>
    <w:p>
      <w:pPr>
        <w:pStyle w:val="ListParagraph"/>
      </w:pPr>
      <w:r>
        <w:rPr>
          <w:sz w:val="22"/>
        </w:rPr>
        <w:t>B. Đi học chuyên cần, có kế hoạch học tập, tự giác học.</w:t>
      </w:r>
    </w:p>
    <w:p>
      <w:pPr>
        <w:pStyle w:val="ListParagraph"/>
      </w:pPr>
      <w:r>
        <w:rPr>
          <w:sz w:val="22"/>
        </w:rPr>
        <w:t>C. Không làm bài tập thầy cô giao.</w:t>
      </w:r>
    </w:p>
    <w:p>
      <w:pPr>
        <w:pStyle w:val="ListParagraph"/>
      </w:pPr>
      <w:r>
        <w:rPr>
          <w:sz w:val="22"/>
        </w:rPr>
        <w:t>D. Gần thi thì học, học trước nhanh quên.</w:t>
      </w:r>
    </w:p>
    <w:p/>
    <w:p>
      <w:r>
        <w:rPr>
          <w:b/>
          <w:sz w:val="24"/>
        </w:rPr>
        <w:t>Câu 6: T bị khuyết tật nên tiếp thu bài chậm. Vì H ở gần nhà T nên cô giáo phân công H lúc nào rảnh thì sang nhà T dạy bạn T học nhưng H tỏ ý bực bội. Khi nhìn thấy thái độ của H, em sẽ chọn cách làm nào trong các cách dưới đây?</w:t>
      </w:r>
    </w:p>
    <w:p>
      <w:pPr>
        <w:pStyle w:val="ListParagraph"/>
      </w:pPr>
      <w:r>
        <w:rPr>
          <w:sz w:val="22"/>
        </w:rPr>
        <w:t>A. Phân tích cho H hiểu cần yêu thương, giúp đỡ bạn, vì T đã quá thiệt thòi.</w:t>
      </w:r>
    </w:p>
    <w:p>
      <w:pPr>
        <w:pStyle w:val="ListParagraph"/>
      </w:pPr>
      <w:r>
        <w:rPr>
          <w:sz w:val="22"/>
        </w:rPr>
        <w:t>B. Mách cô giáo về thái độ của H, kêu gọi các bạn tẩy chay không chơi với H.</w:t>
      </w:r>
    </w:p>
    <w:p>
      <w:pPr>
        <w:pStyle w:val="ListParagraph"/>
      </w:pPr>
      <w:r>
        <w:rPr>
          <w:sz w:val="22"/>
        </w:rPr>
        <w:t>C. Không đồng tình và mắng cho H một trận vì H vô cảm.</w:t>
      </w:r>
    </w:p>
    <w:p>
      <w:pPr>
        <w:pStyle w:val="ListParagraph"/>
      </w:pPr>
      <w:r>
        <w:rPr>
          <w:sz w:val="22"/>
        </w:rPr>
        <w:t>D. Đồng tình với H vì đó không phải trách nhiệm của bạn ấy.</w:t>
      </w:r>
    </w:p>
    <w:p/>
    <w:p>
      <w:r>
        <w:rPr>
          <w:b/>
          <w:sz w:val="24"/>
        </w:rPr>
        <w:t>Câu 7: "Tính cách làm việc tự giác, cần cù, chịu khó, thường xuyên của con người." là nội dung của khái niệm nào?</w:t>
      </w:r>
    </w:p>
    <w:p>
      <w:pPr>
        <w:pStyle w:val="ListParagraph"/>
      </w:pPr>
      <w:r>
        <w:rPr>
          <w:sz w:val="22"/>
        </w:rPr>
        <w:t>A. Kiên trì.</w:t>
      </w:r>
    </w:p>
    <w:p>
      <w:pPr>
        <w:pStyle w:val="ListParagraph"/>
      </w:pPr>
      <w:r>
        <w:rPr>
          <w:sz w:val="22"/>
        </w:rPr>
        <w:t>B. Chăm chỉ.</w:t>
      </w:r>
    </w:p>
    <w:p>
      <w:pPr>
        <w:pStyle w:val="ListParagraph"/>
      </w:pPr>
      <w:r>
        <w:rPr>
          <w:sz w:val="22"/>
        </w:rPr>
        <w:t>C. Chịu khó.</w:t>
      </w:r>
    </w:p>
    <w:p>
      <w:pPr>
        <w:pStyle w:val="ListParagraph"/>
      </w:pPr>
      <w:r>
        <w:rPr>
          <w:sz w:val="22"/>
        </w:rPr>
        <w:t>D. Siêng năng.</w:t>
      </w:r>
    </w:p>
    <w:p/>
    <w:p>
      <w:r>
        <w:rPr>
          <w:b/>
          <w:sz w:val="24"/>
        </w:rPr>
        <w:t>Câu 8: Việc làm nào sau đây thể hiện sự siêng năng?</w:t>
      </w:r>
    </w:p>
    <w:p>
      <w:pPr>
        <w:pStyle w:val="ListParagraph"/>
      </w:pPr>
      <w:r>
        <w:rPr>
          <w:sz w:val="22"/>
        </w:rPr>
        <w:t>A. Ngày nào Lan cũng ngủ sớm và không làm bài tập về nhà.</w:t>
      </w:r>
    </w:p>
    <w:p>
      <w:pPr>
        <w:pStyle w:val="ListParagraph"/>
      </w:pPr>
      <w:r>
        <w:rPr>
          <w:sz w:val="22"/>
        </w:rPr>
        <w:t>B. Tuấn chỉ lo việc học của mình, ngoài ra không làm việc gì giúp gia đình.</w:t>
      </w:r>
    </w:p>
    <w:p>
      <w:pPr>
        <w:pStyle w:val="ListParagraph"/>
      </w:pPr>
      <w:r>
        <w:rPr>
          <w:sz w:val="22"/>
        </w:rPr>
        <w:t>C. Mai thường xuyên giúp mẹ làm việc nhà.</w:t>
      </w:r>
    </w:p>
    <w:p>
      <w:pPr>
        <w:pStyle w:val="ListParagraph"/>
      </w:pPr>
      <w:r>
        <w:rPr>
          <w:sz w:val="22"/>
        </w:rPr>
        <w:t>D. Mỗi lần lớp tổ chức lao động là Hà xin phép nghỉ vì bị bệnh.</w:t>
      </w:r>
    </w:p>
    <w:p/>
    <w:p>
      <w:r>
        <w:rPr>
          <w:b/>
          <w:sz w:val="24"/>
        </w:rPr>
        <w:t>Câu 9: Câu tục ngữ, ca dao, thành ngữ nào nói về đức tính siêng năng, kiên trì?</w:t>
      </w:r>
    </w:p>
    <w:p>
      <w:pPr>
        <w:pStyle w:val="ListParagraph"/>
      </w:pPr>
      <w:r>
        <w:rPr>
          <w:sz w:val="22"/>
        </w:rPr>
        <w:t>A. Lá lành đùm lá rách.</w:t>
      </w:r>
    </w:p>
    <w:p>
      <w:pPr>
        <w:pStyle w:val="ListParagraph"/>
      </w:pPr>
      <w:r>
        <w:rPr>
          <w:sz w:val="22"/>
        </w:rPr>
        <w:t>B. Môi hở răng lạnh.</w:t>
      </w:r>
    </w:p>
    <w:p>
      <w:pPr>
        <w:pStyle w:val="ListParagraph"/>
      </w:pPr>
      <w:r>
        <w:rPr>
          <w:sz w:val="22"/>
        </w:rPr>
        <w:t>C. Kiến tha lâu đầy tổ.</w:t>
      </w:r>
    </w:p>
    <w:p>
      <w:pPr>
        <w:pStyle w:val="ListParagraph"/>
      </w:pPr>
      <w:r>
        <w:rPr>
          <w:sz w:val="22"/>
        </w:rPr>
        <w:t>D. Đẽo cày giữa đường.</w:t>
      </w:r>
    </w:p>
    <w:p/>
    <w:p>
      <w:r>
        <w:rPr>
          <w:b/>
          <w:sz w:val="24"/>
        </w:rPr>
        <w:t>Câu 10: Quan tâm, giúp đỡ người khác, làm những điều tốt đẹp cho người khác, nhất là những người khó khăn, hoạn nạn là khái niệm nào dưới đây?</w:t>
      </w:r>
    </w:p>
    <w:p>
      <w:pPr>
        <w:pStyle w:val="ListParagraph"/>
      </w:pPr>
      <w:r>
        <w:rPr>
          <w:sz w:val="22"/>
        </w:rPr>
        <w:t>A. Yêu thương con người.</w:t>
      </w:r>
    </w:p>
    <w:p>
      <w:pPr>
        <w:pStyle w:val="ListParagraph"/>
      </w:pPr>
      <w:r>
        <w:rPr>
          <w:sz w:val="22"/>
        </w:rPr>
        <w:t>B. Thương hại người khác.</w:t>
      </w:r>
    </w:p>
    <w:p>
      <w:pPr>
        <w:pStyle w:val="ListParagraph"/>
      </w:pPr>
      <w:r>
        <w:rPr>
          <w:sz w:val="22"/>
        </w:rPr>
        <w:t>C. Đồng cảm và thương hại.</w:t>
      </w:r>
    </w:p>
    <w:p>
      <w:pPr>
        <w:pStyle w:val="ListParagraph"/>
      </w:pPr>
      <w:r>
        <w:rPr>
          <w:sz w:val="22"/>
        </w:rPr>
        <w:t>D. Giúp đỡ người khác.</w:t>
      </w:r>
    </w:p>
    <w:p/>
    <w:p>
      <w:r>
        <w:rPr>
          <w:b/>
          <w:sz w:val="24"/>
        </w:rPr>
        <w:t>Câu 11: Ý nghĩa của việc giữ gìn và phát huy truyền thống gia đình, dòng họ giúp ích gì đối với mỗi người?</w:t>
      </w:r>
    </w:p>
    <w:p>
      <w:pPr>
        <w:pStyle w:val="ListParagraph"/>
      </w:pPr>
      <w:r>
        <w:rPr>
          <w:sz w:val="22"/>
        </w:rPr>
        <w:t>A. Đạt được nhiều thành công dù khả năng và kiến thức của chúng ta có hạn.</w:t>
      </w:r>
    </w:p>
    <w:p>
      <w:pPr>
        <w:pStyle w:val="ListParagraph"/>
      </w:pPr>
      <w:r>
        <w:rPr>
          <w:sz w:val="22"/>
        </w:rPr>
        <w:t>B. Có thêm kinh nghiệm, động lực vượt qua khó khăn, vươn tới thành công.</w:t>
      </w:r>
    </w:p>
    <w:p>
      <w:pPr>
        <w:pStyle w:val="ListParagraph"/>
      </w:pPr>
      <w:r>
        <w:rPr>
          <w:sz w:val="22"/>
        </w:rPr>
        <w:t>C. Có thêm động lực để vượt qua thử thách dù có phải đánh đổi cả danh dự.</w:t>
      </w:r>
    </w:p>
    <w:p>
      <w:pPr>
        <w:pStyle w:val="ListParagraph"/>
      </w:pPr>
      <w:r>
        <w:rPr>
          <w:sz w:val="22"/>
        </w:rPr>
        <w:t>D. Có thêm kinh nghiệm để làm giàu và không bao giờ thất bại.</w:t>
      </w:r>
    </w:p>
    <w:p/>
    <w:p>
      <w:r>
        <w:rPr>
          <w:b/>
          <w:sz w:val="24"/>
        </w:rPr>
        <w:t>Câu 12: Những hành vi, biểu hiện nào sau đây phù hợp với truyền thống tốt đẹp của gia đình, dòng họ?</w:t>
      </w:r>
    </w:p>
    <w:p>
      <w:pPr>
        <w:pStyle w:val="ListParagraph"/>
      </w:pPr>
      <w:r>
        <w:rPr>
          <w:sz w:val="22"/>
        </w:rPr>
        <w:t>A. Thích gây bè, kéo cánh làm mất đoàn kết tập thể.</w:t>
      </w:r>
    </w:p>
    <w:p>
      <w:pPr>
        <w:pStyle w:val="ListParagraph"/>
      </w:pPr>
      <w:r>
        <w:rPr>
          <w:sz w:val="22"/>
        </w:rPr>
        <w:t>B. Xấu hổ khi có cha mẹ làm nghề lao động tay chân.</w:t>
      </w:r>
    </w:p>
    <w:p>
      <w:pPr>
        <w:pStyle w:val="ListParagraph"/>
      </w:pPr>
      <w:r>
        <w:rPr>
          <w:sz w:val="22"/>
        </w:rPr>
        <w:t>C. Sống có tình, có nghĩa, biết yêu thương mọi người.</w:t>
      </w:r>
    </w:p>
    <w:p>
      <w:pPr>
        <w:pStyle w:val="ListParagraph"/>
      </w:pPr>
      <w:r>
        <w:rPr>
          <w:sz w:val="22"/>
        </w:rPr>
        <w:t>D. Vô lễ với ông bà, cha mẹ.</w:t>
      </w:r>
    </w:p>
    <w:p/>
    <w:p>
      <w:r>
        <w:rPr>
          <w:b/>
          <w:sz w:val="24"/>
        </w:rPr>
        <w:t>Câu 13: Truyền thống nào sau đây là một trong những truyền thống tốt đẹp điển hình của các gia đình, dòng họ?</w:t>
      </w:r>
    </w:p>
    <w:p>
      <w:pPr>
        <w:pStyle w:val="ListParagraph"/>
      </w:pPr>
      <w:r>
        <w:rPr>
          <w:sz w:val="22"/>
        </w:rPr>
        <w:t>A. Trọng nam khinh nữ.</w:t>
      </w:r>
    </w:p>
    <w:p>
      <w:pPr>
        <w:pStyle w:val="ListParagraph"/>
      </w:pPr>
      <w:r>
        <w:rPr>
          <w:sz w:val="22"/>
        </w:rPr>
        <w:t>B. Tảo hôn.</w:t>
      </w:r>
    </w:p>
    <w:p>
      <w:pPr>
        <w:pStyle w:val="ListParagraph"/>
      </w:pPr>
      <w:r>
        <w:rPr>
          <w:sz w:val="22"/>
        </w:rPr>
        <w:t>C. Bất hiếu.</w:t>
      </w:r>
    </w:p>
    <w:p>
      <w:pPr>
        <w:pStyle w:val="ListParagraph"/>
      </w:pPr>
      <w:r>
        <w:rPr>
          <w:sz w:val="22"/>
        </w:rPr>
        <w:t>D. Lao động cần cù.</w:t>
      </w:r>
    </w:p>
    <w:p/>
    <w:p>
      <w:r>
        <w:rPr>
          <w:b/>
          <w:sz w:val="24"/>
        </w:rPr>
        <w:t>Câu 14: Theo em, truyền thống tốt đẹp của gia đình dòng họ mang lại điều gì sau đây cho chúng ta?</w:t>
      </w:r>
    </w:p>
    <w:p>
      <w:pPr>
        <w:pStyle w:val="ListParagraph"/>
      </w:pPr>
      <w:r>
        <w:rPr>
          <w:sz w:val="22"/>
        </w:rPr>
        <w:t>A. Giúp chúng ta có thêm nhiều tiền trong cuộc sống.</w:t>
      </w:r>
    </w:p>
    <w:p>
      <w:pPr>
        <w:pStyle w:val="ListParagraph"/>
      </w:pPr>
      <w:r>
        <w:rPr>
          <w:sz w:val="22"/>
        </w:rPr>
        <w:t>B. Giúp chúng ta có thêm nhiều công việc trong cuộc sống.</w:t>
      </w:r>
    </w:p>
    <w:p>
      <w:pPr>
        <w:pStyle w:val="ListParagraph"/>
      </w:pPr>
      <w:r>
        <w:rPr>
          <w:sz w:val="22"/>
        </w:rPr>
        <w:t>C. Giúp chúng ta dễ dàng thỏa mãn với những gì mình có.</w:t>
      </w:r>
    </w:p>
    <w:p>
      <w:pPr>
        <w:pStyle w:val="ListParagraph"/>
      </w:pPr>
      <w:r>
        <w:rPr>
          <w:sz w:val="22"/>
        </w:rPr>
        <w:t>D. Giúp chúng ta có thêm kinh nghiệm và sức mạnh trong cuộc sống.</w:t>
      </w:r>
    </w:p>
    <w:p/>
    <w:p>
      <w:r>
        <w:rPr>
          <w:b/>
          <w:sz w:val="24"/>
        </w:rPr>
        <w:t>Câu 15: Câu tục ngữ: "Một con ngựa đau cả tàu bỏ cỏ" nói đến điều gì?</w:t>
      </w:r>
    </w:p>
    <w:p>
      <w:pPr>
        <w:pStyle w:val="ListParagraph"/>
      </w:pPr>
      <w:r>
        <w:rPr>
          <w:sz w:val="22"/>
        </w:rPr>
        <w:t>A. Tinh thần xây dựng.</w:t>
      </w:r>
    </w:p>
    <w:p>
      <w:pPr>
        <w:pStyle w:val="ListParagraph"/>
      </w:pPr>
      <w:r>
        <w:rPr>
          <w:sz w:val="22"/>
        </w:rPr>
        <w:t>B. Giá trị của lòng yêu thương con người.</w:t>
      </w:r>
    </w:p>
    <w:p>
      <w:pPr>
        <w:pStyle w:val="ListParagraph"/>
      </w:pPr>
      <w:r>
        <w:rPr>
          <w:sz w:val="22"/>
        </w:rPr>
        <w:t>C. Biểu hiện của tự hào truyền thống gia đình dòng họ.</w:t>
      </w:r>
    </w:p>
    <w:p>
      <w:pPr>
        <w:pStyle w:val="ListParagraph"/>
      </w:pPr>
      <w:r>
        <w:rPr>
          <w:sz w:val="22"/>
        </w:rPr>
        <w:t>D. Đức tính kiên trì.</w:t>
      </w:r>
    </w:p>
    <w:p/>
    <w:p>
      <w:r>
        <w:rPr>
          <w:b/>
          <w:sz w:val="24"/>
        </w:rPr>
        <w:t>Câu 16: Đọc đoạn thông tin sau: Tự hào về truyền thống hiếu học của gia đình, Lan luôn nỗ lực học tập để tiếp nối cha anh. Nhiều năm liền là học sinh giỏi, bí quyết của Lan là luôn siêng năng đọc sách và kiên trì, không bao giờ bỏ cuộc trước những bài tập khó. a) Hiếu học là truyền thống được gia đình bạn Lan duy trì qua các thế hệ.</w:t>
      </w:r>
    </w:p>
    <w:p>
      <w:pPr>
        <w:pStyle w:val="ListParagraph"/>
      </w:pPr>
      <w:r>
        <w:rPr>
          <w:sz w:val="22"/>
        </w:rPr>
        <w:t>A. Đúng</w:t>
      </w:r>
    </w:p>
    <w:p>
      <w:pPr>
        <w:pStyle w:val="ListParagraph"/>
      </w:pPr>
      <w:r>
        <w:rPr>
          <w:sz w:val="22"/>
        </w:rPr>
        <w:t>B. Sai</w:t>
      </w:r>
    </w:p>
    <w:p/>
    <w:p>
      <w:r>
        <w:rPr>
          <w:b/>
          <w:sz w:val="24"/>
        </w:rPr>
        <w:t>Câu 17: Đọc đoạn thông tin sau: Tự hào về truyền thống hiếu học của gia đình, Lan luôn nỗ lực học tập để tiếp nối cha anh. Nhiều năm liền là học sinh giỏi, bí quyết của Lan là luôn siêng năng đọc sách và kiên trì, không bao giờ bỏ cuộc trước những bài tập khó. b) Nhờ siêng năng, kiên trì đã giúp bạn Lan đạt được nhiều thành tích trong học tập.</w:t>
      </w:r>
    </w:p>
    <w:p>
      <w:pPr>
        <w:pStyle w:val="ListParagraph"/>
      </w:pPr>
      <w:r>
        <w:rPr>
          <w:sz w:val="22"/>
        </w:rPr>
        <w:t>A. Đúng</w:t>
      </w:r>
    </w:p>
    <w:p>
      <w:pPr>
        <w:pStyle w:val="ListParagraph"/>
      </w:pPr>
      <w:r>
        <w:rPr>
          <w:sz w:val="22"/>
        </w:rPr>
        <w:t>B. Sai</w:t>
      </w:r>
    </w:p>
    <w:p/>
    <w:p>
      <w:r>
        <w:rPr>
          <w:b/>
          <w:sz w:val="24"/>
        </w:rPr>
        <w:t>Câu 18: Đọc đoạn thông tin sau: Tự hào về truyền thống hiếu học của gia đình, Lan luôn nỗ lực học tập để tiếp nối cha anh. Nhiều năm liền là học sinh giỏi, bí quyết của Lan là luôn siêng năng đọc sách và kiên trì, không bao giờ bỏ cuộc trước những bài tập khó. c) Bạn Lan đã thể hiện trách nhiệm của công dân trong việc yêu thương, quý trọng con người.</w:t>
      </w:r>
    </w:p>
    <w:p>
      <w:pPr>
        <w:pStyle w:val="ListParagraph"/>
      </w:pPr>
      <w:r>
        <w:rPr>
          <w:sz w:val="22"/>
        </w:rPr>
        <w:t>A. Đúng</w:t>
      </w:r>
    </w:p>
    <w:p>
      <w:pPr>
        <w:pStyle w:val="ListParagraph"/>
      </w:pPr>
      <w:r>
        <w:rPr>
          <w:sz w:val="22"/>
        </w:rPr>
        <w:t>B. Sai</w:t>
      </w:r>
    </w:p>
    <w:p/>
    <w:p>
      <w:r>
        <w:rPr>
          <w:b/>
          <w:sz w:val="24"/>
        </w:rPr>
        <w:t>Câu 19: Đọc đoạn thông tin sau: Tự hào về truyền thống hiếu học của gia đình, Lan luôn nỗ lực học tập để tiếp nối cha anh. Nhiều năm liền là học sinh giỏi, bí quyết của Lan là luôn siêng năng đọc sách và kiên trì, không bao giờ bỏ cuộc trước những bài tập khó. d) Chỉ có kết hợp giữa siêng năng và kiên trì với truyền thống gia đình thì cá nhân mới có sự thành công.</w:t>
      </w:r>
    </w:p>
    <w:p>
      <w:pPr>
        <w:pStyle w:val="ListParagraph"/>
      </w:pPr>
      <w:r>
        <w:rPr>
          <w:sz w:val="22"/>
        </w:rPr>
        <w:t>A. Đúng</w:t>
      </w:r>
    </w:p>
    <w:p>
      <w:pPr>
        <w:pStyle w:val="ListParagraph"/>
      </w:pPr>
      <w:r>
        <w:rPr>
          <w:sz w:val="22"/>
        </w:rPr>
        <w:t>B. Sai</w:t>
      </w:r>
    </w:p>
    <w:p/>
    <w:p>
      <w:r>
        <w:rPr>
          <w:b/>
          <w:sz w:val="24"/>
        </w:rPr>
        <w:t>Câu 20: Đọc đoạn thông tin sau: Dòng họ X đã tổ chức quyên góp tiền, nhu yếu phẩm để hỗ trợ đồng bào miền Trung khắc phục hậu quả lũ lụt. Không chỉ vậy, việc thành lập quỹ “Khuyến học, khuyến tài” của dòng họ còn giúp nhiều học sinh hoàn cảnh khó khăn có thêm điều kiện học tập và thi đỗ đại học. a) Các thành viên trong dòng họ X đã thể hiện tốt phẩm chất siêng năng, kiên trì.</w:t>
      </w:r>
    </w:p>
    <w:p>
      <w:pPr>
        <w:pStyle w:val="ListParagraph"/>
      </w:pPr>
      <w:r>
        <w:rPr>
          <w:sz w:val="22"/>
        </w:rPr>
        <w:t>A. Đúng</w:t>
      </w:r>
    </w:p>
    <w:p>
      <w:pPr>
        <w:pStyle w:val="ListParagraph"/>
      </w:pPr>
      <w:r>
        <w:rPr>
          <w:sz w:val="22"/>
        </w:rPr>
        <w:t>B. Sai</w:t>
      </w:r>
    </w:p>
    <w:p/>
    <w:p>
      <w:r>
        <w:rPr>
          <w:b/>
          <w:sz w:val="24"/>
        </w:rPr>
        <w:t>Câu 21: Đọc đoạn thông tin sau: Dòng họ X đã tổ chức quyên góp tiền, nhu yếu phẩm để hỗ trợ đồng bào miền Trung khắc phục hậu quả lũ lụt. Không chỉ vậy, việc thành lập quỹ “Khuyến học, khuyến tài” của dòng họ còn giúp nhiều học sinh hoàn cảnh khó khăn có thêm điều kiện học tập và thi đỗ đại học. b) Hoạt động ủng hộ bà con miền trung bị lũ lụt là thể hiện lòng yêu thương con người.</w:t>
      </w:r>
    </w:p>
    <w:p>
      <w:pPr>
        <w:pStyle w:val="ListParagraph"/>
      </w:pPr>
      <w:r>
        <w:rPr>
          <w:sz w:val="22"/>
        </w:rPr>
        <w:t>A. Đúng</w:t>
      </w:r>
    </w:p>
    <w:p>
      <w:pPr>
        <w:pStyle w:val="ListParagraph"/>
      </w:pPr>
      <w:r>
        <w:rPr>
          <w:sz w:val="22"/>
        </w:rPr>
        <w:t>B. Sai</w:t>
      </w:r>
    </w:p>
    <w:p/>
    <w:p>
      <w:r>
        <w:rPr>
          <w:b/>
          <w:sz w:val="24"/>
        </w:rPr>
        <w:t>Câu 22: Đọc đoạn thông tin sau: Dòng họ X đã tổ chức quyên góp tiền, nhu yếu phẩm để hỗ trợ đồng bào miền Trung khắc phục hậu quả lũ lụt. Không chỉ vậy, việc thành lập quỹ “Khuyến học, khuyến tài” của dòng họ còn giúp nhiều học sinh hoàn cảnh khó khăn có thêm điều kiện học tập và thi đỗ đại học. c) Dòng họ X vừa có truyền thống yêu thương con người vừa có truyền thống hiếu học.</w:t>
      </w:r>
    </w:p>
    <w:p>
      <w:pPr>
        <w:pStyle w:val="ListParagraph"/>
      </w:pPr>
      <w:r>
        <w:rPr>
          <w:sz w:val="22"/>
        </w:rPr>
        <w:t>A. Đúng</w:t>
      </w:r>
    </w:p>
    <w:p>
      <w:pPr>
        <w:pStyle w:val="ListParagraph"/>
      </w:pPr>
      <w:r>
        <w:rPr>
          <w:sz w:val="22"/>
        </w:rPr>
        <w:t>B. Sai</w:t>
      </w:r>
    </w:p>
    <w:p/>
    <w:p>
      <w:r>
        <w:rPr>
          <w:b/>
          <w:sz w:val="24"/>
        </w:rPr>
        <w:t>Câu 23: Đọc đoạn thông tin sau: Dòng họ X đã tổ chức quyên góp tiền, nhu yếu phẩm để hỗ trợ đồng bào miền Trung khắc phục hậu quả lũ lụt. Không chỉ vậy, việc thành lập quỹ “Khuyến học, khuyến tài” của dòng họ còn giúp nhiều học sinh hoàn cảnh khó khăn có thêm điều kiện học tập và thi đỗ đại học. d) Việc các dòng họ tham gia quyên góp ủng hộ bà con miền trung bị lũ lụt là thể hiện trách nhiệm của công dân trong việc phát huy truyền thống của gia đình, dòng họ.</w:t>
      </w:r>
    </w:p>
    <w:p>
      <w:pPr>
        <w:pStyle w:val="ListParagraph"/>
      </w:pPr>
      <w:r>
        <w:rPr>
          <w:sz w:val="22"/>
        </w:rPr>
        <w:t>A. Đúng</w:t>
      </w:r>
    </w:p>
    <w:p>
      <w:pPr>
        <w:pStyle w:val="ListParagraph"/>
      </w:pPr>
      <w:r>
        <w:rPr>
          <w:sz w:val="22"/>
        </w:rPr>
        <w:t>B. Sai</w:t>
      </w:r>
    </w:p>
    <w:p/>
    <w:p>
      <w:r>
        <w:rPr>
          <w:b/>
          <w:sz w:val="24"/>
        </w:rPr>
        <w:t>Câu 24: Đọc đoạn thông tin sau: Chương trình "Cặp lá yêu thương" do VTV24 khởi xướng nhằm kết nối và hỗ trợ các hoàn cảnh khó khăn trong cộng đồng. Không chỉ giúp đỡ về mặt tài chính, chương trình còn lan tỏa tinh thần nhân ái, yêu thương, góp phần xây dựng một xã hội tốt đẹp và giàu tính nhân văn. a) Chương trình “Cặp lá yêu thương” là một chương trình thể thao của truyền hình Việt Nam.</w:t>
      </w:r>
    </w:p>
    <w:p>
      <w:pPr>
        <w:pStyle w:val="ListParagraph"/>
      </w:pPr>
      <w:r>
        <w:rPr>
          <w:sz w:val="22"/>
        </w:rPr>
        <w:t>A. Đúng</w:t>
      </w:r>
    </w:p>
    <w:p>
      <w:pPr>
        <w:pStyle w:val="ListParagraph"/>
      </w:pPr>
      <w:r>
        <w:rPr>
          <w:sz w:val="22"/>
        </w:rPr>
        <w:t>B. Sai</w:t>
      </w:r>
    </w:p>
    <w:p/>
    <w:p>
      <w:r>
        <w:rPr>
          <w:b/>
          <w:sz w:val="24"/>
        </w:rPr>
        <w:t>Câu 25: Đọc đoạn thông tin sau: Chương trình "Cặp lá yêu thương" do VTV24 khởi xướng nhằm kết nối và hỗ trợ các hoàn cảnh khó khăn trong cộng đồng. Không chỉ giúp đỡ về mặt tài chính, chương trình còn lan tỏa tinh thần nhân ái, yêu thương, góp phần xây dựng một xã hội tốt đẹp và giàu tính nhân văn. b) Chương trình “Cặp lá yêu thương” góp phần lan tỏa tình yêu thương giữa con người với con người.</w:t>
      </w:r>
    </w:p>
    <w:p>
      <w:pPr>
        <w:pStyle w:val="ListParagraph"/>
      </w:pPr>
      <w:r>
        <w:rPr>
          <w:sz w:val="22"/>
        </w:rPr>
        <w:t>A. Đúng</w:t>
      </w:r>
    </w:p>
    <w:p>
      <w:pPr>
        <w:pStyle w:val="ListParagraph"/>
      </w:pPr>
      <w:r>
        <w:rPr>
          <w:sz w:val="22"/>
        </w:rPr>
        <w:t>B. Sai</w:t>
      </w:r>
    </w:p>
    <w:p/>
    <w:p>
      <w:r>
        <w:rPr>
          <w:b/>
          <w:sz w:val="24"/>
        </w:rPr>
        <w:t>Câu 26: Đọc đoạn thông tin sau: Chương trình "Cặp lá yêu thương" do VTV24 khởi xướng nhằm kết nối và hỗ trợ các hoàn cảnh khó khăn trong cộng đồng. Không chỉ giúp đỡ về mặt tài chính, chương trình còn lan tỏa tinh thần nhân ái, yêu thương, góp phần xây dựng một xã hội tốt đẹp và giàu tính nhân văn. c) Lan tỏa tình yêu thương và nhân ái trong mỗi gia đình là góp phần thực hiện tốt truyền thống tốt đẹp của mỗi gia đình.</w:t>
      </w:r>
    </w:p>
    <w:p>
      <w:pPr>
        <w:pStyle w:val="ListParagraph"/>
      </w:pPr>
      <w:r>
        <w:rPr>
          <w:sz w:val="22"/>
        </w:rPr>
        <w:t>A. Đúng</w:t>
      </w:r>
    </w:p>
    <w:p>
      <w:pPr>
        <w:pStyle w:val="ListParagraph"/>
      </w:pPr>
      <w:r>
        <w:rPr>
          <w:sz w:val="22"/>
        </w:rPr>
        <w:t>B. Sai</w:t>
      </w:r>
    </w:p>
    <w:p/>
    <w:p>
      <w:r>
        <w:rPr>
          <w:b/>
          <w:sz w:val="24"/>
        </w:rPr>
        <w:t>Câu 27: Đọc đoạn thông tin sau: Chương trình "Cặp lá yêu thương" do VTV24 khởi xướng nhằm kết nối và hỗ trợ các hoàn cảnh khó khăn trong cộng đồng. Không chỉ giúp đỡ về mặt tài chính, chương trình còn lan tỏa tinh thần nhân ái, yêu thương, góp phần xây dựng một xã hội tốt đẹp và giàu tính nhân văn. d) Học sinh chưa đủ tuổi thành niên nên không cần tham gia hoặc tìm hiểu về chương trình này.</w:t>
      </w:r>
    </w:p>
    <w:p>
      <w:pPr>
        <w:pStyle w:val="ListParagraph"/>
      </w:pPr>
      <w:r>
        <w:rPr>
          <w:sz w:val="22"/>
        </w:rPr>
        <w:t>A. Đúng</w:t>
      </w:r>
    </w:p>
    <w:p>
      <w:pPr>
        <w:pStyle w:val="ListParagraph"/>
      </w:pPr>
      <w:r>
        <w:rPr>
          <w:sz w:val="22"/>
        </w:rPr>
        <w:t>B. Sai</w:t>
      </w:r>
    </w:p>
    <w:p/>
    <w:p>
      <w:r>
        <w:rPr>
          <w:b/>
          <w:sz w:val="24"/>
        </w:rPr>
        <w:t>Câu 28: Đọc đoạn thông tin sau: Nhờ tinh thần tự giác, miệt mài đọc sách và kiên trì giải bài tập khó, Hưng đã xuất sắc đạt giải nhất kỳ thi học sinh giỏi cấp thành phố. Với số tiền 500.000đ được dòng họ khen thưởng từ quỹ khuyến học Hưng đã xin phép bố mẹ ủng hộ hoàn toàn vào quỹ giúp bạn nghèo vượt khó của nhà trường. a) Nhờ siêng năng, kiên trì đã giúp Hưng đạt được các thành tích cao trong học tập.</w:t>
      </w:r>
    </w:p>
    <w:p>
      <w:pPr>
        <w:pStyle w:val="ListParagraph"/>
      </w:pPr>
      <w:r>
        <w:rPr>
          <w:sz w:val="22"/>
        </w:rPr>
        <w:t>A. Đúng</w:t>
      </w:r>
    </w:p>
    <w:p>
      <w:pPr>
        <w:pStyle w:val="ListParagraph"/>
      </w:pPr>
      <w:r>
        <w:rPr>
          <w:sz w:val="22"/>
        </w:rPr>
        <w:t>B. Sai</w:t>
      </w:r>
    </w:p>
    <w:p/>
    <w:p>
      <w:r>
        <w:rPr>
          <w:b/>
          <w:sz w:val="24"/>
        </w:rPr>
        <w:t>Câu 29: Đọc đoạn thông tin sau: Nhờ tinh thần tự giác, miệt mài đọc sách và kiên trì giải bài tập khó, Hưng đã xuất sắc đạt giải nhất kỳ thi học sinh giỏi cấp thành phố. Với số tiền 500.000đ được dòng họ khen thưởng từ quỹ khuyến học Hưng đã xin phép bố mẹ ủng hộ hoàn toàn vào quỹ giúp bạn nghèo vượt khó của nhà trường. b) Việc bạn Hưng ủng hộ quỹ giúp bạn nghèo vượt khó là góp phần giữ gìn và phát huy truyền thống của gia đình, dòng họ.</w:t>
      </w:r>
    </w:p>
    <w:p>
      <w:pPr>
        <w:pStyle w:val="ListParagraph"/>
      </w:pPr>
      <w:r>
        <w:rPr>
          <w:sz w:val="22"/>
        </w:rPr>
        <w:t>A. Đúng</w:t>
      </w:r>
    </w:p>
    <w:p>
      <w:pPr>
        <w:pStyle w:val="ListParagraph"/>
      </w:pPr>
      <w:r>
        <w:rPr>
          <w:sz w:val="22"/>
        </w:rPr>
        <w:t>B. Sai</w:t>
      </w:r>
    </w:p>
    <w:p/>
    <w:p>
      <w:r>
        <w:rPr>
          <w:b/>
          <w:sz w:val="24"/>
        </w:rPr>
        <w:t>Câu 30: Đọc đoạn thông tin sau: Nhờ tinh thần tự giác, miệt mài đọc sách và kiên trì giải bài tập khó, Hưng đã xuất sắc đạt giải nhất kỳ thi học sinh giỏi cấp thành phố. Với số tiền 500.000đ được dòng họ khen thưởng từ quỹ khuyến học Hưng đã xin phép bố mẹ ủng hộ hoàn toàn vào quỹ giúp bạn nghèo vượt khó của nhà trường. c) Quan điểm không chịu bỏ cuộc khi gặp các bài toán khó của bạn Hưng là thể hiện tính siêng năng kiên trì.</w:t>
      </w:r>
    </w:p>
    <w:p>
      <w:pPr>
        <w:pStyle w:val="ListParagraph"/>
      </w:pPr>
      <w:r>
        <w:rPr>
          <w:sz w:val="22"/>
        </w:rPr>
        <w:t>A. Đúng</w:t>
      </w:r>
    </w:p>
    <w:p>
      <w:pPr>
        <w:pStyle w:val="ListParagraph"/>
      </w:pPr>
      <w:r>
        <w:rPr>
          <w:sz w:val="22"/>
        </w:rPr>
        <w:t>B. Sai</w:t>
      </w:r>
    </w:p>
    <w:p/>
    <w:p>
      <w:r>
        <w:rPr>
          <w:b/>
          <w:sz w:val="24"/>
        </w:rPr>
        <w:t>Câu 31: Đọc đoạn thông tin sau: Nhờ tinh thần tự giác, miệt mài đọc sách và kiên trì giải bài tập khó, Hưng đã xuất sắc đạt giải nhất kỳ thi học sinh giỏi cấp thành phố. Với số tiền 500.000đ được dòng họ khen thưởng từ quỹ khuyến học Hưng đã xin phép bố mẹ ủng hộ hoàn toàn vào quỹ giúp bạn nghèo vượt khó của nhà trường. d) Việc dòng họ bạn Hưng kịp thời động viên các thành viên trong họ có thành tích cao trong học tập là thể hiện truyền thống tốt đẹp của dòng họ.</w:t>
      </w:r>
    </w:p>
    <w:p>
      <w:pPr>
        <w:pStyle w:val="ListParagraph"/>
      </w:pPr>
      <w:r>
        <w:rPr>
          <w:sz w:val="22"/>
        </w:rPr>
        <w:t>A. Đúng</w:t>
      </w:r>
    </w:p>
    <w:p>
      <w:pPr>
        <w:pStyle w:val="ListParagraph"/>
      </w:pPr>
      <w:r>
        <w:rPr>
          <w:sz w:val="22"/>
        </w:rPr>
        <w:t>B. Sai</w:t>
      </w:r>
    </w:p>
    <w:p/>
    <w:p>
      <w:r>
        <w:rPr>
          <w:b/>
          <w:sz w:val="24"/>
        </w:rPr>
        <w:t>Câu 32: Đọc thông tin và trả lời câu hỏi: An có thói quen ngồi vào bàn học bài lúc 7 giờ tối, mỗi môn học An đều học bài và làm bài đầy đủ. Nhưng để có được việc làm bài đầy đủ ấy thì khi gặp bài khó, bạn thường ngại suy nghĩ và giở sách giải bài tập ra chép cho nhanh. Một lần sang nhà bạn học nhóm, các bạn rất ngỡ ngàng khi thấy An làm bài nhanh và rất chính xác, các bạn xúm lại hỏi An cách giải thì bạn trả lời: “À, khó quá, nghĩ mãi không được nên tớ chép ở sách giải bài tập cho nhanh. Các cậu cũng lấy mà chép, khỏi mất công suy nghĩ”. Em có nhận xét gì về cách học của An? Cách học đó thể hiện bạn thiếu đức tính gì?</w:t>
      </w:r>
    </w:p>
    <w:p/>
    <w:p>
      <w:r>
        <w:rPr>
          <w:b/>
          <w:sz w:val="24"/>
        </w:rPr>
        <w:t>Câu 33: Đọc thông tin và trả lời câu hỏi: Tại bệnh viện ung bướu tỉnh H, CLB Thiện Nguyện Xanh được thành lập từ năm 2017. Mỗi tuần 1 lần vào chiều thứ ba CLB cung cấp 500 - 600 suất cơm từ thiện. Ngoài việc duy trì nấu cơm từ thiện, mỗi năm CLB Thiện Nguyện Xanh còn tổ chức 2 chương trình từ thiện lớn: “Đông ấm cùng em” và “Tết ấm vùng cao” tặng quần áo ấm, sách vở cùng tiền mặt cho học sinh, người dân nghèo ở vùng sâu, vùng xa, vùng đặc biệt khó khăn trên địa bàn tỉnh. Trong thông tin trên, CLB Thiện Nguyện Xanh đã thể hiện tốt phẩm chất đạo đức nào của dân tộc Việt Nam? Từ những việc làm trên em rút ra được bài học gì cho bản thân?</w:t>
      </w:r>
    </w:p>
    <w:p/>
    <w:p>
      <w:r>
        <w:t>──────────────────────────────────────────────────</w:t>
      </w:r>
    </w:p>
    <w:p>
      <w:r>
        <w:rPr>
          <w:b/>
        </w:rPr>
        <w:t>BẢNG ĐÁP ÁN &amp; LỜI GIẢI CHI TIẾT</w:t>
      </w:r>
    </w:p>
    <w:p>
      <w:r>
        <w:rPr>
          <w:b/>
        </w:rPr>
        <w:t>Câu 1: Đáp án đúng: C</w:t>
      </w:r>
    </w:p>
    <w:p>
      <w:r>
        <w:rPr>
          <w:b/>
        </w:rPr>
        <w:t>Câu 2: Đáp án đúng: B</w:t>
      </w:r>
    </w:p>
    <w:p>
      <w:r>
        <w:rPr>
          <w:b/>
        </w:rPr>
        <w:t>Câu 3: Đáp án đúng: C</w:t>
      </w:r>
    </w:p>
    <w:p>
      <w:r>
        <w:rPr>
          <w:b/>
        </w:rPr>
        <w:t>Câu 4: Đáp án đúng: C</w:t>
      </w:r>
    </w:p>
    <w:p>
      <w:r>
        <w:rPr>
          <w:b/>
        </w:rPr>
        <w:t>Câu 5: Đáp án đúng: B</w:t>
      </w:r>
    </w:p>
    <w:p>
      <w:r>
        <w:rPr>
          <w:b/>
        </w:rPr>
        <w:t>Câu 6: Đáp án đúng: A</w:t>
      </w:r>
    </w:p>
    <w:p>
      <w:r>
        <w:rPr>
          <w:b/>
        </w:rPr>
        <w:t>Câu 7: Đáp án đúng: D</w:t>
      </w:r>
    </w:p>
    <w:p>
      <w:r>
        <w:rPr>
          <w:b/>
        </w:rPr>
        <w:t>Câu 8: Đáp án đúng: C</w:t>
      </w:r>
    </w:p>
    <w:p>
      <w:r>
        <w:rPr>
          <w:b/>
        </w:rPr>
        <w:t>Câu 9: Đáp án đúng: C</w:t>
      </w:r>
    </w:p>
    <w:p>
      <w:r>
        <w:rPr>
          <w:b/>
        </w:rPr>
        <w:t>Câu 10: Đáp án đúng: A</w:t>
      </w:r>
    </w:p>
    <w:p>
      <w:r>
        <w:rPr>
          <w:b/>
        </w:rPr>
        <w:t>Câu 11: Đáp án đúng: B</w:t>
      </w:r>
    </w:p>
    <w:p>
      <w:r>
        <w:rPr>
          <w:b/>
        </w:rPr>
        <w:t>Câu 12: Đáp án đúng: C</w:t>
      </w:r>
    </w:p>
    <w:p>
      <w:r>
        <w:rPr>
          <w:b/>
        </w:rPr>
        <w:t>Câu 13: Đáp án đúng: D</w:t>
      </w:r>
    </w:p>
    <w:p>
      <w:r>
        <w:rPr>
          <w:b/>
        </w:rPr>
        <w:t>Câu 14: Đáp án đúng: D</w:t>
      </w:r>
    </w:p>
    <w:p>
      <w:r>
        <w:rPr>
          <w:b/>
        </w:rPr>
        <w:t>Câu 15: Đáp án đúng: B</w:t>
      </w:r>
    </w:p>
    <w:p>
      <w:r>
        <w:rPr>
          <w:b/>
        </w:rPr>
        <w:t>Câu 16: Đáp án đúng: A</w:t>
      </w:r>
    </w:p>
    <w:p>
      <w:r>
        <w:rPr>
          <w:b/>
        </w:rPr>
        <w:t>Câu 17: Đáp án đúng: A</w:t>
      </w:r>
    </w:p>
    <w:p>
      <w:r>
        <w:rPr>
          <w:b/>
        </w:rPr>
        <w:t>Câu 18: Đáp án đúng: B</w:t>
      </w:r>
    </w:p>
    <w:p>
      <w:r>
        <w:rPr>
          <w:b/>
        </w:rPr>
        <w:t>Câu 19: Đáp án đúng: B</w:t>
      </w:r>
    </w:p>
    <w:p>
      <w:r>
        <w:rPr>
          <w:b/>
        </w:rPr>
        <w:t>Câu 20: Đáp án đúng: B</w:t>
      </w:r>
    </w:p>
    <w:p>
      <w:r>
        <w:rPr>
          <w:b/>
        </w:rPr>
        <w:t>Câu 21: Đáp án đúng: A</w:t>
      </w:r>
    </w:p>
    <w:p>
      <w:r>
        <w:rPr>
          <w:b/>
        </w:rPr>
        <w:t>Câu 22: Đáp án đúng: A</w:t>
      </w:r>
    </w:p>
    <w:p>
      <w:r>
        <w:rPr>
          <w:b/>
        </w:rPr>
        <w:t>Câu 23: Đáp án đúng: A</w:t>
      </w:r>
    </w:p>
    <w:p>
      <w:r>
        <w:rPr>
          <w:b/>
        </w:rPr>
        <w:t>Câu 24: Đáp án đúng: B</w:t>
      </w:r>
    </w:p>
    <w:p>
      <w:r>
        <w:rPr>
          <w:b/>
        </w:rPr>
        <w:t>Câu 25: Đáp án đúng: A</w:t>
      </w:r>
    </w:p>
    <w:p>
      <w:r>
        <w:rPr>
          <w:b/>
        </w:rPr>
        <w:t>Câu 26: Đáp án đúng: A</w:t>
      </w:r>
    </w:p>
    <w:p>
      <w:r>
        <w:rPr>
          <w:b/>
        </w:rPr>
        <w:t>Câu 27: Đáp án đúng: B</w:t>
      </w:r>
    </w:p>
    <w:p>
      <w:r>
        <w:rPr>
          <w:b/>
        </w:rPr>
        <w:t>Câu 28: Đáp án đúng: A</w:t>
      </w:r>
    </w:p>
    <w:p>
      <w:r>
        <w:rPr>
          <w:b/>
        </w:rPr>
        <w:t>Câu 29: Đáp án đúng: A</w:t>
      </w:r>
    </w:p>
    <w:p>
      <w:r>
        <w:rPr>
          <w:b/>
        </w:rPr>
        <w:t>Câu 30: Đáp án đúng: A</w:t>
      </w:r>
    </w:p>
    <w:p>
      <w:r>
        <w:rPr>
          <w:b/>
        </w:rPr>
        <w:t>Câu 31: Đáp án đúng: A</w:t>
      </w:r>
    </w:p>
    <w:p>
      <w:r>
        <w:rPr>
          <w:b/>
        </w:rPr>
        <w:t>Câu 32: Đáp án đúng: None</w:t>
      </w:r>
    </w:p>
    <w:p>
      <w:r>
        <w:rPr>
          <w:b/>
        </w:rPr>
        <w:t>Câu 33: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