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Tiếng anh Lớp 7b1: Trò chơi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Choose the correct word: We often play hide-and-seek in the schoolyard. It is a very ______ game.</w:t>
      </w:r>
    </w:p>
    <w:p>
      <w:pPr>
        <w:pStyle w:val="ListParagraph"/>
      </w:pPr>
      <w:r>
        <w:rPr>
          <w:sz w:val="22"/>
        </w:rPr>
        <w:t>A. expensive</w:t>
      </w:r>
    </w:p>
    <w:p>
      <w:pPr>
        <w:pStyle w:val="ListParagraph"/>
      </w:pPr>
      <w:r>
        <w:rPr>
          <w:sz w:val="22"/>
        </w:rPr>
        <w:t>B. boring</w:t>
      </w:r>
    </w:p>
    <w:p>
      <w:pPr>
        <w:pStyle w:val="ListParagraph"/>
      </w:pPr>
      <w:r>
        <w:rPr>
          <w:sz w:val="22"/>
        </w:rPr>
        <w:t>C. dangerous</w:t>
      </w:r>
    </w:p>
    <w:p>
      <w:pPr>
        <w:pStyle w:val="ListParagraph"/>
      </w:pPr>
      <w:r>
        <w:rPr>
          <w:sz w:val="22"/>
        </w:rPr>
        <w:t>D. fun</w:t>
      </w:r>
    </w:p>
    <w:p/>
    <w:p>
      <w:r>
        <w:rPr>
          <w:b/>
          <w:sz w:val="24"/>
        </w:rPr>
        <w:t>Câu 2: What is the opposite of 'win' in a game?</w:t>
      </w:r>
    </w:p>
    <w:p>
      <w:pPr>
        <w:pStyle w:val="ListParagraph"/>
      </w:pPr>
      <w:r>
        <w:rPr>
          <w:sz w:val="22"/>
        </w:rPr>
        <w:t>A. score</w:t>
      </w:r>
    </w:p>
    <w:p>
      <w:pPr>
        <w:pStyle w:val="ListParagraph"/>
      </w:pPr>
      <w:r>
        <w:rPr>
          <w:sz w:val="22"/>
        </w:rPr>
        <w:t>B. play</w:t>
      </w:r>
    </w:p>
    <w:p>
      <w:pPr>
        <w:pStyle w:val="ListParagraph"/>
      </w:pPr>
      <w:r>
        <w:rPr>
          <w:sz w:val="22"/>
        </w:rPr>
        <w:t>C. join</w:t>
      </w:r>
    </w:p>
    <w:p>
      <w:pPr>
        <w:pStyle w:val="ListParagraph"/>
      </w:pPr>
      <w:r>
        <w:rPr>
          <w:sz w:val="22"/>
        </w:rPr>
        <w:t>D. lose</w:t>
      </w:r>
    </w:p>
    <w:p/>
    <w:p>
      <w:r>
        <w:rPr>
          <w:b/>
          <w:sz w:val="24"/>
        </w:rPr>
        <w:t>Câu 3: Complete the sentence: My friends and I usually ______ chess after school.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do</w:t>
      </w:r>
    </w:p>
    <w:p>
      <w:pPr>
        <w:pStyle w:val="ListParagraph"/>
      </w:pPr>
      <w:r>
        <w:rPr>
          <w:sz w:val="22"/>
        </w:rPr>
        <w:t>C. go</w:t>
      </w:r>
    </w:p>
    <w:p>
      <w:pPr>
        <w:pStyle w:val="ListParagraph"/>
      </w:pPr>
      <w:r>
        <w:rPr>
          <w:sz w:val="22"/>
        </w:rPr>
        <w:t>D. make</w:t>
      </w:r>
    </w:p>
    <w:p/>
    <w:p>
      <w:r>
        <w:rPr>
          <w:b/>
          <w:sz w:val="24"/>
        </w:rPr>
        <w:t>Câu 4: Which word means 'a person who takes part in a game'?</w:t>
      </w:r>
    </w:p>
    <w:p>
      <w:pPr>
        <w:pStyle w:val="ListParagraph"/>
      </w:pPr>
      <w:r>
        <w:rPr>
          <w:sz w:val="22"/>
        </w:rPr>
        <w:t>A. player</w:t>
      </w:r>
    </w:p>
    <w:p>
      <w:pPr>
        <w:pStyle w:val="ListParagraph"/>
      </w:pPr>
      <w:r>
        <w:rPr>
          <w:sz w:val="22"/>
        </w:rPr>
        <w:t>B. spectator</w:t>
      </w:r>
    </w:p>
    <w:p>
      <w:pPr>
        <w:pStyle w:val="ListParagraph"/>
      </w:pPr>
      <w:r>
        <w:rPr>
          <w:sz w:val="22"/>
        </w:rPr>
        <w:t>C. coach</w:t>
      </w:r>
    </w:p>
    <w:p>
      <w:pPr>
        <w:pStyle w:val="ListParagraph"/>
      </w:pPr>
      <w:r>
        <w:rPr>
          <w:sz w:val="22"/>
        </w:rPr>
        <w:t>D. referee</w:t>
      </w:r>
    </w:p>
    <w:p/>
    <w:p>
      <w:r>
        <w:rPr>
          <w:b/>
          <w:sz w:val="24"/>
        </w:rPr>
        <w:t>Câu 5: Choose the correct answer: The children are ______ a video game in their room.</w:t>
      </w:r>
    </w:p>
    <w:p>
      <w:pPr>
        <w:pStyle w:val="ListParagraph"/>
      </w:pPr>
      <w:r>
        <w:rPr>
          <w:sz w:val="22"/>
        </w:rPr>
        <w:t>A. making</w:t>
      </w:r>
    </w:p>
    <w:p>
      <w:pPr>
        <w:pStyle w:val="ListParagraph"/>
      </w:pPr>
      <w:r>
        <w:rPr>
          <w:sz w:val="22"/>
        </w:rPr>
        <w:t>B. playing</w:t>
      </w:r>
    </w:p>
    <w:p>
      <w:pPr>
        <w:pStyle w:val="ListParagraph"/>
      </w:pPr>
      <w:r>
        <w:rPr>
          <w:sz w:val="22"/>
        </w:rPr>
        <w:t>C. doing</w:t>
      </w:r>
    </w:p>
    <w:p>
      <w:pPr>
        <w:pStyle w:val="ListParagraph"/>
      </w:pPr>
      <w:r>
        <w:rPr>
          <w:sz w:val="22"/>
        </w:rPr>
        <w:t>D. taking</w:t>
      </w:r>
    </w:p>
    <w:p/>
    <w:p>
      <w:r>
        <w:rPr>
          <w:b/>
          <w:sz w:val="24"/>
        </w:rPr>
        <w:t>Câu 6: What do you say when you want to start a game?</w:t>
      </w:r>
    </w:p>
    <w:p>
      <w:pPr>
        <w:pStyle w:val="ListParagraph"/>
      </w:pPr>
      <w:r>
        <w:rPr>
          <w:sz w:val="22"/>
        </w:rPr>
        <w:t>A. Thank you!</w:t>
      </w:r>
    </w:p>
    <w:p>
      <w:pPr>
        <w:pStyle w:val="ListParagraph"/>
      </w:pPr>
      <w:r>
        <w:rPr>
          <w:sz w:val="22"/>
        </w:rPr>
        <w:t>B. Let's play!</w:t>
      </w:r>
    </w:p>
    <w:p>
      <w:pPr>
        <w:pStyle w:val="ListParagraph"/>
      </w:pPr>
      <w:r>
        <w:rPr>
          <w:sz w:val="22"/>
        </w:rPr>
        <w:t>C. Sorry!</w:t>
      </w:r>
    </w:p>
    <w:p>
      <w:pPr>
        <w:pStyle w:val="ListParagraph"/>
      </w:pPr>
      <w:r>
        <w:rPr>
          <w:sz w:val="22"/>
        </w:rPr>
        <w:t>D. Goodbye!</w:t>
      </w:r>
    </w:p>
    <w:p/>
    <w:p>
      <w:r>
        <w:rPr>
          <w:b/>
          <w:sz w:val="24"/>
        </w:rPr>
        <w:t>Câu 7: Choose the word that does NOT belong to the group of games.</w:t>
      </w:r>
    </w:p>
    <w:p>
      <w:pPr>
        <w:pStyle w:val="ListParagraph"/>
      </w:pPr>
      <w:r>
        <w:rPr>
          <w:sz w:val="22"/>
        </w:rPr>
        <w:t>A. football</w:t>
      </w:r>
    </w:p>
    <w:p>
      <w:pPr>
        <w:pStyle w:val="ListParagraph"/>
      </w:pPr>
      <w:r>
        <w:rPr>
          <w:sz w:val="22"/>
        </w:rPr>
        <w:t>B. chess</w:t>
      </w:r>
    </w:p>
    <w:p>
      <w:pPr>
        <w:pStyle w:val="ListParagraph"/>
      </w:pPr>
      <w:r>
        <w:rPr>
          <w:sz w:val="22"/>
        </w:rPr>
        <w:t>C. homework</w:t>
      </w:r>
    </w:p>
    <w:p>
      <w:pPr>
        <w:pStyle w:val="ListParagraph"/>
      </w:pPr>
      <w:r>
        <w:rPr>
          <w:sz w:val="22"/>
        </w:rPr>
        <w:t>D. badminton</w:t>
      </w:r>
    </w:p>
    <w:p/>
    <w:p>
      <w:r>
        <w:rPr>
          <w:b/>
          <w:sz w:val="24"/>
        </w:rPr>
        <w:t>Câu 8: Complete the sentence: In a game, the ______ decides the rules and makes sure everyone follows them.</w:t>
      </w:r>
    </w:p>
    <w:p>
      <w:pPr>
        <w:pStyle w:val="ListParagraph"/>
      </w:pPr>
      <w:r>
        <w:rPr>
          <w:sz w:val="22"/>
        </w:rPr>
        <w:t>A. loser</w:t>
      </w:r>
    </w:p>
    <w:p>
      <w:pPr>
        <w:pStyle w:val="ListParagraph"/>
      </w:pPr>
      <w:r>
        <w:rPr>
          <w:sz w:val="22"/>
        </w:rPr>
        <w:t>B. winner</w:t>
      </w:r>
    </w:p>
    <w:p>
      <w:pPr>
        <w:pStyle w:val="ListParagraph"/>
      </w:pPr>
      <w:r>
        <w:rPr>
          <w:sz w:val="22"/>
        </w:rPr>
        <w:t>C. player</w:t>
      </w:r>
    </w:p>
    <w:p>
      <w:pPr>
        <w:pStyle w:val="ListParagraph"/>
      </w:pPr>
      <w:r>
        <w:rPr>
          <w:sz w:val="22"/>
        </w:rPr>
        <w:t>D. referee</w:t>
      </w:r>
    </w:p>
    <w:p/>
    <w:p>
      <w:r>
        <w:rPr>
          <w:b/>
          <w:sz w:val="24"/>
        </w:rPr>
        <w:t>Câu 9: What is the correct question to ask about someone's favorite game?</w:t>
      </w:r>
    </w:p>
    <w:p>
      <w:pPr>
        <w:pStyle w:val="ListParagraph"/>
      </w:pPr>
      <w:r>
        <w:rPr>
          <w:sz w:val="22"/>
        </w:rPr>
        <w:t>A. What is your favorite game?</w:t>
      </w:r>
    </w:p>
    <w:p>
      <w:pPr>
        <w:pStyle w:val="ListParagraph"/>
      </w:pPr>
      <w:r>
        <w:rPr>
          <w:sz w:val="22"/>
        </w:rPr>
        <w:t>B. Who is your favorite game?</w:t>
      </w:r>
    </w:p>
    <w:p>
      <w:pPr>
        <w:pStyle w:val="ListParagraph"/>
      </w:pPr>
      <w:r>
        <w:rPr>
          <w:sz w:val="22"/>
        </w:rPr>
        <w:t>C. Where is your favorite game?</w:t>
      </w:r>
    </w:p>
    <w:p>
      <w:pPr>
        <w:pStyle w:val="ListParagraph"/>
      </w:pPr>
      <w:r>
        <w:rPr>
          <w:sz w:val="22"/>
        </w:rPr>
        <w:t>D. When is your favorite game?</w:t>
      </w:r>
    </w:p>
    <w:p/>
    <w:p>
      <w:r>
        <w:rPr>
          <w:b/>
          <w:sz w:val="24"/>
        </w:rPr>
        <w:t>Câu 10: Choose the best response: 'Would you like to play badminton with me?' - '______'</w:t>
      </w:r>
    </w:p>
    <w:p>
      <w:pPr>
        <w:pStyle w:val="ListParagraph"/>
      </w:pPr>
      <w:r>
        <w:rPr>
          <w:sz w:val="22"/>
        </w:rPr>
        <w:t>A. No, I don't like badminton.</w:t>
      </w:r>
    </w:p>
    <w:p>
      <w:pPr>
        <w:pStyle w:val="ListParagraph"/>
      </w:pPr>
      <w:r>
        <w:rPr>
          <w:sz w:val="22"/>
        </w:rPr>
        <w:t>B. Yes, I am.</w:t>
      </w:r>
    </w:p>
    <w:p>
      <w:pPr>
        <w:pStyle w:val="ListParagraph"/>
      </w:pPr>
      <w:r>
        <w:rPr>
          <w:sz w:val="22"/>
        </w:rPr>
        <w:t>C. Yes, I'd love to.</w:t>
      </w:r>
    </w:p>
    <w:p>
      <w:pPr>
        <w:pStyle w:val="ListParagraph"/>
      </w:pPr>
      <w:r>
        <w:rPr>
          <w:sz w:val="22"/>
        </w:rPr>
        <w:t>D. I'm sorry, I can't.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i/>
        </w:rPr>
        <w:t>Giải thích: Trò chơi hide-and-seek (trốn tìm) thường được coi là vui, nên từ phù hợp là 'fun'.</w:t>
      </w:r>
    </w:p>
    <w:p>
      <w:r>
        <w:rPr>
          <w:b/>
        </w:rPr>
        <w:t>Câu 2: Đáp án đúng: D</w:t>
      </w:r>
    </w:p>
    <w:p>
      <w:r>
        <w:rPr>
          <w:i/>
        </w:rPr>
        <w:t>Giải thích: Từ trái nghĩa với 'win' (thắng) là 'lose' (thua).</w:t>
      </w:r>
    </w:p>
    <w:p>
      <w:r>
        <w:rPr>
          <w:b/>
        </w:rPr>
        <w:t>Câu 3: Đáp án đúng: A</w:t>
      </w:r>
    </w:p>
    <w:p>
      <w:r>
        <w:rPr>
          <w:i/>
        </w:rPr>
        <w:t>Giải thích: Động từ đi với 'chess' (cờ vua) là 'play'.</w:t>
      </w:r>
    </w:p>
    <w:p>
      <w:r>
        <w:rPr>
          <w:b/>
        </w:rPr>
        <w:t>Câu 4: Đáp án đúng: A</w:t>
      </w:r>
    </w:p>
    <w:p>
      <w:r>
        <w:rPr>
          <w:i/>
        </w:rPr>
        <w:t>Giải thích: 'Player' nghĩa là người chơi, người tham gia trò chơi.</w:t>
      </w:r>
    </w:p>
    <w:p>
      <w:r>
        <w:rPr>
          <w:b/>
        </w:rPr>
        <w:t>Câu 5: Đáp án đúng: B</w:t>
      </w:r>
    </w:p>
    <w:p>
      <w:r>
        <w:rPr>
          <w:i/>
        </w:rPr>
        <w:t>Giải thích: Cụm từ đúng là 'play a video game' (chơi trò chơi điện tử).</w:t>
      </w:r>
    </w:p>
    <w:p>
      <w:r>
        <w:rPr>
          <w:b/>
        </w:rPr>
        <w:t>Câu 6: Đáp án đúng: B</w:t>
      </w:r>
    </w:p>
    <w:p>
      <w:r>
        <w:rPr>
          <w:i/>
        </w:rPr>
        <w:t>Giải thích: Câu 'Let's play!' dùng để rủ rê bắt đầu chơi.</w:t>
      </w:r>
    </w:p>
    <w:p>
      <w:r>
        <w:rPr>
          <w:b/>
        </w:rPr>
        <w:t>Câu 7: Đáp án đúng: C</w:t>
      </w:r>
    </w:p>
    <w:p>
      <w:r>
        <w:rPr>
          <w:i/>
        </w:rPr>
        <w:t>Giải thích: 'Homework' (bài tập về nhà) không phải là một trò chơi, khác với các từ còn lại.</w:t>
      </w:r>
    </w:p>
    <w:p>
      <w:r>
        <w:rPr>
          <w:b/>
        </w:rPr>
        <w:t>Câu 8: Đáp án đúng: D</w:t>
      </w:r>
    </w:p>
    <w:p>
      <w:r>
        <w:rPr>
          <w:i/>
        </w:rPr>
        <w:t>Giải thích: 'Referee' là trọng tài, người điều khiển trận đấu và đảm bảo luật chơi.</w:t>
      </w:r>
    </w:p>
    <w:p>
      <w:r>
        <w:rPr>
          <w:b/>
        </w:rPr>
        <w:t>Câu 9: Đáp án đúng: A</w:t>
      </w:r>
    </w:p>
    <w:p>
      <w:r>
        <w:rPr>
          <w:i/>
        </w:rPr>
        <w:t>Giải thích: Câu hỏi đúng để hỏi về trò chơi yêu thích là 'What is your favorite game?'.</w:t>
      </w:r>
    </w:p>
    <w:p>
      <w:r>
        <w:rPr>
          <w:b/>
        </w:rPr>
        <w:t>Câu 10: Đáp án đúng: C</w:t>
      </w:r>
    </w:p>
    <w:p>
      <w:r>
        <w:rPr>
          <w:i/>
        </w:rPr>
        <w:t>Giải thích: Lời mời 'Would you like to...?' thường được đáp lại bằng 'Yes, I'd love to.' khi đồng ý.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