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Địa lý Lớp 10 - Bản đồ và các phương pháp biểu hiện trên bản đồ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Bản đồ là gì?</w:t>
      </w:r>
    </w:p>
    <w:p>
      <w:pPr>
        <w:pStyle w:val="ListParagraph"/>
      </w:pPr>
      <w:r>
        <w:rPr>
          <w:sz w:val="22"/>
        </w:rPr>
        <w:t>A. Hình vẽ thu nhỏ toàn bộ Trái Đất trên mặt phẳng.</w:t>
      </w:r>
    </w:p>
    <w:p>
      <w:pPr>
        <w:pStyle w:val="ListParagraph"/>
      </w:pPr>
      <w:r>
        <w:rPr>
          <w:sz w:val="22"/>
        </w:rPr>
        <w:t>B. Hình vẽ thu nhỏ một phần hay toàn bộ bề mặt Trái Đất trên mặt phẳng, dựa trên cơ sở toán học.</w:t>
      </w:r>
    </w:p>
    <w:p>
      <w:pPr>
        <w:pStyle w:val="ListParagraph"/>
      </w:pPr>
      <w:r>
        <w:rPr>
          <w:sz w:val="22"/>
        </w:rPr>
        <w:t>C. Ảnh chụp từ vệ tinh của một khu vực.</w:t>
      </w:r>
    </w:p>
    <w:p>
      <w:pPr>
        <w:pStyle w:val="ListParagraph"/>
      </w:pPr>
      <w:r>
        <w:rPr>
          <w:sz w:val="22"/>
        </w:rPr>
        <w:t>D. Mô hình không gian ba chiều của Trái Đất.</w:t>
      </w:r>
    </w:p>
    <w:p/>
    <w:p>
      <w:r>
        <w:rPr>
          <w:b/>
          <w:sz w:val="24"/>
        </w:rPr>
        <w:t>Câu 2: Phương pháp biểu hiện nào dùng các kí hiệu để thể hiện các đối tượng địa lí phân bố theo điểm?</w:t>
      </w:r>
    </w:p>
    <w:p>
      <w:pPr>
        <w:pStyle w:val="ListParagraph"/>
      </w:pPr>
      <w:r>
        <w:rPr>
          <w:sz w:val="22"/>
        </w:rPr>
        <w:t>A. Phương pháp kí hiệu.</w:t>
      </w:r>
    </w:p>
    <w:p>
      <w:pPr>
        <w:pStyle w:val="ListParagraph"/>
      </w:pPr>
      <w:r>
        <w:rPr>
          <w:sz w:val="22"/>
        </w:rPr>
        <w:t>B. Phương pháp kí hiệu đường chuyển động.</w:t>
      </w:r>
    </w:p>
    <w:p>
      <w:pPr>
        <w:pStyle w:val="ListParagraph"/>
      </w:pPr>
      <w:r>
        <w:rPr>
          <w:sz w:val="22"/>
        </w:rPr>
        <w:t>C. Phương pháp chấm điểm.</w:t>
      </w:r>
    </w:p>
    <w:p>
      <w:pPr>
        <w:pStyle w:val="ListParagraph"/>
      </w:pPr>
      <w:r>
        <w:rPr>
          <w:sz w:val="22"/>
        </w:rPr>
        <w:t>D. Phương pháp bản đồ - biểu đồ.</w:t>
      </w:r>
    </w:p>
    <w:p/>
    <w:p>
      <w:r>
        <w:rPr>
          <w:b/>
          <w:sz w:val="24"/>
        </w:rPr>
        <w:t>Câu 3: Phương pháp nào thường được dùng để biểu hiện các đối tượng địa lí phân bố theo diện tích?</w:t>
      </w:r>
    </w:p>
    <w:p>
      <w:pPr>
        <w:pStyle w:val="ListParagraph"/>
      </w:pPr>
      <w:r>
        <w:rPr>
          <w:sz w:val="22"/>
        </w:rPr>
        <w:t>A. Phương pháp kí hiệu.</w:t>
      </w:r>
    </w:p>
    <w:p>
      <w:pPr>
        <w:pStyle w:val="ListParagraph"/>
      </w:pPr>
      <w:r>
        <w:rPr>
          <w:sz w:val="22"/>
        </w:rPr>
        <w:t>B. Phương pháp kí hiệu đường chuyển động.</w:t>
      </w:r>
    </w:p>
    <w:p>
      <w:pPr>
        <w:pStyle w:val="ListParagraph"/>
      </w:pPr>
      <w:r>
        <w:rPr>
          <w:sz w:val="22"/>
        </w:rPr>
        <w:t>C. Phương pháp chấm điểm.</w:t>
      </w:r>
    </w:p>
    <w:p>
      <w:pPr>
        <w:pStyle w:val="ListParagraph"/>
      </w:pPr>
      <w:r>
        <w:rPr>
          <w:sz w:val="22"/>
        </w:rPr>
        <w:t>D. Phương pháp khoanh vùng.</w:t>
      </w:r>
    </w:p>
    <w:p/>
    <w:p>
      <w:r>
        <w:rPr>
          <w:b/>
          <w:sz w:val="24"/>
        </w:rPr>
        <w:t>Câu 4: Phương pháp chấm điểm thường được sử dụng để biểu hiện:</w:t>
      </w:r>
    </w:p>
    <w:p>
      <w:pPr>
        <w:pStyle w:val="ListParagraph"/>
      </w:pPr>
      <w:r>
        <w:rPr>
          <w:sz w:val="22"/>
        </w:rPr>
        <w:t>A. Các điểm dân cư.</w:t>
      </w:r>
    </w:p>
    <w:p>
      <w:pPr>
        <w:pStyle w:val="ListParagraph"/>
      </w:pPr>
      <w:r>
        <w:rPr>
          <w:sz w:val="22"/>
        </w:rPr>
        <w:t>B. Các luồng di chuyển.</w:t>
      </w:r>
    </w:p>
    <w:p>
      <w:pPr>
        <w:pStyle w:val="ListParagraph"/>
      </w:pPr>
      <w:r>
        <w:rPr>
          <w:sz w:val="22"/>
        </w:rPr>
        <w:t>C. Các vùng phân bố nông nghiệp.</w:t>
      </w:r>
    </w:p>
    <w:p>
      <w:pPr>
        <w:pStyle w:val="ListParagraph"/>
      </w:pPr>
      <w:r>
        <w:rPr>
          <w:sz w:val="22"/>
        </w:rPr>
        <w:t>D. Các giá trị tổng lượng mưa.</w:t>
      </w:r>
    </w:p>
    <w:p/>
    <w:p>
      <w:r>
        <w:rPr>
          <w:b/>
          <w:sz w:val="24"/>
        </w:rPr>
        <w:t>Câu 5: Phương pháp kí hiệu đường chuyển động dùng để biểu hiện:</w:t>
      </w:r>
    </w:p>
    <w:p>
      <w:pPr>
        <w:pStyle w:val="ListParagraph"/>
      </w:pPr>
      <w:r>
        <w:rPr>
          <w:sz w:val="22"/>
        </w:rPr>
        <w:t>A. Các đối tượng phân bố theo điểm.</w:t>
      </w:r>
    </w:p>
    <w:p>
      <w:pPr>
        <w:pStyle w:val="ListParagraph"/>
      </w:pPr>
      <w:r>
        <w:rPr>
          <w:sz w:val="22"/>
        </w:rPr>
        <w:t>B. Các đối tượng phân bố theo diện.</w:t>
      </w:r>
    </w:p>
    <w:p>
      <w:pPr>
        <w:pStyle w:val="ListParagraph"/>
      </w:pPr>
      <w:r>
        <w:rPr>
          <w:sz w:val="22"/>
        </w:rPr>
        <w:t>C. Các hiện tượng di chuyển như hướng gió, dòng biển, luồng hàng hóa.</w:t>
      </w:r>
    </w:p>
    <w:p>
      <w:pPr>
        <w:pStyle w:val="ListParagraph"/>
      </w:pPr>
      <w:r>
        <w:rPr>
          <w:sz w:val="22"/>
        </w:rPr>
        <w:t>D. Các giá trị kinh tế của các vùng.</w:t>
      </w:r>
    </w:p>
    <w:p/>
    <w:p>
      <w:r>
        <w:rPr>
          <w:b/>
          <w:sz w:val="24"/>
        </w:rPr>
        <w:t>Câu 6: Phương pháp bản đồ - biểu đồ thường được dùng để thể hiện:</w:t>
      </w:r>
    </w:p>
    <w:p>
      <w:pPr>
        <w:pStyle w:val="ListParagraph"/>
      </w:pPr>
      <w:r>
        <w:rPr>
          <w:sz w:val="22"/>
        </w:rPr>
        <w:t>A. Các đối tượng phân bố theo điểm.</w:t>
      </w:r>
    </w:p>
    <w:p>
      <w:pPr>
        <w:pStyle w:val="ListParagraph"/>
      </w:pPr>
      <w:r>
        <w:rPr>
          <w:sz w:val="22"/>
        </w:rPr>
        <w:t>B. Các đối tượng phân bố theo diện.</w:t>
      </w:r>
    </w:p>
    <w:p>
      <w:pPr>
        <w:pStyle w:val="ListParagraph"/>
      </w:pPr>
      <w:r>
        <w:rPr>
          <w:sz w:val="22"/>
        </w:rPr>
        <w:t>C. Các hiện tượng di chuyển.</w:t>
      </w:r>
    </w:p>
    <w:p>
      <w:pPr>
        <w:pStyle w:val="ListParagraph"/>
      </w:pPr>
      <w:r>
        <w:rPr>
          <w:sz w:val="22"/>
        </w:rPr>
        <w:t>D. Giá trị tổng hợp của một đơn vị lãnh thổ.</w:t>
      </w:r>
    </w:p>
    <w:p/>
    <w:p>
      <w:r>
        <w:rPr>
          <w:b/>
          <w:sz w:val="24"/>
        </w:rPr>
        <w:t>Câu 7: Để thể hiện sự phân bố dân cư, người ta thường sử dụng phương pháp nào?</w:t>
      </w:r>
    </w:p>
    <w:p>
      <w:pPr>
        <w:pStyle w:val="ListParagraph"/>
      </w:pPr>
      <w:r>
        <w:rPr>
          <w:sz w:val="22"/>
        </w:rPr>
        <w:t>A. Phương pháp kí hiệu.</w:t>
      </w:r>
    </w:p>
    <w:p>
      <w:pPr>
        <w:pStyle w:val="ListParagraph"/>
      </w:pPr>
      <w:r>
        <w:rPr>
          <w:sz w:val="22"/>
        </w:rPr>
        <w:t>B. Phương pháp chấm điểm.</w:t>
      </w:r>
    </w:p>
    <w:p>
      <w:pPr>
        <w:pStyle w:val="ListParagraph"/>
      </w:pPr>
      <w:r>
        <w:rPr>
          <w:sz w:val="22"/>
        </w:rPr>
        <w:t>C. Phương pháp kí hiệu đường chuyển động.</w:t>
      </w:r>
    </w:p>
    <w:p>
      <w:pPr>
        <w:pStyle w:val="ListParagraph"/>
      </w:pPr>
      <w:r>
        <w:rPr>
          <w:sz w:val="22"/>
        </w:rPr>
        <w:t>D. Phương pháp bản đồ - biểu đồ.</w:t>
      </w:r>
    </w:p>
    <w:p/>
    <w:p>
      <w:r>
        <w:rPr>
          <w:b/>
          <w:sz w:val="24"/>
        </w:rPr>
        <w:t>Câu 8: Phương pháp khoanh vùng thường được dùng để biểu hiện:</w:t>
      </w:r>
    </w:p>
    <w:p>
      <w:pPr>
        <w:pStyle w:val="ListParagraph"/>
      </w:pPr>
      <w:r>
        <w:rPr>
          <w:sz w:val="22"/>
        </w:rPr>
        <w:t>A. Các đối tượng phân bố theo điểm.</w:t>
      </w:r>
    </w:p>
    <w:p>
      <w:pPr>
        <w:pStyle w:val="ListParagraph"/>
      </w:pPr>
      <w:r>
        <w:rPr>
          <w:sz w:val="22"/>
        </w:rPr>
        <w:t>B. Các đối tượng phân bố theo diện tích.</w:t>
      </w:r>
    </w:p>
    <w:p>
      <w:pPr>
        <w:pStyle w:val="ListParagraph"/>
      </w:pPr>
      <w:r>
        <w:rPr>
          <w:sz w:val="22"/>
        </w:rPr>
        <w:t>C. Các hiện tượng di chuyển.</w:t>
      </w:r>
    </w:p>
    <w:p>
      <w:pPr>
        <w:pStyle w:val="ListParagraph"/>
      </w:pPr>
      <w:r>
        <w:rPr>
          <w:sz w:val="22"/>
        </w:rPr>
        <w:t>D. Các giá trị tổng hợp.</w:t>
      </w:r>
    </w:p>
    <w:p/>
    <w:p>
      <w:r>
        <w:rPr>
          <w:b/>
          <w:sz w:val="24"/>
        </w:rPr>
        <w:t>Câu 9: Trên bản đồ, các kí hiệu dạng điểm thường được dùng để thể hiện:</w:t>
      </w:r>
    </w:p>
    <w:p>
      <w:pPr>
        <w:pStyle w:val="ListParagraph"/>
      </w:pPr>
      <w:r>
        <w:rPr>
          <w:sz w:val="22"/>
        </w:rPr>
        <w:t>A. Các thành phố, mỏ khoáng sản.</w:t>
      </w:r>
    </w:p>
    <w:p>
      <w:pPr>
        <w:pStyle w:val="ListParagraph"/>
      </w:pPr>
      <w:r>
        <w:rPr>
          <w:sz w:val="22"/>
        </w:rPr>
        <w:t>B. Các vùng trồng lúa.</w:t>
      </w:r>
    </w:p>
    <w:p>
      <w:pPr>
        <w:pStyle w:val="ListParagraph"/>
      </w:pPr>
      <w:r>
        <w:rPr>
          <w:sz w:val="22"/>
        </w:rPr>
        <w:t>C. Các dòng biển.</w:t>
      </w:r>
    </w:p>
    <w:p>
      <w:pPr>
        <w:pStyle w:val="ListParagraph"/>
      </w:pPr>
      <w:r>
        <w:rPr>
          <w:sz w:val="22"/>
        </w:rPr>
        <w:t>D. Các giá trị tổng lượng mưa.</w:t>
      </w:r>
    </w:p>
    <w:p/>
    <w:p>
      <w:r>
        <w:rPr>
          <w:b/>
          <w:sz w:val="24"/>
        </w:rPr>
        <w:t>Câu 10: Phương pháp nào sau đây không phải là phương pháp biểu hiện các đối tượng địa lí trên bản đồ?</w:t>
      </w:r>
    </w:p>
    <w:p>
      <w:pPr>
        <w:pStyle w:val="ListParagraph"/>
      </w:pPr>
      <w:r>
        <w:rPr>
          <w:sz w:val="22"/>
        </w:rPr>
        <w:t>A. Phương pháp kí hiệu.</w:t>
      </w:r>
    </w:p>
    <w:p>
      <w:pPr>
        <w:pStyle w:val="ListParagraph"/>
      </w:pPr>
      <w:r>
        <w:rPr>
          <w:sz w:val="22"/>
        </w:rPr>
        <w:t>B. Phương pháp kí hiệu đường chuyển động.</w:t>
      </w:r>
    </w:p>
    <w:p>
      <w:pPr>
        <w:pStyle w:val="ListParagraph"/>
      </w:pPr>
      <w:r>
        <w:rPr>
          <w:sz w:val="22"/>
        </w:rPr>
        <w:t>C. Phương pháp chấm điểm.</w:t>
      </w:r>
    </w:p>
    <w:p>
      <w:pPr>
        <w:pStyle w:val="ListParagraph"/>
      </w:pPr>
      <w:r>
        <w:rPr>
          <w:sz w:val="22"/>
        </w:rPr>
        <w:t>D. Phương pháp phân tích tổng hợp.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D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D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